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98E6" w14:textId="77777777" w:rsidR="0025044A" w:rsidRDefault="0025044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6066"/>
      </w:tblGrid>
      <w:tr w:rsidR="00257A7C" w14:paraId="37014EA2" w14:textId="77777777">
        <w:trPr>
          <w:jc w:val="center"/>
        </w:trPr>
        <w:tc>
          <w:tcPr>
            <w:tcW w:w="425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B977CA0" w14:textId="77777777" w:rsidR="00257A7C" w:rsidRDefault="00000000">
            <w:r>
              <w:rPr>
                <w:b/>
                <w:color w:val="2E6EB5"/>
                <w:sz w:val="19"/>
              </w:rPr>
              <w:t>PRODUCTION RESUME</w:t>
            </w:r>
          </w:p>
        </w:tc>
        <w:tc>
          <w:tcPr>
            <w:tcW w:w="606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D94F82A" w14:textId="77777777" w:rsidR="00257A7C" w:rsidRDefault="00000000">
            <w:pPr>
              <w:jc w:val="right"/>
            </w:pPr>
            <w:r>
              <w:rPr>
                <w:b/>
                <w:color w:val="202B38"/>
                <w:sz w:val="34"/>
              </w:rPr>
              <w:t>생산직 이력서</w:t>
            </w:r>
          </w:p>
        </w:tc>
      </w:tr>
    </w:tbl>
    <w:p w14:paraId="48325B7E" w14:textId="77777777" w:rsidR="00257A7C" w:rsidRDefault="00000000">
      <w:pPr>
        <w:spacing w:after="80"/>
        <w:rPr>
          <w:lang w:eastAsia="ko-KR"/>
        </w:rPr>
      </w:pPr>
      <w:r>
        <w:rPr>
          <w:color w:val="667789"/>
          <w:lang w:eastAsia="ko-KR"/>
        </w:rPr>
        <w:t>생산·제조 현장 경험과 안전·품질·설비 활용 역량을 중심으로 정리하는 지원용 서식</w:t>
      </w:r>
    </w:p>
    <w:p w14:paraId="4EECC4EB" w14:textId="77777777" w:rsidR="00257A7C" w:rsidRDefault="00000000">
      <w:pPr>
        <w:spacing w:before="60" w:after="50"/>
      </w:pPr>
      <w:proofErr w:type="gramStart"/>
      <w:r>
        <w:rPr>
          <w:b/>
          <w:color w:val="2E6EB5"/>
          <w:sz w:val="20"/>
        </w:rPr>
        <w:t>01  지원</w:t>
      </w:r>
      <w:proofErr w:type="gramEnd"/>
      <w:r>
        <w:rPr>
          <w:b/>
          <w:color w:val="2E6EB5"/>
          <w:sz w:val="20"/>
        </w:rPr>
        <w:t xml:space="preserve">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57A7C" w14:paraId="56FF615A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C4B4489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지원직무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911B75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FD70955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입사가능일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78DD3B4" w14:textId="77777777" w:rsidR="00257A7C" w:rsidRDefault="00257A7C"/>
        </w:tc>
      </w:tr>
      <w:tr w:rsidR="00257A7C" w14:paraId="301EACB0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46A60B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희망근무지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75CC080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C51B36F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교대근무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55D875C" w14:textId="77777777" w:rsidR="00257A7C" w:rsidRDefault="00257A7C"/>
        </w:tc>
      </w:tr>
    </w:tbl>
    <w:p w14:paraId="23D3B4BB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02  기본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57A7C" w14:paraId="2083B98C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BC926C7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성명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EE166A7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82BDDA5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연락처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5E2FFFE" w14:textId="77777777" w:rsidR="00257A7C" w:rsidRDefault="00257A7C"/>
        </w:tc>
      </w:tr>
      <w:tr w:rsidR="00257A7C" w14:paraId="6AEAB427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871F683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이메일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0B0ACE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DAA6D8F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주소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E39CFEE" w14:textId="77777777" w:rsidR="00257A7C" w:rsidRDefault="00257A7C"/>
        </w:tc>
      </w:tr>
    </w:tbl>
    <w:p w14:paraId="490E1C13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03  학력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118"/>
        <w:gridCol w:w="2551"/>
        <w:gridCol w:w="2268"/>
      </w:tblGrid>
      <w:tr w:rsidR="00257A7C" w14:paraId="3749D826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D57F1EC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1E8CF96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학교명</w:t>
            </w:r>
          </w:p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B709A11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전공</w:t>
            </w:r>
          </w:p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9D3394A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졸업구분</w:t>
            </w:r>
          </w:p>
        </w:tc>
      </w:tr>
      <w:tr w:rsidR="00257A7C" w14:paraId="13D22150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6F604D8" w14:textId="77777777" w:rsidR="00257A7C" w:rsidRDefault="00257A7C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24A08B" w14:textId="77777777" w:rsidR="00257A7C" w:rsidRDefault="00257A7C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32FD8AC" w14:textId="77777777" w:rsidR="00257A7C" w:rsidRDefault="00257A7C"/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D983911" w14:textId="77777777" w:rsidR="00257A7C" w:rsidRDefault="00257A7C"/>
        </w:tc>
      </w:tr>
      <w:tr w:rsidR="00257A7C" w14:paraId="1345259D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F54AF42" w14:textId="77777777" w:rsidR="00257A7C" w:rsidRDefault="00257A7C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ED475D4" w14:textId="77777777" w:rsidR="00257A7C" w:rsidRDefault="00257A7C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7B933C9" w14:textId="77777777" w:rsidR="00257A7C" w:rsidRDefault="00257A7C"/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0483E8" w14:textId="77777777" w:rsidR="00257A7C" w:rsidRDefault="00257A7C"/>
        </w:tc>
      </w:tr>
    </w:tbl>
    <w:p w14:paraId="5EC0B2B4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04  경력 · 현장경험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2608"/>
        <w:gridCol w:w="2381"/>
        <w:gridCol w:w="3118"/>
      </w:tblGrid>
      <w:tr w:rsidR="00257A7C" w14:paraId="10120861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19485D9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9DFA33B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회사·기관명</w:t>
            </w:r>
          </w:p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386009F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부서 / 직무</w:t>
            </w:r>
          </w:p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6D2CD11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주요 담당업무</w:t>
            </w:r>
          </w:p>
        </w:tc>
      </w:tr>
      <w:tr w:rsidR="00257A7C" w14:paraId="1987776F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D826D0" w14:textId="77777777" w:rsidR="00257A7C" w:rsidRDefault="00257A7C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555CE87" w14:textId="77777777" w:rsidR="00257A7C" w:rsidRDefault="00257A7C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7E1107F" w14:textId="77777777" w:rsidR="00257A7C" w:rsidRDefault="00257A7C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042B0DB" w14:textId="77777777" w:rsidR="00257A7C" w:rsidRDefault="00257A7C"/>
        </w:tc>
      </w:tr>
      <w:tr w:rsidR="00257A7C" w14:paraId="4F96F4B2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CFDA7CD" w14:textId="77777777" w:rsidR="00257A7C" w:rsidRDefault="00257A7C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A1B60D0" w14:textId="77777777" w:rsidR="00257A7C" w:rsidRDefault="00257A7C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75DC27B" w14:textId="77777777" w:rsidR="00257A7C" w:rsidRDefault="00257A7C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2FAEE5B" w14:textId="77777777" w:rsidR="00257A7C" w:rsidRDefault="00257A7C"/>
        </w:tc>
      </w:tr>
      <w:tr w:rsidR="00257A7C" w14:paraId="1CAC6B95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D36301F" w14:textId="77777777" w:rsidR="00257A7C" w:rsidRDefault="00257A7C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2E0FED6" w14:textId="77777777" w:rsidR="00257A7C" w:rsidRDefault="00257A7C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C9D2F09" w14:textId="77777777" w:rsidR="00257A7C" w:rsidRDefault="00257A7C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223732" w14:textId="77777777" w:rsidR="00257A7C" w:rsidRDefault="00257A7C"/>
        </w:tc>
      </w:tr>
    </w:tbl>
    <w:p w14:paraId="1DA7F49E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05  자격 · 교육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2551"/>
        <w:gridCol w:w="2665"/>
      </w:tblGrid>
      <w:tr w:rsidR="00257A7C" w14:paraId="1A332602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F6021CC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구분</w:t>
            </w:r>
          </w:p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5FD6521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자격·교육명</w:t>
            </w:r>
          </w:p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1D6A8B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취득·수료일</w:t>
            </w:r>
          </w:p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48D423E" w14:textId="77777777" w:rsidR="00257A7C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기관</w:t>
            </w:r>
          </w:p>
        </w:tc>
      </w:tr>
      <w:tr w:rsidR="00257A7C" w14:paraId="41F005A2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745DA44" w14:textId="77777777" w:rsidR="00257A7C" w:rsidRDefault="00257A7C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DD33DBF" w14:textId="77777777" w:rsidR="00257A7C" w:rsidRDefault="00257A7C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BF47018" w14:textId="77777777" w:rsidR="00257A7C" w:rsidRDefault="00257A7C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B7D5342" w14:textId="77777777" w:rsidR="00257A7C" w:rsidRDefault="00257A7C"/>
        </w:tc>
      </w:tr>
      <w:tr w:rsidR="00257A7C" w14:paraId="112196E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014FF07" w14:textId="77777777" w:rsidR="00257A7C" w:rsidRDefault="00257A7C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0888DF4" w14:textId="77777777" w:rsidR="00257A7C" w:rsidRDefault="00257A7C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1BA9E63" w14:textId="77777777" w:rsidR="00257A7C" w:rsidRDefault="00257A7C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F5B0026" w14:textId="77777777" w:rsidR="00257A7C" w:rsidRDefault="00257A7C"/>
        </w:tc>
      </w:tr>
      <w:tr w:rsidR="00257A7C" w14:paraId="09EAE30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0A64E37" w14:textId="77777777" w:rsidR="00257A7C" w:rsidRDefault="00257A7C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7138653" w14:textId="77777777" w:rsidR="00257A7C" w:rsidRDefault="00257A7C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314D8AB" w14:textId="77777777" w:rsidR="00257A7C" w:rsidRDefault="00257A7C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1C91301" w14:textId="77777777" w:rsidR="00257A7C" w:rsidRDefault="00257A7C"/>
        </w:tc>
      </w:tr>
    </w:tbl>
    <w:p w14:paraId="13138ECF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06  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57A7C" w14:paraId="2117D3AD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05A4ED2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설비·공구 활용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38ED443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971DF7D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품질 확인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0978D63" w14:textId="77777777" w:rsidR="00257A7C" w:rsidRDefault="00257A7C"/>
        </w:tc>
      </w:tr>
      <w:tr w:rsidR="00257A7C" w14:paraId="58D41019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A205CFB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안전수칙 준수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9BC773" w14:textId="77777777" w:rsidR="00257A7C" w:rsidRDefault="00257A7C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AF3FC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13F5E72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업무 강점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1702D2" w14:textId="77777777" w:rsidR="00257A7C" w:rsidRDefault="00257A7C"/>
        </w:tc>
      </w:tr>
    </w:tbl>
    <w:p w14:paraId="5A7A78CE" w14:textId="77777777" w:rsidR="00257A7C" w:rsidRDefault="00000000">
      <w:pPr>
        <w:spacing w:before="60" w:after="50"/>
      </w:pPr>
      <w:r>
        <w:rPr>
          <w:b/>
          <w:color w:val="2E6EB5"/>
          <w:sz w:val="20"/>
        </w:rPr>
        <w:t>07  지원동기 · 한줄 소개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504"/>
      </w:tblGrid>
      <w:tr w:rsidR="00257A7C" w14:paraId="02401333" w14:textId="77777777">
        <w:trPr>
          <w:jc w:val="center"/>
        </w:trPr>
        <w:tc>
          <w:tcPr>
            <w:tcW w:w="1814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7795BFE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지원동기</w:t>
            </w:r>
          </w:p>
        </w:tc>
        <w:tc>
          <w:tcPr>
            <w:tcW w:w="8504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5CADAFD" w14:textId="77777777" w:rsidR="00257A7C" w:rsidRDefault="00257A7C"/>
        </w:tc>
      </w:tr>
      <w:tr w:rsidR="00257A7C" w14:paraId="76D23F1D" w14:textId="77777777">
        <w:trPr>
          <w:jc w:val="center"/>
        </w:trPr>
        <w:tc>
          <w:tcPr>
            <w:tcW w:w="1814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DCEAF8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F2D4598" w14:textId="77777777" w:rsidR="00257A7C" w:rsidRDefault="00000000">
            <w:pPr>
              <w:jc w:val="center"/>
            </w:pPr>
            <w:r>
              <w:rPr>
                <w:b/>
                <w:color w:val="263648"/>
              </w:rPr>
              <w:t>한줄 소개</w:t>
            </w:r>
          </w:p>
        </w:tc>
        <w:tc>
          <w:tcPr>
            <w:tcW w:w="8504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D3CFA8" w14:textId="77777777" w:rsidR="00257A7C" w:rsidRDefault="00257A7C"/>
        </w:tc>
      </w:tr>
    </w:tbl>
    <w:p w14:paraId="7ACC28A1" w14:textId="77777777" w:rsidR="00257A7C" w:rsidRDefault="00000000">
      <w:pPr>
        <w:spacing w:before="60"/>
        <w:jc w:val="right"/>
      </w:pPr>
      <w:r>
        <w:rPr>
          <w:color w:val="536273"/>
          <w:sz w:val="16"/>
        </w:rPr>
        <w:t>20     년     월     일      지원자:                    (서명)</w:t>
      </w:r>
    </w:p>
    <w:sectPr w:rsidR="00257A7C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612307">
    <w:abstractNumId w:val="8"/>
  </w:num>
  <w:num w:numId="2" w16cid:durableId="1161189484">
    <w:abstractNumId w:val="6"/>
  </w:num>
  <w:num w:numId="3" w16cid:durableId="1272054825">
    <w:abstractNumId w:val="5"/>
  </w:num>
  <w:num w:numId="4" w16cid:durableId="555631636">
    <w:abstractNumId w:val="4"/>
  </w:num>
  <w:num w:numId="5" w16cid:durableId="1421607965">
    <w:abstractNumId w:val="7"/>
  </w:num>
  <w:num w:numId="6" w16cid:durableId="1904873254">
    <w:abstractNumId w:val="3"/>
  </w:num>
  <w:num w:numId="7" w16cid:durableId="491916616">
    <w:abstractNumId w:val="2"/>
  </w:num>
  <w:num w:numId="8" w16cid:durableId="718211784">
    <w:abstractNumId w:val="1"/>
  </w:num>
  <w:num w:numId="9" w16cid:durableId="184308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044A"/>
    <w:rsid w:val="00257A7C"/>
    <w:rsid w:val="0029639D"/>
    <w:rsid w:val="00326F90"/>
    <w:rsid w:val="0076231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4A01F1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2026-08-25T04:47:00Z</dcterms:modified>
  <cp:category/>
</cp:coreProperties>
</file>