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9C86" w14:textId="77777777" w:rsidR="007E6EB4" w:rsidRDefault="00000000">
      <w:pPr>
        <w:spacing w:after="30"/>
        <w:jc w:val="center"/>
        <w:rPr>
          <w:lang w:eastAsia="ko-KR"/>
        </w:rPr>
      </w:pPr>
      <w:r>
        <w:rPr>
          <w:b/>
          <w:sz w:val="34"/>
          <w:lang w:eastAsia="ko-KR"/>
        </w:rPr>
        <w:t xml:space="preserve">생 산 </w:t>
      </w:r>
      <w:proofErr w:type="gramStart"/>
      <w:r>
        <w:rPr>
          <w:b/>
          <w:sz w:val="34"/>
          <w:lang w:eastAsia="ko-KR"/>
        </w:rPr>
        <w:t>직  이</w:t>
      </w:r>
      <w:proofErr w:type="gramEnd"/>
      <w:r>
        <w:rPr>
          <w:b/>
          <w:sz w:val="34"/>
          <w:lang w:eastAsia="ko-KR"/>
        </w:rPr>
        <w:t xml:space="preserve"> 력 서</w:t>
      </w:r>
    </w:p>
    <w:p w14:paraId="432889BC" w14:textId="77777777" w:rsidR="007E6EB4" w:rsidRDefault="00000000">
      <w:pPr>
        <w:spacing w:after="80"/>
        <w:jc w:val="center"/>
        <w:rPr>
          <w:lang w:eastAsia="ko-KR"/>
        </w:rPr>
      </w:pPr>
      <w:r>
        <w:rPr>
          <w:color w:val="5F5F5F"/>
          <w:lang w:eastAsia="ko-KR"/>
        </w:rPr>
        <w:t>생산·제조 현장 업무 지원을 위한 기본형 이력서</w:t>
      </w:r>
    </w:p>
    <w:p w14:paraId="0538CEF6" w14:textId="77777777" w:rsidR="007E6EB4" w:rsidRDefault="00000000">
      <w:pPr>
        <w:spacing w:before="60" w:after="50"/>
      </w:pPr>
      <w:r>
        <w:rPr>
          <w:b/>
          <w:color w:val="222222"/>
          <w:sz w:val="20"/>
        </w:rPr>
        <w:t xml:space="preserve">1. </w:t>
      </w:r>
      <w:proofErr w:type="spellStart"/>
      <w:r>
        <w:rPr>
          <w:b/>
          <w:color w:val="222222"/>
          <w:sz w:val="20"/>
        </w:rPr>
        <w:t>지원자</w:t>
      </w:r>
      <w:proofErr w:type="spellEnd"/>
      <w:r>
        <w:rPr>
          <w:b/>
          <w:color w:val="222222"/>
          <w:sz w:val="20"/>
        </w:rPr>
        <w:t xml:space="preserve"> </w:t>
      </w:r>
      <w:proofErr w:type="spellStart"/>
      <w:r>
        <w:rPr>
          <w:b/>
          <w:color w:val="222222"/>
          <w:sz w:val="20"/>
        </w:rPr>
        <w:t>정보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7E6EB4" w14:paraId="49470CA3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F6868CA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성명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388FAC8" w14:textId="77777777" w:rsidR="007E6EB4" w:rsidRDefault="007E6EB4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90985A1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연락처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D582317" w14:textId="77777777" w:rsidR="007E6EB4" w:rsidRDefault="007E6EB4"/>
        </w:tc>
      </w:tr>
      <w:tr w:rsidR="007E6EB4" w14:paraId="5AC9503F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5BC968A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이메일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EE8175A" w14:textId="77777777" w:rsidR="007E6EB4" w:rsidRDefault="007E6EB4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8D4D520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주소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8010929" w14:textId="77777777" w:rsidR="007E6EB4" w:rsidRDefault="007E6EB4"/>
        </w:tc>
      </w:tr>
      <w:tr w:rsidR="007E6EB4" w14:paraId="21B9E1F3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8185F85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지원직무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A155AF7" w14:textId="77777777" w:rsidR="007E6EB4" w:rsidRDefault="007E6EB4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04F9412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희망근무지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7F01DF5" w14:textId="77777777" w:rsidR="007E6EB4" w:rsidRDefault="007E6EB4"/>
        </w:tc>
      </w:tr>
    </w:tbl>
    <w:p w14:paraId="731DF3FE" w14:textId="77777777" w:rsidR="007E6EB4" w:rsidRDefault="00000000">
      <w:pPr>
        <w:spacing w:before="60" w:after="50"/>
      </w:pPr>
      <w:r>
        <w:rPr>
          <w:b/>
          <w:color w:val="222222"/>
          <w:sz w:val="20"/>
        </w:rPr>
        <w:t>2. 학력사항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3118"/>
        <w:gridCol w:w="2551"/>
        <w:gridCol w:w="2268"/>
      </w:tblGrid>
      <w:tr w:rsidR="007E6EB4" w14:paraId="54DEC3CF" w14:textId="77777777">
        <w:trPr>
          <w:jc w:val="center"/>
        </w:trPr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F26483A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기간</w:t>
            </w:r>
          </w:p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AADBF59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학교명</w:t>
            </w:r>
          </w:p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69290D9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전공</w:t>
            </w:r>
          </w:p>
        </w:tc>
        <w:tc>
          <w:tcPr>
            <w:tcW w:w="226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FCBB4AA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졸업구분</w:t>
            </w:r>
          </w:p>
        </w:tc>
      </w:tr>
      <w:tr w:rsidR="007E6EB4" w14:paraId="3C341F8C" w14:textId="77777777">
        <w:trPr>
          <w:jc w:val="center"/>
        </w:trPr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10AC52E" w14:textId="77777777" w:rsidR="007E6EB4" w:rsidRDefault="007E6EB4"/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53B152F" w14:textId="77777777" w:rsidR="007E6EB4" w:rsidRDefault="007E6EB4"/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6A86AA5" w14:textId="77777777" w:rsidR="007E6EB4" w:rsidRDefault="007E6EB4"/>
        </w:tc>
        <w:tc>
          <w:tcPr>
            <w:tcW w:w="226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60FEE41" w14:textId="77777777" w:rsidR="007E6EB4" w:rsidRDefault="007E6EB4"/>
        </w:tc>
      </w:tr>
      <w:tr w:rsidR="007E6EB4" w14:paraId="3C0E22FC" w14:textId="77777777">
        <w:trPr>
          <w:jc w:val="center"/>
        </w:trPr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6AB1D9E" w14:textId="77777777" w:rsidR="007E6EB4" w:rsidRDefault="007E6EB4"/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D9C157B" w14:textId="77777777" w:rsidR="007E6EB4" w:rsidRDefault="007E6EB4"/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7F0FCC7" w14:textId="77777777" w:rsidR="007E6EB4" w:rsidRDefault="007E6EB4"/>
        </w:tc>
        <w:tc>
          <w:tcPr>
            <w:tcW w:w="226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31E4A1E" w14:textId="77777777" w:rsidR="007E6EB4" w:rsidRDefault="007E6EB4"/>
        </w:tc>
      </w:tr>
    </w:tbl>
    <w:p w14:paraId="0560FF56" w14:textId="77777777" w:rsidR="007E6EB4" w:rsidRDefault="00000000">
      <w:pPr>
        <w:spacing w:before="60" w:after="50"/>
      </w:pPr>
      <w:r>
        <w:rPr>
          <w:b/>
          <w:color w:val="222222"/>
          <w:sz w:val="20"/>
        </w:rPr>
        <w:t>3. 경력 및 현장경험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1"/>
        <w:gridCol w:w="2608"/>
        <w:gridCol w:w="2381"/>
        <w:gridCol w:w="3118"/>
      </w:tblGrid>
      <w:tr w:rsidR="007E6EB4" w14:paraId="1FDE7DCE" w14:textId="77777777">
        <w:trPr>
          <w:jc w:val="center"/>
        </w:trPr>
        <w:tc>
          <w:tcPr>
            <w:tcW w:w="221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5302BEE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근무기간</w:t>
            </w:r>
          </w:p>
        </w:tc>
        <w:tc>
          <w:tcPr>
            <w:tcW w:w="260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4123150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회사·기관명</w:t>
            </w:r>
          </w:p>
        </w:tc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8FA9A9C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부서 / 직무</w:t>
            </w:r>
          </w:p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10A36A1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주요 담당업무</w:t>
            </w:r>
          </w:p>
        </w:tc>
      </w:tr>
      <w:tr w:rsidR="007E6EB4" w14:paraId="1601E5A2" w14:textId="77777777">
        <w:trPr>
          <w:jc w:val="center"/>
        </w:trPr>
        <w:tc>
          <w:tcPr>
            <w:tcW w:w="221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58D0DF8" w14:textId="77777777" w:rsidR="007E6EB4" w:rsidRDefault="007E6EB4"/>
        </w:tc>
        <w:tc>
          <w:tcPr>
            <w:tcW w:w="260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F5DBD87" w14:textId="77777777" w:rsidR="007E6EB4" w:rsidRDefault="007E6EB4"/>
        </w:tc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A3CED76" w14:textId="77777777" w:rsidR="007E6EB4" w:rsidRDefault="007E6EB4"/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E6EA6CE" w14:textId="77777777" w:rsidR="007E6EB4" w:rsidRDefault="007E6EB4"/>
        </w:tc>
      </w:tr>
      <w:tr w:rsidR="007E6EB4" w14:paraId="788FF8E3" w14:textId="77777777">
        <w:trPr>
          <w:jc w:val="center"/>
        </w:trPr>
        <w:tc>
          <w:tcPr>
            <w:tcW w:w="221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1D3458D" w14:textId="77777777" w:rsidR="007E6EB4" w:rsidRDefault="007E6EB4"/>
        </w:tc>
        <w:tc>
          <w:tcPr>
            <w:tcW w:w="260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12019ED" w14:textId="77777777" w:rsidR="007E6EB4" w:rsidRDefault="007E6EB4"/>
        </w:tc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78F5B8F" w14:textId="77777777" w:rsidR="007E6EB4" w:rsidRDefault="007E6EB4"/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1B85B35" w14:textId="77777777" w:rsidR="007E6EB4" w:rsidRDefault="007E6EB4"/>
        </w:tc>
      </w:tr>
      <w:tr w:rsidR="007E6EB4" w14:paraId="327C37F9" w14:textId="77777777">
        <w:trPr>
          <w:jc w:val="center"/>
        </w:trPr>
        <w:tc>
          <w:tcPr>
            <w:tcW w:w="221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64C073D" w14:textId="77777777" w:rsidR="007E6EB4" w:rsidRDefault="007E6EB4"/>
        </w:tc>
        <w:tc>
          <w:tcPr>
            <w:tcW w:w="260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DBE82DA" w14:textId="77777777" w:rsidR="007E6EB4" w:rsidRDefault="007E6EB4"/>
        </w:tc>
        <w:tc>
          <w:tcPr>
            <w:tcW w:w="238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0AEE147" w14:textId="77777777" w:rsidR="007E6EB4" w:rsidRDefault="007E6EB4"/>
        </w:tc>
        <w:tc>
          <w:tcPr>
            <w:tcW w:w="3118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00532D8" w14:textId="77777777" w:rsidR="007E6EB4" w:rsidRDefault="007E6EB4"/>
        </w:tc>
      </w:tr>
    </w:tbl>
    <w:p w14:paraId="627C2B70" w14:textId="77777777" w:rsidR="007E6EB4" w:rsidRDefault="00000000">
      <w:pPr>
        <w:spacing w:before="60" w:after="50"/>
        <w:rPr>
          <w:lang w:eastAsia="ko-KR"/>
        </w:rPr>
      </w:pPr>
      <w:r>
        <w:rPr>
          <w:b/>
          <w:color w:val="222222"/>
          <w:sz w:val="20"/>
          <w:lang w:eastAsia="ko-KR"/>
        </w:rPr>
        <w:t>4. 자격 · 교육 · 현장 관련 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15"/>
        <w:gridCol w:w="2551"/>
        <w:gridCol w:w="2665"/>
      </w:tblGrid>
      <w:tr w:rsidR="007E6EB4" w14:paraId="0C1D7A70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09B5BAD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구분</w:t>
            </w:r>
          </w:p>
        </w:tc>
        <w:tc>
          <w:tcPr>
            <w:tcW w:w="351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318DC94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자격·교육명</w:t>
            </w:r>
          </w:p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BD306B7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취득·수료일</w:t>
            </w:r>
          </w:p>
        </w:tc>
        <w:tc>
          <w:tcPr>
            <w:tcW w:w="266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7EAEE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9B55228" w14:textId="77777777" w:rsidR="007E6EB4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발급·교육기관</w:t>
            </w:r>
          </w:p>
        </w:tc>
      </w:tr>
      <w:tr w:rsidR="007E6EB4" w14:paraId="16B1BDD3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1EECD1D" w14:textId="77777777" w:rsidR="007E6EB4" w:rsidRDefault="007E6EB4"/>
        </w:tc>
        <w:tc>
          <w:tcPr>
            <w:tcW w:w="351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13FB4BE" w14:textId="77777777" w:rsidR="007E6EB4" w:rsidRDefault="007E6EB4"/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405A362" w14:textId="77777777" w:rsidR="007E6EB4" w:rsidRDefault="007E6EB4"/>
        </w:tc>
        <w:tc>
          <w:tcPr>
            <w:tcW w:w="266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759AF96" w14:textId="77777777" w:rsidR="007E6EB4" w:rsidRDefault="007E6EB4"/>
        </w:tc>
      </w:tr>
      <w:tr w:rsidR="007E6EB4" w14:paraId="296AC088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BCC0133" w14:textId="77777777" w:rsidR="007E6EB4" w:rsidRDefault="007E6EB4"/>
        </w:tc>
        <w:tc>
          <w:tcPr>
            <w:tcW w:w="351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C56C830" w14:textId="77777777" w:rsidR="007E6EB4" w:rsidRDefault="007E6EB4"/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84A97ED" w14:textId="77777777" w:rsidR="007E6EB4" w:rsidRDefault="007E6EB4"/>
        </w:tc>
        <w:tc>
          <w:tcPr>
            <w:tcW w:w="266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0B34BAB" w14:textId="77777777" w:rsidR="007E6EB4" w:rsidRDefault="007E6EB4"/>
        </w:tc>
      </w:tr>
      <w:tr w:rsidR="007E6EB4" w14:paraId="2F19F1F3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F68D9F9" w14:textId="77777777" w:rsidR="007E6EB4" w:rsidRDefault="007E6EB4"/>
        </w:tc>
        <w:tc>
          <w:tcPr>
            <w:tcW w:w="351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47F2AFA" w14:textId="77777777" w:rsidR="007E6EB4" w:rsidRDefault="007E6EB4"/>
        </w:tc>
        <w:tc>
          <w:tcPr>
            <w:tcW w:w="2551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DA0AD09" w14:textId="77777777" w:rsidR="007E6EB4" w:rsidRDefault="007E6EB4"/>
        </w:tc>
        <w:tc>
          <w:tcPr>
            <w:tcW w:w="2665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81B019F" w14:textId="77777777" w:rsidR="007E6EB4" w:rsidRDefault="007E6EB4"/>
        </w:tc>
      </w:tr>
    </w:tbl>
    <w:p w14:paraId="1163D22B" w14:textId="77777777" w:rsidR="007E6EB4" w:rsidRDefault="00000000">
      <w:pPr>
        <w:spacing w:before="60" w:after="50"/>
      </w:pPr>
      <w:r>
        <w:rPr>
          <w:b/>
          <w:color w:val="222222"/>
          <w:sz w:val="20"/>
        </w:rPr>
        <w:t>5. 생산직 핵심 역량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7E6EB4" w14:paraId="7A523E77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D827BC3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설비·공구 활용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1D2ADE6" w14:textId="77777777" w:rsidR="007E6EB4" w:rsidRDefault="007E6EB4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A662407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품질 확인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B80E15B" w14:textId="77777777" w:rsidR="007E6EB4" w:rsidRDefault="007E6EB4"/>
        </w:tc>
      </w:tr>
      <w:tr w:rsidR="007E6EB4" w14:paraId="01FEB86F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0335657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안전수칙 준수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C840BDE" w14:textId="77777777" w:rsidR="007E6EB4" w:rsidRDefault="007E6EB4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0C80955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업무 강점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51AD8DF" w14:textId="77777777" w:rsidR="007E6EB4" w:rsidRDefault="007E6EB4"/>
        </w:tc>
      </w:tr>
    </w:tbl>
    <w:p w14:paraId="23F63080" w14:textId="77777777" w:rsidR="007E6EB4" w:rsidRDefault="00000000">
      <w:pPr>
        <w:spacing w:before="60" w:after="50"/>
      </w:pPr>
      <w:r>
        <w:rPr>
          <w:b/>
          <w:color w:val="222222"/>
          <w:sz w:val="20"/>
        </w:rPr>
        <w:t>6. 기타사항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7E6EB4" w14:paraId="43228A2C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6AF5E7E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입사가능일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0C8D6E7" w14:textId="77777777" w:rsidR="007E6EB4" w:rsidRDefault="007E6EB4"/>
        </w:tc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3E90834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교대근무</w:t>
            </w:r>
          </w:p>
        </w:tc>
        <w:tc>
          <w:tcPr>
            <w:tcW w:w="3572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DEC73C8" w14:textId="77777777" w:rsidR="007E6EB4" w:rsidRDefault="00000000">
            <w:r>
              <w:rPr>
                <w:color w:val="263648"/>
              </w:rPr>
              <w:t>□ 가능  □ 협의</w:t>
            </w:r>
          </w:p>
        </w:tc>
      </w:tr>
      <w:tr w:rsidR="007E6EB4" w14:paraId="42FAF1AE" w14:textId="77777777">
        <w:trPr>
          <w:jc w:val="center"/>
        </w:trPr>
        <w:tc>
          <w:tcPr>
            <w:tcW w:w="1587" w:type="dxa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shd w:val="clear" w:color="auto" w:fill="ECEF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F1B9942" w14:textId="77777777" w:rsidR="007E6EB4" w:rsidRDefault="00000000">
            <w:pPr>
              <w:jc w:val="center"/>
            </w:pPr>
            <w:r>
              <w:rPr>
                <w:b/>
                <w:color w:val="263648"/>
              </w:rPr>
              <w:t>비고</w:t>
            </w:r>
          </w:p>
        </w:tc>
        <w:tc>
          <w:tcPr>
            <w:tcW w:w="8731" w:type="dxa"/>
            <w:gridSpan w:val="3"/>
            <w:tcBorders>
              <w:top w:val="single" w:sz="6" w:space="0" w:color="B8C0C9"/>
              <w:left w:val="single" w:sz="6" w:space="0" w:color="B8C0C9"/>
              <w:bottom w:val="single" w:sz="6" w:space="0" w:color="B8C0C9"/>
              <w:right w:val="single" w:sz="6" w:space="0" w:color="B8C0C9"/>
            </w:tcBorders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0D33DEA" w14:textId="77777777" w:rsidR="007E6EB4" w:rsidRDefault="007E6EB4"/>
        </w:tc>
      </w:tr>
    </w:tbl>
    <w:p w14:paraId="701B94AC" w14:textId="77777777" w:rsidR="00016C40" w:rsidRDefault="00016C40">
      <w:pPr>
        <w:spacing w:before="80"/>
        <w:jc w:val="center"/>
        <w:rPr>
          <w:sz w:val="16"/>
          <w:lang w:eastAsia="ko-KR"/>
        </w:rPr>
      </w:pPr>
    </w:p>
    <w:p w14:paraId="06F3FA9E" w14:textId="77777777" w:rsidR="00016C40" w:rsidRDefault="00016C40">
      <w:pPr>
        <w:spacing w:before="80"/>
        <w:jc w:val="center"/>
        <w:rPr>
          <w:sz w:val="16"/>
          <w:lang w:eastAsia="ko-KR"/>
        </w:rPr>
      </w:pPr>
    </w:p>
    <w:p w14:paraId="3016787B" w14:textId="6D2386B7" w:rsidR="007E6EB4" w:rsidRDefault="00000000">
      <w:pPr>
        <w:spacing w:before="80"/>
        <w:jc w:val="center"/>
      </w:pPr>
      <w:r>
        <w:rPr>
          <w:sz w:val="16"/>
          <w:lang w:eastAsia="ko-KR"/>
        </w:rPr>
        <w:t xml:space="preserve">위 기재사항은 사실과 다름없습니다.    </w:t>
      </w:r>
      <w:r>
        <w:rPr>
          <w:sz w:val="16"/>
        </w:rPr>
        <w:t>20     년     월     일        지원자:                    (서명)</w:t>
      </w:r>
    </w:p>
    <w:sectPr w:rsidR="007E6EB4" w:rsidSect="00034616">
      <w:pgSz w:w="11906" w:h="16838"/>
      <w:pgMar w:top="624" w:right="794" w:bottom="56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9490779">
    <w:abstractNumId w:val="8"/>
  </w:num>
  <w:num w:numId="2" w16cid:durableId="821848088">
    <w:abstractNumId w:val="6"/>
  </w:num>
  <w:num w:numId="3" w16cid:durableId="763037548">
    <w:abstractNumId w:val="5"/>
  </w:num>
  <w:num w:numId="4" w16cid:durableId="1066757297">
    <w:abstractNumId w:val="4"/>
  </w:num>
  <w:num w:numId="5" w16cid:durableId="498737425">
    <w:abstractNumId w:val="7"/>
  </w:num>
  <w:num w:numId="6" w16cid:durableId="536161190">
    <w:abstractNumId w:val="3"/>
  </w:num>
  <w:num w:numId="7" w16cid:durableId="284581504">
    <w:abstractNumId w:val="2"/>
  </w:num>
  <w:num w:numId="8" w16cid:durableId="216628722">
    <w:abstractNumId w:val="1"/>
  </w:num>
  <w:num w:numId="9" w16cid:durableId="16423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C40"/>
    <w:rsid w:val="00034616"/>
    <w:rsid w:val="0006063C"/>
    <w:rsid w:val="0015074B"/>
    <w:rsid w:val="0029639D"/>
    <w:rsid w:val="00326F90"/>
    <w:rsid w:val="00762318"/>
    <w:rsid w:val="007E6EB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37296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2026-08-25T04:47:00Z</dcterms:modified>
  <cp:category/>
</cp:coreProperties>
</file>