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9AC0" w14:textId="77777777" w:rsidR="00C34959" w:rsidRDefault="00C3495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2E064F" w14:paraId="290A8B52" w14:textId="77777777">
        <w:trPr>
          <w:jc w:val="center"/>
        </w:trPr>
        <w:tc>
          <w:tcPr>
            <w:tcW w:w="5103" w:type="dxa"/>
            <w:vAlign w:val="center"/>
          </w:tcPr>
          <w:p w14:paraId="15E39315" w14:textId="77777777" w:rsidR="002E064F" w:rsidRDefault="00000000">
            <w:pPr>
              <w:spacing w:after="0"/>
            </w:pPr>
            <w:r>
              <w:rPr>
                <w:b/>
                <w:color w:val="315FC7"/>
                <w:sz w:val="22"/>
              </w:rPr>
              <w:t>RESUME</w:t>
            </w:r>
          </w:p>
        </w:tc>
        <w:tc>
          <w:tcPr>
            <w:tcW w:w="5103" w:type="dxa"/>
            <w:vAlign w:val="center"/>
          </w:tcPr>
          <w:p w14:paraId="568E3816" w14:textId="77777777" w:rsidR="002E064F" w:rsidRDefault="00000000">
            <w:pPr>
              <w:spacing w:after="0"/>
              <w:jc w:val="right"/>
            </w:pPr>
            <w:r>
              <w:rPr>
                <w:b/>
                <w:color w:val="111827"/>
                <w:sz w:val="46"/>
              </w:rPr>
              <w:t>사진 없는 이력서</w:t>
            </w:r>
          </w:p>
        </w:tc>
      </w:tr>
    </w:tbl>
    <w:p w14:paraId="148F8EC6" w14:textId="77777777" w:rsidR="002E064F" w:rsidRDefault="00000000">
      <w:pPr>
        <w:spacing w:after="100"/>
        <w:rPr>
          <w:lang w:eastAsia="ko-KR"/>
        </w:rPr>
      </w:pPr>
      <w:r>
        <w:rPr>
          <w:color w:val="718096"/>
          <w:sz w:val="16"/>
          <w:lang w:eastAsia="ko-KR"/>
        </w:rPr>
        <w:t>지원자의 경력과 역량을 중심으로 간결하게 정리하는 실무형 이력서</w:t>
      </w:r>
    </w:p>
    <w:p w14:paraId="62650E6E" w14:textId="77777777" w:rsidR="002E064F" w:rsidRDefault="00000000">
      <w:pPr>
        <w:spacing w:before="100" w:after="60"/>
      </w:pPr>
      <w:r>
        <w:rPr>
          <w:b/>
          <w:color w:val="315FC7"/>
          <w:sz w:val="21"/>
        </w:rPr>
        <w:t xml:space="preserve">01  </w:t>
      </w:r>
      <w:proofErr w:type="spellStart"/>
      <w:r>
        <w:rPr>
          <w:b/>
          <w:color w:val="315FC7"/>
          <w:sz w:val="21"/>
        </w:rPr>
        <w:t>기본</w:t>
      </w:r>
      <w:proofErr w:type="spellEnd"/>
      <w:r>
        <w:rPr>
          <w:b/>
          <w:color w:val="315FC7"/>
          <w:sz w:val="21"/>
        </w:rPr>
        <w:t xml:space="preserve"> </w:t>
      </w:r>
      <w:proofErr w:type="spellStart"/>
      <w:r>
        <w:rPr>
          <w:b/>
          <w:color w:val="315FC7"/>
          <w:sz w:val="21"/>
        </w:rPr>
        <w:t>정보</w:t>
      </w:r>
      <w:proofErr w:type="spellEnd"/>
      <w:r>
        <w:rPr>
          <w:color w:val="8A98A8"/>
          <w:sz w:val="15"/>
        </w:rPr>
        <w:t xml:space="preserve">   PROFILE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685"/>
        <w:gridCol w:w="1417"/>
        <w:gridCol w:w="3685"/>
      </w:tblGrid>
      <w:tr w:rsidR="002E064F" w14:paraId="4326D10A" w14:textId="77777777">
        <w:trPr>
          <w:jc w:val="center"/>
        </w:trPr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59E77D42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성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0BD2B04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명</w:t>
            </w:r>
          </w:p>
        </w:tc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1427EA5C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지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5A567DD9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원</w:t>
            </w:r>
          </w:p>
        </w:tc>
      </w:tr>
      <w:tr w:rsidR="002E064F" w14:paraId="3FBBCA8B" w14:textId="77777777">
        <w:trPr>
          <w:jc w:val="center"/>
        </w:trPr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432E32FE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연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5E670341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락</w:t>
            </w:r>
          </w:p>
        </w:tc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30F4AB4E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이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55CAF3F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메</w:t>
            </w:r>
          </w:p>
        </w:tc>
      </w:tr>
      <w:tr w:rsidR="002E064F" w14:paraId="5D45EA26" w14:textId="77777777">
        <w:trPr>
          <w:jc w:val="center"/>
        </w:trPr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22561B5A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주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5C6411E7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소</w:t>
            </w:r>
          </w:p>
        </w:tc>
        <w:tc>
          <w:tcPr>
            <w:tcW w:w="1417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AF1FB"/>
            <w:vAlign w:val="center"/>
          </w:tcPr>
          <w:p w14:paraId="060FAC54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희</w:t>
            </w:r>
          </w:p>
        </w:tc>
        <w:tc>
          <w:tcPr>
            <w:tcW w:w="368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252CB17" w14:textId="77777777" w:rsidR="002E064F" w:rsidRDefault="00000000">
            <w:pPr>
              <w:spacing w:after="0"/>
            </w:pPr>
            <w:r>
              <w:rPr>
                <w:color w:val="263238"/>
                <w:sz w:val="16"/>
              </w:rPr>
              <w:t>망</w:t>
            </w:r>
          </w:p>
        </w:tc>
      </w:tr>
    </w:tbl>
    <w:p w14:paraId="5E34A7DE" w14:textId="77777777" w:rsidR="002E064F" w:rsidRDefault="00000000">
      <w:pPr>
        <w:spacing w:before="100" w:after="60"/>
      </w:pPr>
      <w:r>
        <w:rPr>
          <w:b/>
          <w:color w:val="315FC7"/>
          <w:sz w:val="21"/>
        </w:rPr>
        <w:t>02  학력 사항</w:t>
      </w:r>
      <w:r>
        <w:rPr>
          <w:color w:val="8A98A8"/>
          <w:sz w:val="15"/>
        </w:rPr>
        <w:t xml:space="preserve">   EDUCATION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2E064F" w14:paraId="6B22A36B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2518D75A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기간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450A5A28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학교명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39318ECB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전공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3D3FC88E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구분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52FDBC03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비고</w:t>
            </w:r>
          </w:p>
        </w:tc>
      </w:tr>
      <w:tr w:rsidR="002E064F" w14:paraId="36B8FBB9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2AE42207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2019.03 ~ 2023.02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0CFA3E96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○○대학교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773FC460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경영학과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645D8671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졸업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72FB88B8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작성 예시</w:t>
            </w:r>
          </w:p>
        </w:tc>
      </w:tr>
      <w:tr w:rsidR="002E064F" w14:paraId="276CAE4A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719DABDD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48D73E50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47E54D0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7D88698E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75465D0D" w14:textId="77777777" w:rsidR="002E064F" w:rsidRDefault="002E064F">
            <w:pPr>
              <w:spacing w:after="0"/>
            </w:pPr>
          </w:p>
        </w:tc>
      </w:tr>
      <w:tr w:rsidR="002E064F" w14:paraId="275B117C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F671C63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1B8AABB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47A7438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8C9493D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D0B58D1" w14:textId="77777777" w:rsidR="002E064F" w:rsidRDefault="002E064F">
            <w:pPr>
              <w:spacing w:after="0"/>
            </w:pPr>
          </w:p>
        </w:tc>
      </w:tr>
    </w:tbl>
    <w:p w14:paraId="6BBA876E" w14:textId="77777777" w:rsidR="002E064F" w:rsidRDefault="00000000">
      <w:pPr>
        <w:spacing w:before="100" w:after="60"/>
      </w:pPr>
      <w:r>
        <w:rPr>
          <w:b/>
          <w:color w:val="315FC7"/>
          <w:sz w:val="21"/>
        </w:rPr>
        <w:t>03  경력 사항</w:t>
      </w:r>
      <w:r>
        <w:rPr>
          <w:color w:val="8A98A8"/>
          <w:sz w:val="15"/>
        </w:rPr>
        <w:t xml:space="preserve">   EXPERIENCE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2E064F" w14:paraId="796FEED1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6DEA6871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근무기간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54B59D07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회사명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5655F7A0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부서 / 직위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3B09860C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담당 업무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77685ACA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퇴직 사유</w:t>
            </w:r>
          </w:p>
        </w:tc>
      </w:tr>
      <w:tr w:rsidR="002E064F" w14:paraId="00CBA102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5629B672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2023.03 ~ 2026.07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19490A42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○○기업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221B4D76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기획팀 / 사원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0C776649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자료 작성 및 운영 지원</w:t>
            </w: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5B9BBDC2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개인 사유</w:t>
            </w:r>
          </w:p>
        </w:tc>
      </w:tr>
      <w:tr w:rsidR="002E064F" w14:paraId="3A25D152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1EEC81ED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72411D6A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47125951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5F94694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6715608C" w14:textId="77777777" w:rsidR="002E064F" w:rsidRDefault="002E064F">
            <w:pPr>
              <w:spacing w:after="0"/>
            </w:pPr>
          </w:p>
        </w:tc>
      </w:tr>
      <w:tr w:rsidR="002E064F" w14:paraId="2A48D8BB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57DC174C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17696A7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D7E488E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60B238CA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03988FB" w14:textId="77777777" w:rsidR="002E064F" w:rsidRDefault="002E064F">
            <w:pPr>
              <w:spacing w:after="0"/>
            </w:pPr>
          </w:p>
        </w:tc>
      </w:tr>
      <w:tr w:rsidR="002E064F" w14:paraId="4574A2DB" w14:textId="77777777">
        <w:trPr>
          <w:jc w:val="center"/>
        </w:trPr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47AF45B7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A1257C5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1CBDF5B0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E87219A" w14:textId="77777777" w:rsidR="002E064F" w:rsidRDefault="002E064F">
            <w:pPr>
              <w:spacing w:after="0"/>
            </w:pPr>
          </w:p>
        </w:tc>
        <w:tc>
          <w:tcPr>
            <w:tcW w:w="204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6120E16B" w14:textId="77777777" w:rsidR="002E064F" w:rsidRDefault="002E064F">
            <w:pPr>
              <w:spacing w:after="0"/>
            </w:pPr>
          </w:p>
        </w:tc>
      </w:tr>
    </w:tbl>
    <w:p w14:paraId="2698955C" w14:textId="77777777" w:rsidR="002E064F" w:rsidRDefault="00000000">
      <w:pPr>
        <w:spacing w:before="100" w:after="60"/>
      </w:pPr>
      <w:r>
        <w:rPr>
          <w:b/>
          <w:color w:val="315FC7"/>
          <w:sz w:val="21"/>
        </w:rPr>
        <w:t>04  자격 · 교육</w:t>
      </w:r>
      <w:r>
        <w:rPr>
          <w:color w:val="8A98A8"/>
          <w:sz w:val="15"/>
        </w:rPr>
        <w:t xml:space="preserve">   LICENSE &amp; TRAINING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2E064F" w14:paraId="68F00781" w14:textId="77777777">
        <w:trPr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46A6B02E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취득일 / 기간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03C1B2AD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자격·교육명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38F041C8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발급·교육기관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DCE7F7"/>
            <w:vAlign w:val="center"/>
          </w:tcPr>
          <w:p w14:paraId="74187291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6"/>
              </w:rPr>
              <w:t>비고</w:t>
            </w:r>
          </w:p>
        </w:tc>
      </w:tr>
      <w:tr w:rsidR="002E064F" w14:paraId="3ABBB95A" w14:textId="77777777">
        <w:trPr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5B5CD02E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2025.05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12AB5945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○○ 자격증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528C5666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○○기관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FF8DD"/>
            <w:vAlign w:val="center"/>
          </w:tcPr>
          <w:p w14:paraId="6CDB78F1" w14:textId="77777777" w:rsidR="002E064F" w:rsidRDefault="00000000">
            <w:pPr>
              <w:spacing w:after="0"/>
              <w:jc w:val="center"/>
            </w:pPr>
            <w:r>
              <w:rPr>
                <w:color w:val="263238"/>
                <w:sz w:val="15"/>
              </w:rPr>
              <w:t>작성 예시</w:t>
            </w:r>
          </w:p>
        </w:tc>
      </w:tr>
      <w:tr w:rsidR="002E064F" w14:paraId="3A98578F" w14:textId="77777777">
        <w:trPr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4EC278A7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159B7909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87F03FF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BC90A2F" w14:textId="77777777" w:rsidR="002E064F" w:rsidRDefault="002E064F">
            <w:pPr>
              <w:spacing w:after="0"/>
            </w:pPr>
          </w:p>
        </w:tc>
      </w:tr>
      <w:tr w:rsidR="002E064F" w14:paraId="01F632DB" w14:textId="77777777">
        <w:trPr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163E26B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6FF1D1B3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2B06AE06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A4EF412" w14:textId="77777777" w:rsidR="002E064F" w:rsidRDefault="002E064F">
            <w:pPr>
              <w:spacing w:after="0"/>
            </w:pPr>
          </w:p>
        </w:tc>
      </w:tr>
    </w:tbl>
    <w:p w14:paraId="5D09A6A4" w14:textId="77777777" w:rsidR="002E064F" w:rsidRDefault="00000000">
      <w:pPr>
        <w:spacing w:before="100" w:after="60"/>
      </w:pPr>
      <w:r>
        <w:rPr>
          <w:b/>
          <w:color w:val="315FC7"/>
          <w:sz w:val="21"/>
        </w:rPr>
        <w:t>05  보유 역량</w:t>
      </w:r>
      <w:r>
        <w:rPr>
          <w:color w:val="8A98A8"/>
          <w:sz w:val="15"/>
        </w:rPr>
        <w:t xml:space="preserve">   SKILLS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2E064F" w14:paraId="24C28537" w14:textId="77777777">
        <w:trPr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EF4FB"/>
            <w:vAlign w:val="center"/>
          </w:tcPr>
          <w:p w14:paraId="564ACC6D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5"/>
              </w:rPr>
              <w:t>OA / 프로그램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EF4FB"/>
            <w:vAlign w:val="center"/>
          </w:tcPr>
          <w:p w14:paraId="0E916331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5"/>
              </w:rPr>
              <w:t>외국어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EF4FB"/>
            <w:vAlign w:val="center"/>
          </w:tcPr>
          <w:p w14:paraId="7A97105C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5"/>
              </w:rPr>
              <w:t>핵심 역량</w:t>
            </w: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EEF4FB"/>
            <w:vAlign w:val="center"/>
          </w:tcPr>
          <w:p w14:paraId="105B9728" w14:textId="77777777" w:rsidR="002E064F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5"/>
              </w:rPr>
              <w:t>기타</w:t>
            </w:r>
          </w:p>
        </w:tc>
      </w:tr>
      <w:tr w:rsidR="002E064F" w14:paraId="34D6C996" w14:textId="77777777">
        <w:trPr>
          <w:trHeight w:val="510"/>
          <w:jc w:val="center"/>
        </w:trPr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557D64D9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4692B8D1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5C8F78E" w14:textId="77777777" w:rsidR="002E064F" w:rsidRDefault="002E064F">
            <w:pPr>
              <w:spacing w:after="0"/>
            </w:pPr>
          </w:p>
        </w:tc>
        <w:tc>
          <w:tcPr>
            <w:tcW w:w="255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09CDBCF5" w14:textId="77777777" w:rsidR="002E064F" w:rsidRDefault="002E064F">
            <w:pPr>
              <w:spacing w:after="0"/>
            </w:pPr>
          </w:p>
        </w:tc>
      </w:tr>
    </w:tbl>
    <w:p w14:paraId="2F005D61" w14:textId="77777777" w:rsidR="002E064F" w:rsidRDefault="00000000">
      <w:pPr>
        <w:spacing w:before="100" w:after="60"/>
        <w:rPr>
          <w:lang w:eastAsia="ko-KR"/>
        </w:rPr>
      </w:pPr>
      <w:r>
        <w:rPr>
          <w:b/>
          <w:color w:val="315FC7"/>
          <w:sz w:val="21"/>
          <w:lang w:eastAsia="ko-KR"/>
        </w:rPr>
        <w:t>06  자기소개 · 지원 메모</w:t>
      </w:r>
      <w:r>
        <w:rPr>
          <w:color w:val="8A98A8"/>
          <w:sz w:val="15"/>
          <w:lang w:eastAsia="ko-KR"/>
        </w:rPr>
        <w:t xml:space="preserve">   SUMMARY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2E064F" w14:paraId="1153C7B6" w14:textId="77777777">
        <w:trPr>
          <w:trHeight w:val="1247"/>
          <w:jc w:val="center"/>
        </w:trPr>
        <w:tc>
          <w:tcPr>
            <w:tcW w:w="1020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vAlign w:val="center"/>
          </w:tcPr>
          <w:p w14:paraId="3C0B1C91" w14:textId="77777777" w:rsidR="002E064F" w:rsidRDefault="00000000">
            <w:pPr>
              <w:spacing w:after="0"/>
              <w:rPr>
                <w:lang w:eastAsia="ko-KR"/>
              </w:rPr>
            </w:pPr>
            <w:r>
              <w:rPr>
                <w:color w:val="8793A3"/>
                <w:sz w:val="15"/>
                <w:lang w:eastAsia="ko-KR"/>
              </w:rPr>
              <w:t>경력의 핵심 내용, 강점, 지원 직무와 관련된 경험을 간단히 작성하세요.</w:t>
            </w:r>
          </w:p>
        </w:tc>
      </w:tr>
    </w:tbl>
    <w:p w14:paraId="56214D35" w14:textId="77777777" w:rsidR="002E064F" w:rsidRDefault="00000000">
      <w:pPr>
        <w:spacing w:before="100" w:after="0"/>
        <w:jc w:val="right"/>
        <w:rPr>
          <w:lang w:eastAsia="ko-KR"/>
        </w:rPr>
      </w:pPr>
      <w:r>
        <w:rPr>
          <w:sz w:val="16"/>
          <w:lang w:eastAsia="ko-KR"/>
        </w:rPr>
        <w:t>20      년      월      일        지원자 :                         (서명)</w:t>
      </w:r>
    </w:p>
    <w:p w14:paraId="6B67C02C" w14:textId="77777777" w:rsidR="0017397E" w:rsidRDefault="0017397E">
      <w:pPr>
        <w:spacing w:before="60" w:after="0"/>
        <w:rPr>
          <w:color w:val="8793A3"/>
          <w:sz w:val="14"/>
          <w:lang w:eastAsia="ko-KR"/>
        </w:rPr>
      </w:pPr>
    </w:p>
    <w:p w14:paraId="569BDE04" w14:textId="6D18CC6F" w:rsidR="002E064F" w:rsidRDefault="00000000">
      <w:pPr>
        <w:spacing w:before="60" w:after="0"/>
        <w:rPr>
          <w:lang w:eastAsia="ko-KR"/>
        </w:rPr>
      </w:pPr>
      <w:r>
        <w:rPr>
          <w:color w:val="8793A3"/>
          <w:sz w:val="14"/>
          <w:lang w:eastAsia="ko-KR"/>
        </w:rPr>
        <w:t>※ 노란색 첫 행은 작성 예시입니다. 실제 사용 시 예시 내용을 삭제하고 본인의 정보로 작성하세요.</w:t>
      </w:r>
    </w:p>
    <w:sectPr w:rsidR="002E064F" w:rsidSect="00034616">
      <w:pgSz w:w="11906" w:h="16838"/>
      <w:pgMar w:top="737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279375">
    <w:abstractNumId w:val="8"/>
  </w:num>
  <w:num w:numId="2" w16cid:durableId="647443461">
    <w:abstractNumId w:val="6"/>
  </w:num>
  <w:num w:numId="3" w16cid:durableId="1965847968">
    <w:abstractNumId w:val="5"/>
  </w:num>
  <w:num w:numId="4" w16cid:durableId="38818992">
    <w:abstractNumId w:val="4"/>
  </w:num>
  <w:num w:numId="5" w16cid:durableId="1855804140">
    <w:abstractNumId w:val="7"/>
  </w:num>
  <w:num w:numId="6" w16cid:durableId="621886356">
    <w:abstractNumId w:val="3"/>
  </w:num>
  <w:num w:numId="7" w16cid:durableId="1020165408">
    <w:abstractNumId w:val="2"/>
  </w:num>
  <w:num w:numId="8" w16cid:durableId="803818065">
    <w:abstractNumId w:val="1"/>
  </w:num>
  <w:num w:numId="9" w16cid:durableId="28751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97E"/>
    <w:rsid w:val="0029639D"/>
    <w:rsid w:val="002E064F"/>
    <w:rsid w:val="00326F90"/>
    <w:rsid w:val="00571DE5"/>
    <w:rsid w:val="00AA1D8D"/>
    <w:rsid w:val="00B47730"/>
    <w:rsid w:val="00C3495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C823F7"/>
  <w14:defaultImageDpi w14:val="300"/>
  <w15:docId w15:val="{202C1428-63AB-4846-9E68-15255A7D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2026-08-19T05:35:00Z</dcterms:modified>
  <cp:category/>
</cp:coreProperties>
</file>