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Malgun Gothic" w:hAnsi="Malgun Gothic" w:eastAsia="맑은 고딕"/>
          <w:b/>
          <w:sz w:val="46"/>
        </w:rPr>
        <w:t>이 력 서</w:t>
      </w:r>
    </w:p>
    <w:p>
      <w:pPr>
        <w:spacing w:after="120"/>
        <w:jc w:val="center"/>
      </w:pPr>
      <w:r>
        <w:rPr>
          <w:color w:val="697586"/>
          <w:sz w:val="15"/>
        </w:rPr>
        <w:t>NO PHOTO RESUME · 사진 없이 작성하는 실용형 이력서</w:t>
      </w:r>
    </w:p>
    <w:tbl>
      <w:tblPr>
        <w:tblW w:type="dxa" w:w="10204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3855"/>
        <w:gridCol w:w="1247"/>
        <w:gridCol w:w="3855"/>
      </w:tblGrid>
      <w:tr>
        <w:trPr>
          <w:trHeight w:val="482"/>
        </w:trPr>
        <w:tc>
          <w:tcPr>
            <w:tcW w:type="dxa" w:w="1247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성명</w:t>
            </w:r>
          </w:p>
        </w:tc>
        <w:tc>
          <w:tcPr>
            <w:tcW w:type="dxa" w:w="3855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247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지원부서</w:t>
            </w:r>
          </w:p>
        </w:tc>
        <w:tc>
          <w:tcPr>
            <w:tcW w:type="dxa" w:w="3855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82"/>
        </w:trPr>
        <w:tc>
          <w:tcPr>
            <w:tcW w:type="dxa" w:w="1247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생년월일</w:t>
            </w:r>
          </w:p>
        </w:tc>
        <w:tc>
          <w:tcPr>
            <w:tcW w:type="dxa" w:w="3855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년   월   일</w:t>
            </w:r>
          </w:p>
        </w:tc>
        <w:tc>
          <w:tcPr>
            <w:tcW w:type="dxa" w:w="1247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지원직무</w:t>
            </w:r>
          </w:p>
        </w:tc>
        <w:tc>
          <w:tcPr>
            <w:tcW w:type="dxa" w:w="3855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82"/>
        </w:trPr>
        <w:tc>
          <w:tcPr>
            <w:tcW w:type="dxa" w:w="1247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연락처</w:t>
            </w:r>
          </w:p>
        </w:tc>
        <w:tc>
          <w:tcPr>
            <w:tcW w:type="dxa" w:w="3855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247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E-mail</w:t>
            </w:r>
          </w:p>
        </w:tc>
        <w:tc>
          <w:tcPr>
            <w:tcW w:type="dxa" w:w="3855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82"/>
        </w:trPr>
        <w:tc>
          <w:tcPr>
            <w:tcW w:type="dxa" w:w="1247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주소</w:t>
            </w:r>
          </w:p>
        </w:tc>
        <w:tc>
          <w:tcPr>
            <w:tcW w:type="dxa" w:w="8957"/>
            <w:gridSpan w:val="3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20"/>
        </w:rPr>
        <w:t>■ 학력사항</w:t>
      </w:r>
    </w:p>
    <w:tbl>
      <w:tblPr>
        <w:tblW w:type="dxa" w:w="10204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기간</w:t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학교명</w:t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전공 / 학과</w:t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졸업구분</w:t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20"/>
        </w:rPr>
        <w:t>■ 경력사항</w:t>
      </w:r>
    </w:p>
    <w:tbl>
      <w:tblPr>
        <w:tblW w:type="dxa" w:w="10204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근무기간</w:t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근무처</w:t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부서 / 직위</w:t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담당업무</w:t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20"/>
        </w:rPr>
        <w:t>■ 자격 및 교육사항</w:t>
      </w:r>
    </w:p>
    <w:tbl>
      <w:tblPr>
        <w:tblW w:type="dxa" w:w="10204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취득일 / 기간</w:t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자격·교육명</w:t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등급 / 내용</w:t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발급·교육기관</w:t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20"/>
        </w:rPr>
        <w:t>■ 보유 역량 및 기타사항</w:t>
      </w:r>
    </w:p>
    <w:tbl>
      <w:tblPr>
        <w:tblW w:type="dxa" w:w="10204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7653"/>
      </w:tblGrid>
      <w:t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구분</w:t>
            </w:r>
          </w:p>
        </w:tc>
        <w:tc>
          <w:tcPr>
            <w:tcW w:type="dxa" w:w="7653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내용</w:t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7653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54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7653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20"/>
        </w:rPr>
        <w:t>■ 간단 자기소개 / 지원동기</w:t>
      </w:r>
    </w:p>
    <w:tbl>
      <w:tblPr>
        <w:tblW w:type="dxa" w:w="10204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7653"/>
      </w:tblGrid>
      <w:tr>
        <w:trPr>
          <w:trHeight w:val="737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자기소개</w:t>
            </w:r>
          </w:p>
        </w:tc>
        <w:tc>
          <w:tcPr>
            <w:tcW w:type="dxa" w:w="7653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737"/>
        </w:trPr>
        <w:tc>
          <w:tcPr>
            <w:tcW w:type="dxa" w:w="2551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shd w:fill="E8EEF7"/>
            <w:vAlign w:val="center"/>
          </w:tcPr>
          <w:p>
            <w:pPr>
              <w:spacing w:before="0" w:after="0"/>
              <w:ind w:left="0" w:right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지원동기</w:t>
            </w:r>
          </w:p>
        </w:tc>
        <w:tc>
          <w:tcPr>
            <w:tcW w:type="dxa" w:w="7653"/>
            <w:tcBorders>
              <w:top w:val="single" w:sz="6" w:space="0" w:color="9CA8B8"/>
              <w:left w:val="single" w:sz="6" w:space="0" w:color="9CA8B8"/>
              <w:bottom w:val="single" w:sz="6" w:space="0" w:color="9CA8B8"/>
              <w:right w:val="single" w:sz="6" w:space="0" w:color="9CA8B8"/>
            </w:tcBorders>
            <w:vAlign w:val="center"/>
          </w:tcPr>
          <w:p>
            <w:pPr>
              <w:spacing w:before="0" w:after="0"/>
              <w:ind w:left="0" w:right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20"/>
        <w:jc w:val="center"/>
      </w:pPr>
      <w:r>
        <w:rPr>
          <w:rFonts w:ascii="Malgun Gothic" w:hAnsi="Malgun Gothic" w:eastAsia="맑은 고딕"/>
          <w:sz w:val="16"/>
        </w:rPr>
        <w:t>위 기재 내용은 사실과 다름없음을 확인합니다.</w:t>
      </w:r>
    </w:p>
    <w:p>
      <w:pPr>
        <w:spacing w:after="0"/>
        <w:jc w:val="center"/>
      </w:pPr>
      <w:r>
        <w:rPr>
          <w:rFonts w:ascii="Malgun Gothic" w:hAnsi="Malgun Gothic" w:eastAsia="맑은 고딕"/>
          <w:sz w:val="16"/>
        </w:rPr>
        <w:t>20      년      월      일          지원자 : ____________________  (서명)</w:t>
      </w:r>
    </w:p>
    <w:sectPr w:rsidR="00FC693F" w:rsidRPr="0006063C" w:rsidSect="00034616">
      <w:pgSz w:w="11906" w:h="16838"/>
      <w:pgMar w:top="624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