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17A1A" w14:textId="77777777" w:rsidR="0096686D" w:rsidRDefault="00000000">
      <w:pPr>
        <w:spacing w:after="40"/>
        <w:rPr>
          <w:lang w:eastAsia="ko-KR"/>
        </w:rPr>
      </w:pPr>
      <w:r>
        <w:rPr>
          <w:rFonts w:ascii="Arial" w:hAnsi="Arial"/>
          <w:b/>
          <w:sz w:val="16"/>
          <w:lang w:eastAsia="ko-KR"/>
        </w:rPr>
        <w:t>RESIGNATION</w:t>
      </w:r>
    </w:p>
    <w:p w14:paraId="2B060A2B" w14:textId="77777777" w:rsidR="0096686D" w:rsidRDefault="00000000">
      <w:pPr>
        <w:spacing w:after="40"/>
        <w:rPr>
          <w:lang w:eastAsia="ko-KR"/>
        </w:rPr>
      </w:pPr>
      <w:r>
        <w:rPr>
          <w:b/>
          <w:sz w:val="48"/>
          <w:lang w:eastAsia="ko-KR"/>
        </w:rPr>
        <w:t>사직서</w:t>
      </w:r>
    </w:p>
    <w:p w14:paraId="21C0DB7B" w14:textId="77777777" w:rsidR="0096686D" w:rsidRDefault="00000000">
      <w:pPr>
        <w:rPr>
          <w:lang w:eastAsia="ko-KR"/>
        </w:rPr>
      </w:pPr>
      <w:r>
        <w:rPr>
          <w:sz w:val="18"/>
          <w:lang w:eastAsia="ko-KR"/>
        </w:rPr>
        <w:t>퇴직 의사 및 인수인계 사항을 작성하는 사직서</w:t>
      </w:r>
    </w:p>
    <w:p w14:paraId="7EB0B893" w14:textId="77777777" w:rsidR="0096686D" w:rsidRDefault="00000000">
      <w:pPr>
        <w:spacing w:after="80"/>
      </w:pPr>
      <w:proofErr w:type="gramStart"/>
      <w:r>
        <w:rPr>
          <w:b/>
          <w:sz w:val="22"/>
        </w:rPr>
        <w:t xml:space="preserve">01  </w:t>
      </w:r>
      <w:proofErr w:type="spellStart"/>
      <w:r>
        <w:rPr>
          <w:b/>
          <w:sz w:val="22"/>
        </w:rPr>
        <w:t>기본</w:t>
      </w:r>
      <w:proofErr w:type="spellEnd"/>
      <w:proofErr w:type="gram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정보</w:t>
      </w:r>
      <w:proofErr w:type="spellEnd"/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154"/>
        <w:gridCol w:w="7687"/>
      </w:tblGrid>
      <w:tr w:rsidR="0096686D" w14:paraId="11599D59" w14:textId="77777777" w:rsidTr="00A917A4">
        <w:trPr>
          <w:trHeight w:val="454"/>
          <w:jc w:val="center"/>
        </w:trPr>
        <w:tc>
          <w:tcPr>
            <w:tcW w:w="2154" w:type="dxa"/>
            <w:shd w:val="clear" w:color="auto" w:fill="F1F4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A5D6C3" w14:textId="77777777" w:rsidR="0096686D" w:rsidRDefault="00000000">
            <w:pPr>
              <w:jc w:val="center"/>
            </w:pPr>
            <w:proofErr w:type="spellStart"/>
            <w:r>
              <w:rPr>
                <w:b/>
                <w:sz w:val="18"/>
              </w:rPr>
              <w:t>소속</w:t>
            </w:r>
            <w:proofErr w:type="spellEnd"/>
          </w:p>
        </w:tc>
        <w:tc>
          <w:tcPr>
            <w:tcW w:w="768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2CDE50" w14:textId="77777777" w:rsidR="0096686D" w:rsidRDefault="0096686D"/>
        </w:tc>
      </w:tr>
      <w:tr w:rsidR="0096686D" w14:paraId="70F9CBE8" w14:textId="77777777" w:rsidTr="00A917A4">
        <w:trPr>
          <w:trHeight w:val="454"/>
          <w:jc w:val="center"/>
        </w:trPr>
        <w:tc>
          <w:tcPr>
            <w:tcW w:w="2154" w:type="dxa"/>
            <w:shd w:val="clear" w:color="auto" w:fill="F1F4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F62398" w14:textId="77777777" w:rsidR="0096686D" w:rsidRDefault="00000000">
            <w:pPr>
              <w:jc w:val="center"/>
            </w:pPr>
            <w:r>
              <w:rPr>
                <w:b/>
                <w:sz w:val="18"/>
              </w:rPr>
              <w:t>직위</w:t>
            </w:r>
          </w:p>
        </w:tc>
        <w:tc>
          <w:tcPr>
            <w:tcW w:w="768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C043E7" w14:textId="77777777" w:rsidR="0096686D" w:rsidRDefault="0096686D"/>
        </w:tc>
      </w:tr>
      <w:tr w:rsidR="0096686D" w14:paraId="3927EDAF" w14:textId="77777777" w:rsidTr="00A917A4">
        <w:trPr>
          <w:trHeight w:val="454"/>
          <w:jc w:val="center"/>
        </w:trPr>
        <w:tc>
          <w:tcPr>
            <w:tcW w:w="2154" w:type="dxa"/>
            <w:shd w:val="clear" w:color="auto" w:fill="F1F4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107F10" w14:textId="77777777" w:rsidR="0096686D" w:rsidRDefault="00000000">
            <w:pPr>
              <w:jc w:val="center"/>
            </w:pPr>
            <w:r>
              <w:rPr>
                <w:b/>
                <w:sz w:val="18"/>
              </w:rPr>
              <w:t>성명</w:t>
            </w:r>
          </w:p>
        </w:tc>
        <w:tc>
          <w:tcPr>
            <w:tcW w:w="768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E7655A" w14:textId="77777777" w:rsidR="0096686D" w:rsidRDefault="0096686D"/>
        </w:tc>
      </w:tr>
      <w:tr w:rsidR="0096686D" w14:paraId="69EB5352" w14:textId="77777777" w:rsidTr="00A917A4">
        <w:trPr>
          <w:trHeight w:val="454"/>
          <w:jc w:val="center"/>
        </w:trPr>
        <w:tc>
          <w:tcPr>
            <w:tcW w:w="2154" w:type="dxa"/>
            <w:shd w:val="clear" w:color="auto" w:fill="F1F4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D6310F" w14:textId="77777777" w:rsidR="0096686D" w:rsidRDefault="00000000">
            <w:pPr>
              <w:jc w:val="center"/>
            </w:pPr>
            <w:r>
              <w:rPr>
                <w:b/>
                <w:sz w:val="18"/>
              </w:rPr>
              <w:t>입사일</w:t>
            </w:r>
          </w:p>
        </w:tc>
        <w:tc>
          <w:tcPr>
            <w:tcW w:w="768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24E829" w14:textId="77777777" w:rsidR="0096686D" w:rsidRDefault="00000000">
            <w:r>
              <w:t>20____년 ____월 ____일</w:t>
            </w:r>
          </w:p>
        </w:tc>
      </w:tr>
      <w:tr w:rsidR="0096686D" w14:paraId="6C57893A" w14:textId="77777777" w:rsidTr="00A917A4">
        <w:trPr>
          <w:trHeight w:val="454"/>
          <w:jc w:val="center"/>
        </w:trPr>
        <w:tc>
          <w:tcPr>
            <w:tcW w:w="2154" w:type="dxa"/>
            <w:shd w:val="clear" w:color="auto" w:fill="F1F4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E85652" w14:textId="77777777" w:rsidR="0096686D" w:rsidRDefault="00000000">
            <w:pPr>
              <w:jc w:val="center"/>
            </w:pPr>
            <w:r>
              <w:rPr>
                <w:b/>
                <w:sz w:val="18"/>
              </w:rPr>
              <w:t>최종 근무일</w:t>
            </w:r>
          </w:p>
        </w:tc>
        <w:tc>
          <w:tcPr>
            <w:tcW w:w="768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443FFD" w14:textId="77777777" w:rsidR="0096686D" w:rsidRDefault="00000000">
            <w:r>
              <w:t>20____년 ____월 ____일</w:t>
            </w:r>
          </w:p>
        </w:tc>
      </w:tr>
      <w:tr w:rsidR="0096686D" w14:paraId="4E6B65B4" w14:textId="77777777" w:rsidTr="00A917A4">
        <w:trPr>
          <w:trHeight w:val="454"/>
          <w:jc w:val="center"/>
        </w:trPr>
        <w:tc>
          <w:tcPr>
            <w:tcW w:w="2154" w:type="dxa"/>
            <w:shd w:val="clear" w:color="auto" w:fill="F1F4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385860" w14:textId="77777777" w:rsidR="0096686D" w:rsidRDefault="00000000">
            <w:pPr>
              <w:jc w:val="center"/>
            </w:pPr>
            <w:r>
              <w:rPr>
                <w:b/>
                <w:sz w:val="18"/>
              </w:rPr>
              <w:t>퇴직 희망일</w:t>
            </w:r>
          </w:p>
        </w:tc>
        <w:tc>
          <w:tcPr>
            <w:tcW w:w="768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A357C9" w14:textId="77777777" w:rsidR="0096686D" w:rsidRDefault="00000000">
            <w:r>
              <w:t>20____년 ____월 ____일</w:t>
            </w:r>
          </w:p>
        </w:tc>
      </w:tr>
    </w:tbl>
    <w:p w14:paraId="09298043" w14:textId="77777777" w:rsidR="0096686D" w:rsidRDefault="00000000">
      <w:pPr>
        <w:spacing w:before="160" w:after="80"/>
      </w:pPr>
      <w:proofErr w:type="gramStart"/>
      <w:r>
        <w:rPr>
          <w:b/>
          <w:sz w:val="22"/>
        </w:rPr>
        <w:t xml:space="preserve">02  </w:t>
      </w:r>
      <w:proofErr w:type="spellStart"/>
      <w:r>
        <w:rPr>
          <w:b/>
          <w:sz w:val="22"/>
        </w:rPr>
        <w:t>사직</w:t>
      </w:r>
      <w:proofErr w:type="spellEnd"/>
      <w:proofErr w:type="gram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사유</w:t>
      </w:r>
      <w:proofErr w:type="spellEnd"/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9822"/>
      </w:tblGrid>
      <w:tr w:rsidR="0096686D" w14:paraId="287E01FF" w14:textId="77777777" w:rsidTr="00A917A4">
        <w:trPr>
          <w:trHeight w:val="1208"/>
          <w:jc w:val="center"/>
        </w:trPr>
        <w:tc>
          <w:tcPr>
            <w:tcW w:w="9822" w:type="dxa"/>
            <w:tcMar>
              <w:top w:w="130" w:type="dxa"/>
              <w:left w:w="150" w:type="dxa"/>
              <w:bottom w:w="130" w:type="dxa"/>
              <w:right w:w="150" w:type="dxa"/>
            </w:tcMar>
            <w:vAlign w:val="center"/>
          </w:tcPr>
          <w:p w14:paraId="182A43F6" w14:textId="77777777" w:rsidR="0096686D" w:rsidRDefault="00000000">
            <w:r>
              <w:br/>
            </w:r>
            <w:r>
              <w:br/>
            </w:r>
          </w:p>
        </w:tc>
      </w:tr>
    </w:tbl>
    <w:p w14:paraId="051F4E03" w14:textId="77777777" w:rsidR="0096686D" w:rsidRDefault="00000000">
      <w:pPr>
        <w:spacing w:before="180" w:after="80"/>
        <w:jc w:val="center"/>
        <w:rPr>
          <w:lang w:eastAsia="ko-KR"/>
        </w:rPr>
      </w:pPr>
      <w:r>
        <w:rPr>
          <w:sz w:val="20"/>
          <w:lang w:eastAsia="ko-KR"/>
        </w:rPr>
        <w:t xml:space="preserve">본인은 위와 같은 사유로 사직하고자 </w:t>
      </w:r>
      <w:proofErr w:type="spellStart"/>
      <w:r>
        <w:rPr>
          <w:sz w:val="20"/>
          <w:lang w:eastAsia="ko-KR"/>
        </w:rPr>
        <w:t>하오니</w:t>
      </w:r>
      <w:proofErr w:type="spellEnd"/>
      <w:r>
        <w:rPr>
          <w:sz w:val="20"/>
          <w:lang w:eastAsia="ko-KR"/>
        </w:rPr>
        <w:t xml:space="preserve"> 처리하여 주시기 바랍니다.</w:t>
      </w:r>
    </w:p>
    <w:p w14:paraId="1D006950" w14:textId="77777777" w:rsidR="0096686D" w:rsidRDefault="00000000">
      <w:pPr>
        <w:spacing w:before="140" w:after="80"/>
      </w:pPr>
      <w:proofErr w:type="gramStart"/>
      <w:r>
        <w:rPr>
          <w:b/>
          <w:sz w:val="22"/>
        </w:rPr>
        <w:t xml:space="preserve">03  </w:t>
      </w:r>
      <w:proofErr w:type="spellStart"/>
      <w:r>
        <w:rPr>
          <w:b/>
          <w:sz w:val="22"/>
        </w:rPr>
        <w:t>업무</w:t>
      </w:r>
      <w:proofErr w:type="spellEnd"/>
      <w:proofErr w:type="gram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인수인계</w:t>
      </w:r>
      <w:proofErr w:type="spellEnd"/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154"/>
        <w:gridCol w:w="7704"/>
      </w:tblGrid>
      <w:tr w:rsidR="0096686D" w14:paraId="70676E52" w14:textId="77777777" w:rsidTr="00A917A4">
        <w:trPr>
          <w:trHeight w:val="454"/>
          <w:jc w:val="center"/>
        </w:trPr>
        <w:tc>
          <w:tcPr>
            <w:tcW w:w="2154" w:type="dxa"/>
            <w:shd w:val="clear" w:color="auto" w:fill="F1F4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D4D996" w14:textId="77777777" w:rsidR="0096686D" w:rsidRDefault="00000000">
            <w:pPr>
              <w:jc w:val="center"/>
            </w:pPr>
            <w:proofErr w:type="spellStart"/>
            <w:r>
              <w:rPr>
                <w:b/>
                <w:sz w:val="18"/>
              </w:rPr>
              <w:t>인수인계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대상자</w:t>
            </w:r>
            <w:proofErr w:type="spellEnd"/>
          </w:p>
        </w:tc>
        <w:tc>
          <w:tcPr>
            <w:tcW w:w="770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AC19D3" w14:textId="77777777" w:rsidR="0096686D" w:rsidRDefault="0096686D"/>
        </w:tc>
      </w:tr>
      <w:tr w:rsidR="0096686D" w14:paraId="199ADA74" w14:textId="77777777" w:rsidTr="00A917A4">
        <w:trPr>
          <w:trHeight w:val="794"/>
          <w:jc w:val="center"/>
        </w:trPr>
        <w:tc>
          <w:tcPr>
            <w:tcW w:w="2154" w:type="dxa"/>
            <w:shd w:val="clear" w:color="auto" w:fill="F1F4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00223F" w14:textId="77777777" w:rsidR="0096686D" w:rsidRDefault="00000000">
            <w:pPr>
              <w:jc w:val="center"/>
            </w:pPr>
            <w:r>
              <w:rPr>
                <w:b/>
                <w:sz w:val="18"/>
              </w:rPr>
              <w:t>인수인계 사항</w:t>
            </w:r>
          </w:p>
        </w:tc>
        <w:tc>
          <w:tcPr>
            <w:tcW w:w="770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2E9870" w14:textId="77777777" w:rsidR="0096686D" w:rsidRDefault="0096686D"/>
        </w:tc>
      </w:tr>
    </w:tbl>
    <w:p w14:paraId="64BB5ED8" w14:textId="77777777" w:rsidR="0096686D" w:rsidRDefault="00000000">
      <w:pPr>
        <w:spacing w:before="180" w:after="100"/>
        <w:jc w:val="right"/>
      </w:pPr>
      <w:proofErr w:type="spellStart"/>
      <w:proofErr w:type="gramStart"/>
      <w:r>
        <w:rPr>
          <w:b/>
          <w:sz w:val="20"/>
        </w:rPr>
        <w:t>작성일</w:t>
      </w:r>
      <w:proofErr w:type="spellEnd"/>
      <w:r>
        <w:rPr>
          <w:b/>
          <w:sz w:val="20"/>
        </w:rPr>
        <w:t xml:space="preserve">  20</w:t>
      </w:r>
      <w:proofErr w:type="gramEnd"/>
      <w:r>
        <w:rPr>
          <w:b/>
          <w:sz w:val="20"/>
        </w:rPr>
        <w:t>____년 ____월 ____일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154"/>
        <w:gridCol w:w="7704"/>
      </w:tblGrid>
      <w:tr w:rsidR="0096686D" w14:paraId="0B6C308D" w14:textId="77777777" w:rsidTr="00A917A4">
        <w:trPr>
          <w:trHeight w:val="510"/>
          <w:jc w:val="center"/>
        </w:trPr>
        <w:tc>
          <w:tcPr>
            <w:tcW w:w="2154" w:type="dxa"/>
            <w:shd w:val="clear" w:color="auto" w:fill="F1F4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3261FC" w14:textId="77777777" w:rsidR="0096686D" w:rsidRDefault="00000000">
            <w:pPr>
              <w:jc w:val="center"/>
            </w:pPr>
            <w:proofErr w:type="spellStart"/>
            <w:r>
              <w:rPr>
                <w:b/>
                <w:sz w:val="18"/>
              </w:rPr>
              <w:t>신청인</w:t>
            </w:r>
            <w:proofErr w:type="spellEnd"/>
          </w:p>
        </w:tc>
        <w:tc>
          <w:tcPr>
            <w:tcW w:w="770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E5A809" w14:textId="77777777" w:rsidR="0096686D" w:rsidRDefault="00000000">
            <w:r>
              <w:t>성명: __________________________  (서명 또는 날인)</w:t>
            </w:r>
          </w:p>
        </w:tc>
      </w:tr>
      <w:tr w:rsidR="0096686D" w14:paraId="12F512FE" w14:textId="77777777" w:rsidTr="00A917A4">
        <w:trPr>
          <w:trHeight w:val="510"/>
          <w:jc w:val="center"/>
        </w:trPr>
        <w:tc>
          <w:tcPr>
            <w:tcW w:w="2154" w:type="dxa"/>
            <w:shd w:val="clear" w:color="auto" w:fill="F1F4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8F3C15" w14:textId="77777777" w:rsidR="0096686D" w:rsidRDefault="00000000">
            <w:pPr>
              <w:jc w:val="center"/>
            </w:pPr>
            <w:r>
              <w:rPr>
                <w:b/>
                <w:sz w:val="18"/>
              </w:rPr>
              <w:t>연락처</w:t>
            </w:r>
          </w:p>
        </w:tc>
        <w:tc>
          <w:tcPr>
            <w:tcW w:w="770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00C793" w14:textId="77777777" w:rsidR="0096686D" w:rsidRDefault="00000000">
            <w:r>
              <w:t>____________________________________________</w:t>
            </w:r>
          </w:p>
        </w:tc>
      </w:tr>
    </w:tbl>
    <w:p w14:paraId="5EE663C7" w14:textId="77777777" w:rsidR="0096686D" w:rsidRDefault="00000000">
      <w:pPr>
        <w:spacing w:before="180" w:after="0"/>
        <w:jc w:val="center"/>
      </w:pPr>
      <w:r>
        <w:rPr>
          <w:b/>
          <w:sz w:val="22"/>
        </w:rPr>
        <w:t xml:space="preserve">____________________________ </w:t>
      </w:r>
      <w:proofErr w:type="spellStart"/>
      <w:r>
        <w:rPr>
          <w:b/>
          <w:sz w:val="22"/>
        </w:rPr>
        <w:t>귀중</w:t>
      </w:r>
      <w:proofErr w:type="spellEnd"/>
    </w:p>
    <w:sectPr w:rsidR="0096686D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1947674">
    <w:abstractNumId w:val="8"/>
  </w:num>
  <w:num w:numId="2" w16cid:durableId="548691555">
    <w:abstractNumId w:val="6"/>
  </w:num>
  <w:num w:numId="3" w16cid:durableId="1366295949">
    <w:abstractNumId w:val="5"/>
  </w:num>
  <w:num w:numId="4" w16cid:durableId="1414472214">
    <w:abstractNumId w:val="4"/>
  </w:num>
  <w:num w:numId="5" w16cid:durableId="1608852602">
    <w:abstractNumId w:val="7"/>
  </w:num>
  <w:num w:numId="6" w16cid:durableId="1054308492">
    <w:abstractNumId w:val="3"/>
  </w:num>
  <w:num w:numId="7" w16cid:durableId="465321852">
    <w:abstractNumId w:val="2"/>
  </w:num>
  <w:num w:numId="8" w16cid:durableId="816723047">
    <w:abstractNumId w:val="1"/>
  </w:num>
  <w:num w:numId="9" w16cid:durableId="117402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DD8"/>
    <w:rsid w:val="0015074B"/>
    <w:rsid w:val="0029639D"/>
    <w:rsid w:val="00326F90"/>
    <w:rsid w:val="0096686D"/>
    <w:rsid w:val="00A917A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595EEE"/>
  <w14:defaultImageDpi w14:val="300"/>
  <w15:docId w15:val="{32B1B9BA-876A-4752-8E5B-B9B1CA4D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9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사직서 모던형</dc:title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2026-08-17T03:31:00Z</dcterms:modified>
  <cp:category/>
</cp:coreProperties>
</file>