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04D0" w14:textId="77777777" w:rsidR="00401890" w:rsidRDefault="0040189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2"/>
        <w:gridCol w:w="6066"/>
      </w:tblGrid>
      <w:tr w:rsidR="00FC6660" w14:paraId="6D1618C9" w14:textId="77777777">
        <w:trPr>
          <w:jc w:val="center"/>
        </w:trPr>
        <w:tc>
          <w:tcPr>
            <w:tcW w:w="425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61E5960" w14:textId="77777777" w:rsidR="00FC6660" w:rsidRDefault="00000000">
            <w:r>
              <w:rPr>
                <w:b/>
                <w:color w:val="2E6EB5"/>
                <w:sz w:val="19"/>
              </w:rPr>
              <w:t>OFFICE RESUME</w:t>
            </w:r>
          </w:p>
        </w:tc>
        <w:tc>
          <w:tcPr>
            <w:tcW w:w="606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5579C5A" w14:textId="77777777" w:rsidR="00FC6660" w:rsidRDefault="00000000">
            <w:pPr>
              <w:jc w:val="right"/>
            </w:pPr>
            <w:r>
              <w:rPr>
                <w:b/>
                <w:color w:val="202B38"/>
                <w:sz w:val="34"/>
              </w:rPr>
              <w:t>사무직 이력서</w:t>
            </w:r>
          </w:p>
        </w:tc>
      </w:tr>
    </w:tbl>
    <w:p w14:paraId="03C1CD09" w14:textId="77777777" w:rsidR="00FC6660" w:rsidRDefault="00000000">
      <w:pPr>
        <w:spacing w:after="100"/>
        <w:rPr>
          <w:lang w:eastAsia="ko-KR"/>
        </w:rPr>
      </w:pPr>
      <w:r>
        <w:rPr>
          <w:color w:val="667789"/>
          <w:lang w:eastAsia="ko-KR"/>
        </w:rPr>
        <w:t>문서작성·자료관리·업무지원 역량을 중심으로 정리하는 사무직 지원용 서식</w:t>
      </w:r>
    </w:p>
    <w:p w14:paraId="3CE3890B" w14:textId="77777777" w:rsidR="00FC6660" w:rsidRDefault="00000000">
      <w:pPr>
        <w:spacing w:before="80" w:after="60"/>
      </w:pPr>
      <w:proofErr w:type="gramStart"/>
      <w:r>
        <w:rPr>
          <w:b/>
          <w:color w:val="2E6EB5"/>
          <w:sz w:val="20"/>
        </w:rPr>
        <w:t>01  지원</w:t>
      </w:r>
      <w:proofErr w:type="gramEnd"/>
      <w:r>
        <w:rPr>
          <w:b/>
          <w:color w:val="2E6EB5"/>
          <w:sz w:val="20"/>
        </w:rPr>
        <w:t xml:space="preserve">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FC6660" w14:paraId="2CA86B25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D3C5F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지원직무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1C608" w14:textId="77777777" w:rsidR="00FC6660" w:rsidRDefault="00FC6660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6D942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입사가능일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96A87" w14:textId="77777777" w:rsidR="00FC6660" w:rsidRDefault="00FC6660"/>
        </w:tc>
      </w:tr>
      <w:tr w:rsidR="00FC6660" w14:paraId="7BD7779E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33144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희망근무지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5E8A0" w14:textId="77777777" w:rsidR="00FC6660" w:rsidRDefault="00FC6660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A23AE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희망조건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7B714" w14:textId="77777777" w:rsidR="00FC6660" w:rsidRDefault="00FC6660"/>
        </w:tc>
      </w:tr>
    </w:tbl>
    <w:p w14:paraId="1414E442" w14:textId="77777777" w:rsidR="00FC6660" w:rsidRDefault="00000000">
      <w:pPr>
        <w:spacing w:before="80" w:after="60"/>
      </w:pPr>
      <w:r>
        <w:rPr>
          <w:b/>
          <w:color w:val="2E6EB5"/>
          <w:sz w:val="20"/>
        </w:rPr>
        <w:t>02  기본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FC6660" w14:paraId="23634E85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AF3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57532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성명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DC201" w14:textId="77777777" w:rsidR="00FC6660" w:rsidRDefault="00FC6660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AF3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854BE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연락처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7BABA" w14:textId="77777777" w:rsidR="00FC6660" w:rsidRDefault="00FC6660"/>
        </w:tc>
      </w:tr>
      <w:tr w:rsidR="00FC6660" w14:paraId="35EC2584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AF3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8177D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이메일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9E1B7" w14:textId="77777777" w:rsidR="00FC6660" w:rsidRDefault="00FC6660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AF3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4F203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주소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53056" w14:textId="77777777" w:rsidR="00FC6660" w:rsidRDefault="00FC6660"/>
        </w:tc>
      </w:tr>
    </w:tbl>
    <w:p w14:paraId="3F67FD5D" w14:textId="77777777" w:rsidR="00FC6660" w:rsidRDefault="00000000">
      <w:pPr>
        <w:spacing w:before="80" w:after="60"/>
      </w:pPr>
      <w:r>
        <w:rPr>
          <w:b/>
          <w:color w:val="2E6EB5"/>
          <w:sz w:val="20"/>
        </w:rPr>
        <w:t>03  학력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3118"/>
        <w:gridCol w:w="2551"/>
        <w:gridCol w:w="2268"/>
      </w:tblGrid>
      <w:tr w:rsidR="00FC6660" w14:paraId="6D3DAFB2" w14:textId="77777777">
        <w:trPr>
          <w:jc w:val="center"/>
        </w:trPr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FAC68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기간</w:t>
            </w:r>
          </w:p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5E088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학교명</w:t>
            </w:r>
          </w:p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39793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전공</w:t>
            </w:r>
          </w:p>
        </w:tc>
        <w:tc>
          <w:tcPr>
            <w:tcW w:w="226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AB7E6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졸업구분</w:t>
            </w:r>
          </w:p>
        </w:tc>
      </w:tr>
      <w:tr w:rsidR="00FC6660" w14:paraId="13E6FB70" w14:textId="77777777">
        <w:trPr>
          <w:jc w:val="center"/>
        </w:trPr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A21E4" w14:textId="77777777" w:rsidR="00FC6660" w:rsidRDefault="00FC6660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32D20" w14:textId="77777777" w:rsidR="00FC6660" w:rsidRDefault="00FC6660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703DD" w14:textId="77777777" w:rsidR="00FC6660" w:rsidRDefault="00FC6660"/>
        </w:tc>
        <w:tc>
          <w:tcPr>
            <w:tcW w:w="226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BE397" w14:textId="77777777" w:rsidR="00FC6660" w:rsidRDefault="00FC6660"/>
        </w:tc>
      </w:tr>
      <w:tr w:rsidR="00FC6660" w14:paraId="209268A2" w14:textId="77777777">
        <w:trPr>
          <w:jc w:val="center"/>
        </w:trPr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8BA87" w14:textId="77777777" w:rsidR="00FC6660" w:rsidRDefault="00FC6660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8816B" w14:textId="77777777" w:rsidR="00FC6660" w:rsidRDefault="00FC6660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9BE6F" w14:textId="77777777" w:rsidR="00FC6660" w:rsidRDefault="00FC6660"/>
        </w:tc>
        <w:tc>
          <w:tcPr>
            <w:tcW w:w="226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B9CFC" w14:textId="77777777" w:rsidR="00FC6660" w:rsidRDefault="00FC6660"/>
        </w:tc>
      </w:tr>
    </w:tbl>
    <w:p w14:paraId="2BC4D6B6" w14:textId="77777777" w:rsidR="00FC6660" w:rsidRDefault="00000000">
      <w:pPr>
        <w:spacing w:before="80" w:after="60"/>
      </w:pPr>
      <w:r>
        <w:rPr>
          <w:b/>
          <w:color w:val="2E6EB5"/>
          <w:sz w:val="20"/>
        </w:rPr>
        <w:t>04  경력 · 실무경험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2608"/>
        <w:gridCol w:w="2381"/>
        <w:gridCol w:w="3118"/>
      </w:tblGrid>
      <w:tr w:rsidR="00FC6660" w14:paraId="36F8A353" w14:textId="77777777">
        <w:trPr>
          <w:jc w:val="center"/>
        </w:trPr>
        <w:tc>
          <w:tcPr>
            <w:tcW w:w="221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DBF03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기간</w:t>
            </w:r>
          </w:p>
        </w:tc>
        <w:tc>
          <w:tcPr>
            <w:tcW w:w="260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5A716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회사·기관명</w:t>
            </w:r>
          </w:p>
        </w:tc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7DE66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부서 / 직위</w:t>
            </w:r>
          </w:p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B95A4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주요 담당업무</w:t>
            </w:r>
          </w:p>
        </w:tc>
      </w:tr>
      <w:tr w:rsidR="00FC6660" w14:paraId="293B4CF6" w14:textId="77777777">
        <w:trPr>
          <w:jc w:val="center"/>
        </w:trPr>
        <w:tc>
          <w:tcPr>
            <w:tcW w:w="221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6C75" w14:textId="77777777" w:rsidR="00FC6660" w:rsidRDefault="00FC6660"/>
        </w:tc>
        <w:tc>
          <w:tcPr>
            <w:tcW w:w="260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3C562" w14:textId="77777777" w:rsidR="00FC6660" w:rsidRDefault="00FC6660"/>
        </w:tc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80444" w14:textId="77777777" w:rsidR="00FC6660" w:rsidRDefault="00FC6660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85901" w14:textId="77777777" w:rsidR="00FC6660" w:rsidRDefault="00FC6660"/>
        </w:tc>
      </w:tr>
      <w:tr w:rsidR="00FC6660" w14:paraId="1D434670" w14:textId="77777777">
        <w:trPr>
          <w:jc w:val="center"/>
        </w:trPr>
        <w:tc>
          <w:tcPr>
            <w:tcW w:w="221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44BC9" w14:textId="77777777" w:rsidR="00FC6660" w:rsidRDefault="00FC6660"/>
        </w:tc>
        <w:tc>
          <w:tcPr>
            <w:tcW w:w="260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C56BB" w14:textId="77777777" w:rsidR="00FC6660" w:rsidRDefault="00FC6660"/>
        </w:tc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80F50" w14:textId="77777777" w:rsidR="00FC6660" w:rsidRDefault="00FC6660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03F8F" w14:textId="77777777" w:rsidR="00FC6660" w:rsidRDefault="00FC6660"/>
        </w:tc>
      </w:tr>
      <w:tr w:rsidR="00FC6660" w14:paraId="02A95A7E" w14:textId="77777777">
        <w:trPr>
          <w:jc w:val="center"/>
        </w:trPr>
        <w:tc>
          <w:tcPr>
            <w:tcW w:w="221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20956" w14:textId="77777777" w:rsidR="00FC6660" w:rsidRDefault="00FC6660"/>
        </w:tc>
        <w:tc>
          <w:tcPr>
            <w:tcW w:w="260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CE922" w14:textId="77777777" w:rsidR="00FC6660" w:rsidRDefault="00FC6660"/>
        </w:tc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87C5D" w14:textId="77777777" w:rsidR="00FC6660" w:rsidRDefault="00FC6660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7F2C5" w14:textId="77777777" w:rsidR="00FC6660" w:rsidRDefault="00FC6660"/>
        </w:tc>
      </w:tr>
    </w:tbl>
    <w:p w14:paraId="36014EF8" w14:textId="77777777" w:rsidR="00FC6660" w:rsidRDefault="00000000">
      <w:pPr>
        <w:spacing w:before="80" w:after="60"/>
      </w:pPr>
      <w:r>
        <w:rPr>
          <w:b/>
          <w:color w:val="2E6EB5"/>
          <w:sz w:val="20"/>
        </w:rPr>
        <w:t>05  자격 · 교육 · OA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15"/>
        <w:gridCol w:w="2551"/>
        <w:gridCol w:w="2665"/>
      </w:tblGrid>
      <w:tr w:rsidR="00FC6660" w14:paraId="7E504EB3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F469A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구분</w:t>
            </w:r>
          </w:p>
        </w:tc>
        <w:tc>
          <w:tcPr>
            <w:tcW w:w="351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46FDD" w14:textId="77777777" w:rsidR="00FC6660" w:rsidRDefault="00000000">
            <w:pPr>
              <w:jc w:val="center"/>
              <w:rPr>
                <w:lang w:eastAsia="ko-KR"/>
              </w:rPr>
            </w:pPr>
            <w:r>
              <w:rPr>
                <w:b/>
                <w:color w:val="263648"/>
                <w:sz w:val="16"/>
                <w:lang w:eastAsia="ko-KR"/>
              </w:rPr>
              <w:t>자격·교육·프로그램</w:t>
            </w:r>
          </w:p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45D1B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취득·수료일 / 수준</w:t>
            </w:r>
          </w:p>
        </w:tc>
        <w:tc>
          <w:tcPr>
            <w:tcW w:w="266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4BD56" w14:textId="77777777" w:rsidR="00FC6660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기관</w:t>
            </w:r>
          </w:p>
        </w:tc>
      </w:tr>
      <w:tr w:rsidR="00FC6660" w14:paraId="59FEF80A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82DA6" w14:textId="77777777" w:rsidR="00FC6660" w:rsidRDefault="00FC6660"/>
        </w:tc>
        <w:tc>
          <w:tcPr>
            <w:tcW w:w="351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C26A1" w14:textId="77777777" w:rsidR="00FC6660" w:rsidRDefault="00FC6660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2A27D" w14:textId="77777777" w:rsidR="00FC6660" w:rsidRDefault="00FC6660"/>
        </w:tc>
        <w:tc>
          <w:tcPr>
            <w:tcW w:w="266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07180" w14:textId="77777777" w:rsidR="00FC6660" w:rsidRDefault="00FC6660"/>
        </w:tc>
      </w:tr>
      <w:tr w:rsidR="00FC6660" w14:paraId="06208122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E8ED8" w14:textId="77777777" w:rsidR="00FC6660" w:rsidRDefault="00FC6660"/>
        </w:tc>
        <w:tc>
          <w:tcPr>
            <w:tcW w:w="351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ACDF0" w14:textId="77777777" w:rsidR="00FC6660" w:rsidRDefault="00FC6660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B1F06" w14:textId="77777777" w:rsidR="00FC6660" w:rsidRDefault="00FC6660"/>
        </w:tc>
        <w:tc>
          <w:tcPr>
            <w:tcW w:w="266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1CA74" w14:textId="77777777" w:rsidR="00FC6660" w:rsidRDefault="00FC6660"/>
        </w:tc>
      </w:tr>
      <w:tr w:rsidR="00FC6660" w14:paraId="77B3FA33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69BA9" w14:textId="77777777" w:rsidR="00FC6660" w:rsidRDefault="00FC6660"/>
        </w:tc>
        <w:tc>
          <w:tcPr>
            <w:tcW w:w="351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E6D6B" w14:textId="77777777" w:rsidR="00FC6660" w:rsidRDefault="00FC6660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86D07" w14:textId="77777777" w:rsidR="00FC6660" w:rsidRDefault="00FC6660"/>
        </w:tc>
        <w:tc>
          <w:tcPr>
            <w:tcW w:w="266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B6023" w14:textId="77777777" w:rsidR="00FC6660" w:rsidRDefault="00FC6660"/>
        </w:tc>
      </w:tr>
    </w:tbl>
    <w:p w14:paraId="4E926E69" w14:textId="77777777" w:rsidR="00FC6660" w:rsidRDefault="00000000">
      <w:pPr>
        <w:spacing w:before="80" w:after="60"/>
      </w:pPr>
      <w:r>
        <w:rPr>
          <w:b/>
          <w:color w:val="2E6EB5"/>
          <w:sz w:val="20"/>
        </w:rPr>
        <w:t>06  핵심 역량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FC6660" w14:paraId="73E83182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AF3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2A3F5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문서작성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8EAD6" w14:textId="77777777" w:rsidR="00FC6660" w:rsidRDefault="00FC6660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AF3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5DEBE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OA 활용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F1869" w14:textId="77777777" w:rsidR="00FC6660" w:rsidRDefault="00FC6660"/>
        </w:tc>
      </w:tr>
      <w:tr w:rsidR="00FC6660" w14:paraId="50C68742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AF3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03F5D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자료관리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BA56E" w14:textId="77777777" w:rsidR="00FC6660" w:rsidRDefault="00FC6660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AF3F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65436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업무 강점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980FF" w14:textId="77777777" w:rsidR="00FC6660" w:rsidRDefault="00FC6660"/>
        </w:tc>
      </w:tr>
    </w:tbl>
    <w:p w14:paraId="6B3FD9E6" w14:textId="77777777" w:rsidR="00FC6660" w:rsidRDefault="00000000">
      <w:pPr>
        <w:spacing w:before="80" w:after="60"/>
      </w:pPr>
      <w:r>
        <w:rPr>
          <w:b/>
          <w:color w:val="2E6EB5"/>
          <w:sz w:val="20"/>
        </w:rPr>
        <w:t>07  지원동기 · 한줄 소개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8504"/>
      </w:tblGrid>
      <w:tr w:rsidR="00FC6660" w14:paraId="038F9DA9" w14:textId="77777777">
        <w:trPr>
          <w:jc w:val="center"/>
        </w:trPr>
        <w:tc>
          <w:tcPr>
            <w:tcW w:w="1814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72E1D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지원동기</w:t>
            </w:r>
          </w:p>
        </w:tc>
        <w:tc>
          <w:tcPr>
            <w:tcW w:w="8504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0D531" w14:textId="77777777" w:rsidR="00FC6660" w:rsidRDefault="00FC6660"/>
        </w:tc>
      </w:tr>
      <w:tr w:rsidR="00FC6660" w14:paraId="0489469D" w14:textId="77777777">
        <w:trPr>
          <w:jc w:val="center"/>
        </w:trPr>
        <w:tc>
          <w:tcPr>
            <w:tcW w:w="1814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DCEA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FFC3D" w14:textId="77777777" w:rsidR="00FC6660" w:rsidRDefault="00000000">
            <w:pPr>
              <w:jc w:val="center"/>
            </w:pPr>
            <w:r>
              <w:rPr>
                <w:b/>
                <w:color w:val="263648"/>
              </w:rPr>
              <w:t>한줄 소개</w:t>
            </w:r>
          </w:p>
        </w:tc>
        <w:tc>
          <w:tcPr>
            <w:tcW w:w="8504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C9192" w14:textId="77777777" w:rsidR="00FC6660" w:rsidRDefault="00FC6660"/>
        </w:tc>
      </w:tr>
    </w:tbl>
    <w:p w14:paraId="2166ADD5" w14:textId="77777777" w:rsidR="00FC6660" w:rsidRDefault="00000000">
      <w:pPr>
        <w:spacing w:before="80"/>
        <w:jc w:val="right"/>
      </w:pPr>
      <w:r>
        <w:rPr>
          <w:color w:val="536273"/>
          <w:sz w:val="16"/>
        </w:rPr>
        <w:t>20     년     월     일      지원자:                    (서명)</w:t>
      </w:r>
    </w:p>
    <w:sectPr w:rsidR="00FC6660" w:rsidSect="00034616">
      <w:pgSz w:w="11906" w:h="16838"/>
      <w:pgMar w:top="680" w:right="794" w:bottom="62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0527619">
    <w:abstractNumId w:val="8"/>
  </w:num>
  <w:num w:numId="2" w16cid:durableId="1634945443">
    <w:abstractNumId w:val="6"/>
  </w:num>
  <w:num w:numId="3" w16cid:durableId="638462054">
    <w:abstractNumId w:val="5"/>
  </w:num>
  <w:num w:numId="4" w16cid:durableId="1733236803">
    <w:abstractNumId w:val="4"/>
  </w:num>
  <w:num w:numId="5" w16cid:durableId="452098191">
    <w:abstractNumId w:val="7"/>
  </w:num>
  <w:num w:numId="6" w16cid:durableId="1441875253">
    <w:abstractNumId w:val="3"/>
  </w:num>
  <w:num w:numId="7" w16cid:durableId="963732910">
    <w:abstractNumId w:val="2"/>
  </w:num>
  <w:num w:numId="8" w16cid:durableId="1447306348">
    <w:abstractNumId w:val="1"/>
  </w:num>
  <w:num w:numId="9" w16cid:durableId="34217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01890"/>
    <w:rsid w:val="00762318"/>
    <w:rsid w:val="00AA1D8D"/>
    <w:rsid w:val="00B47730"/>
    <w:rsid w:val="00CB0664"/>
    <w:rsid w:val="00FC66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6C51D9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2026-08-25T04:26:00Z</dcterms:modified>
  <cp:category/>
</cp:coreProperties>
</file>