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7A0B3" w14:textId="77777777" w:rsidR="009C60D9" w:rsidRDefault="00000000">
      <w:pPr>
        <w:spacing w:after="40"/>
        <w:jc w:val="center"/>
        <w:rPr>
          <w:lang w:eastAsia="ko-KR"/>
        </w:rPr>
      </w:pPr>
      <w:r>
        <w:rPr>
          <w:b/>
          <w:sz w:val="34"/>
          <w:lang w:eastAsia="ko-KR"/>
        </w:rPr>
        <w:t xml:space="preserve">사 무 </w:t>
      </w:r>
      <w:proofErr w:type="gramStart"/>
      <w:r>
        <w:rPr>
          <w:b/>
          <w:sz w:val="34"/>
          <w:lang w:eastAsia="ko-KR"/>
        </w:rPr>
        <w:t>직  이</w:t>
      </w:r>
      <w:proofErr w:type="gramEnd"/>
      <w:r>
        <w:rPr>
          <w:b/>
          <w:sz w:val="34"/>
          <w:lang w:eastAsia="ko-KR"/>
        </w:rPr>
        <w:t xml:space="preserve"> 력 서</w:t>
      </w:r>
    </w:p>
    <w:p w14:paraId="509CD987" w14:textId="77777777" w:rsidR="009C60D9" w:rsidRDefault="00000000">
      <w:pPr>
        <w:spacing w:after="100"/>
        <w:jc w:val="center"/>
        <w:rPr>
          <w:lang w:eastAsia="ko-KR"/>
        </w:rPr>
      </w:pPr>
      <w:r>
        <w:rPr>
          <w:color w:val="5A5A5A"/>
          <w:lang w:eastAsia="ko-KR"/>
        </w:rPr>
        <w:t>사무·행정 업무 지원을 위한 기본형 이력서</w:t>
      </w:r>
    </w:p>
    <w:p w14:paraId="2C51FC77" w14:textId="77777777" w:rsidR="009C60D9" w:rsidRDefault="00000000">
      <w:pPr>
        <w:spacing w:before="80" w:after="60"/>
      </w:pPr>
      <w:r>
        <w:rPr>
          <w:b/>
          <w:color w:val="222222"/>
          <w:sz w:val="20"/>
        </w:rPr>
        <w:t>1. 지원자 정보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9C60D9" w14:paraId="09A04408" w14:textId="77777777">
        <w:trPr>
          <w:jc w:val="center"/>
        </w:trPr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CEF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F34B3" w14:textId="77777777" w:rsidR="009C60D9" w:rsidRDefault="00000000">
            <w:pPr>
              <w:jc w:val="center"/>
            </w:pPr>
            <w:r>
              <w:rPr>
                <w:b/>
                <w:color w:val="263648"/>
              </w:rPr>
              <w:t>성명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59E34" w14:textId="77777777" w:rsidR="009C60D9" w:rsidRDefault="009C60D9"/>
        </w:tc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CEF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30F4D" w14:textId="77777777" w:rsidR="009C60D9" w:rsidRDefault="00000000">
            <w:pPr>
              <w:jc w:val="center"/>
            </w:pPr>
            <w:r>
              <w:rPr>
                <w:b/>
                <w:color w:val="263648"/>
              </w:rPr>
              <w:t>연락처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ED1B8" w14:textId="77777777" w:rsidR="009C60D9" w:rsidRDefault="009C60D9"/>
        </w:tc>
      </w:tr>
      <w:tr w:rsidR="009C60D9" w14:paraId="312BF80E" w14:textId="77777777">
        <w:trPr>
          <w:jc w:val="center"/>
        </w:trPr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CEF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EA59F" w14:textId="77777777" w:rsidR="009C60D9" w:rsidRDefault="00000000">
            <w:pPr>
              <w:jc w:val="center"/>
            </w:pPr>
            <w:r>
              <w:rPr>
                <w:b/>
                <w:color w:val="263648"/>
              </w:rPr>
              <w:t>이메일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49FE0" w14:textId="77777777" w:rsidR="009C60D9" w:rsidRDefault="009C60D9"/>
        </w:tc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CEF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6296B" w14:textId="77777777" w:rsidR="009C60D9" w:rsidRDefault="00000000">
            <w:pPr>
              <w:jc w:val="center"/>
            </w:pPr>
            <w:r>
              <w:rPr>
                <w:b/>
                <w:color w:val="263648"/>
              </w:rPr>
              <w:t>주소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FCDED" w14:textId="77777777" w:rsidR="009C60D9" w:rsidRDefault="009C60D9"/>
        </w:tc>
      </w:tr>
      <w:tr w:rsidR="009C60D9" w14:paraId="231A8D36" w14:textId="77777777">
        <w:trPr>
          <w:jc w:val="center"/>
        </w:trPr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CEF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80DC5" w14:textId="77777777" w:rsidR="009C60D9" w:rsidRDefault="00000000">
            <w:pPr>
              <w:jc w:val="center"/>
            </w:pPr>
            <w:r>
              <w:rPr>
                <w:b/>
                <w:color w:val="263648"/>
              </w:rPr>
              <w:t>지원직무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532DB" w14:textId="77777777" w:rsidR="009C60D9" w:rsidRDefault="009C60D9"/>
        </w:tc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CEF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CD1CE" w14:textId="77777777" w:rsidR="009C60D9" w:rsidRDefault="00000000">
            <w:pPr>
              <w:jc w:val="center"/>
            </w:pPr>
            <w:r>
              <w:rPr>
                <w:b/>
                <w:color w:val="263648"/>
              </w:rPr>
              <w:t>희망근무지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981EF" w14:textId="77777777" w:rsidR="009C60D9" w:rsidRDefault="009C60D9"/>
        </w:tc>
      </w:tr>
    </w:tbl>
    <w:p w14:paraId="4CA80CDC" w14:textId="77777777" w:rsidR="009C60D9" w:rsidRDefault="00000000">
      <w:pPr>
        <w:spacing w:before="80" w:after="60"/>
      </w:pPr>
      <w:r>
        <w:rPr>
          <w:b/>
          <w:color w:val="222222"/>
          <w:sz w:val="20"/>
        </w:rPr>
        <w:t>2. 학력사항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3118"/>
        <w:gridCol w:w="2551"/>
        <w:gridCol w:w="2268"/>
      </w:tblGrid>
      <w:tr w:rsidR="009C60D9" w14:paraId="2EF8D326" w14:textId="77777777">
        <w:trPr>
          <w:jc w:val="center"/>
        </w:trPr>
        <w:tc>
          <w:tcPr>
            <w:tcW w:w="238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7EA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22F42" w14:textId="77777777" w:rsidR="009C60D9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기간</w:t>
            </w:r>
          </w:p>
        </w:tc>
        <w:tc>
          <w:tcPr>
            <w:tcW w:w="311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7EA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BE0EC" w14:textId="77777777" w:rsidR="009C60D9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학교명</w:t>
            </w:r>
          </w:p>
        </w:tc>
        <w:tc>
          <w:tcPr>
            <w:tcW w:w="255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7EA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0B7CC" w14:textId="77777777" w:rsidR="009C60D9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전공</w:t>
            </w:r>
          </w:p>
        </w:tc>
        <w:tc>
          <w:tcPr>
            <w:tcW w:w="226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7EA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7BC8A" w14:textId="77777777" w:rsidR="009C60D9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졸업구분</w:t>
            </w:r>
          </w:p>
        </w:tc>
      </w:tr>
      <w:tr w:rsidR="009C60D9" w14:paraId="453C2E8E" w14:textId="77777777">
        <w:trPr>
          <w:jc w:val="center"/>
        </w:trPr>
        <w:tc>
          <w:tcPr>
            <w:tcW w:w="238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92A8E" w14:textId="77777777" w:rsidR="009C60D9" w:rsidRDefault="009C60D9"/>
        </w:tc>
        <w:tc>
          <w:tcPr>
            <w:tcW w:w="311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24395" w14:textId="77777777" w:rsidR="009C60D9" w:rsidRDefault="009C60D9"/>
        </w:tc>
        <w:tc>
          <w:tcPr>
            <w:tcW w:w="255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7753B" w14:textId="77777777" w:rsidR="009C60D9" w:rsidRDefault="009C60D9"/>
        </w:tc>
        <w:tc>
          <w:tcPr>
            <w:tcW w:w="226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94AED" w14:textId="77777777" w:rsidR="009C60D9" w:rsidRDefault="009C60D9"/>
        </w:tc>
      </w:tr>
      <w:tr w:rsidR="009C60D9" w14:paraId="7D8AC3E5" w14:textId="77777777">
        <w:trPr>
          <w:jc w:val="center"/>
        </w:trPr>
        <w:tc>
          <w:tcPr>
            <w:tcW w:w="238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2C9DD" w14:textId="77777777" w:rsidR="009C60D9" w:rsidRDefault="009C60D9"/>
        </w:tc>
        <w:tc>
          <w:tcPr>
            <w:tcW w:w="311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6F9AE" w14:textId="77777777" w:rsidR="009C60D9" w:rsidRDefault="009C60D9"/>
        </w:tc>
        <w:tc>
          <w:tcPr>
            <w:tcW w:w="255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54C3F" w14:textId="77777777" w:rsidR="009C60D9" w:rsidRDefault="009C60D9"/>
        </w:tc>
        <w:tc>
          <w:tcPr>
            <w:tcW w:w="226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AE407" w14:textId="77777777" w:rsidR="009C60D9" w:rsidRDefault="009C60D9"/>
        </w:tc>
      </w:tr>
    </w:tbl>
    <w:p w14:paraId="4F8A22D9" w14:textId="77777777" w:rsidR="009C60D9" w:rsidRDefault="00000000">
      <w:pPr>
        <w:spacing w:before="80" w:after="60"/>
      </w:pPr>
      <w:r>
        <w:rPr>
          <w:b/>
          <w:color w:val="222222"/>
          <w:sz w:val="20"/>
        </w:rPr>
        <w:t>3. 경력 및 실무경험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11"/>
        <w:gridCol w:w="2608"/>
        <w:gridCol w:w="2381"/>
        <w:gridCol w:w="3118"/>
      </w:tblGrid>
      <w:tr w:rsidR="009C60D9" w14:paraId="2A5E14FC" w14:textId="77777777">
        <w:trPr>
          <w:jc w:val="center"/>
        </w:trPr>
        <w:tc>
          <w:tcPr>
            <w:tcW w:w="221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7EA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7C603" w14:textId="77777777" w:rsidR="009C60D9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근무기간</w:t>
            </w:r>
          </w:p>
        </w:tc>
        <w:tc>
          <w:tcPr>
            <w:tcW w:w="260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7EA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41924" w14:textId="77777777" w:rsidR="009C60D9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회사·기관명</w:t>
            </w:r>
          </w:p>
        </w:tc>
        <w:tc>
          <w:tcPr>
            <w:tcW w:w="238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7EA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52875" w14:textId="77777777" w:rsidR="009C60D9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부서 / 직위</w:t>
            </w:r>
          </w:p>
        </w:tc>
        <w:tc>
          <w:tcPr>
            <w:tcW w:w="311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7EA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E068C" w14:textId="77777777" w:rsidR="009C60D9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담당업무</w:t>
            </w:r>
          </w:p>
        </w:tc>
      </w:tr>
      <w:tr w:rsidR="009C60D9" w14:paraId="4DAF590A" w14:textId="77777777">
        <w:trPr>
          <w:jc w:val="center"/>
        </w:trPr>
        <w:tc>
          <w:tcPr>
            <w:tcW w:w="221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7BF37" w14:textId="77777777" w:rsidR="009C60D9" w:rsidRDefault="009C60D9"/>
        </w:tc>
        <w:tc>
          <w:tcPr>
            <w:tcW w:w="260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F9F9D" w14:textId="77777777" w:rsidR="009C60D9" w:rsidRDefault="009C60D9"/>
        </w:tc>
        <w:tc>
          <w:tcPr>
            <w:tcW w:w="238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AFC9C" w14:textId="77777777" w:rsidR="009C60D9" w:rsidRDefault="009C60D9"/>
        </w:tc>
        <w:tc>
          <w:tcPr>
            <w:tcW w:w="311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9DDD0" w14:textId="77777777" w:rsidR="009C60D9" w:rsidRDefault="009C60D9"/>
        </w:tc>
      </w:tr>
      <w:tr w:rsidR="009C60D9" w14:paraId="1FFC0AD1" w14:textId="77777777">
        <w:trPr>
          <w:jc w:val="center"/>
        </w:trPr>
        <w:tc>
          <w:tcPr>
            <w:tcW w:w="221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7C4B9" w14:textId="77777777" w:rsidR="009C60D9" w:rsidRDefault="009C60D9"/>
        </w:tc>
        <w:tc>
          <w:tcPr>
            <w:tcW w:w="260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2E337" w14:textId="77777777" w:rsidR="009C60D9" w:rsidRDefault="009C60D9"/>
        </w:tc>
        <w:tc>
          <w:tcPr>
            <w:tcW w:w="238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3B868" w14:textId="77777777" w:rsidR="009C60D9" w:rsidRDefault="009C60D9"/>
        </w:tc>
        <w:tc>
          <w:tcPr>
            <w:tcW w:w="311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63855" w14:textId="77777777" w:rsidR="009C60D9" w:rsidRDefault="009C60D9"/>
        </w:tc>
      </w:tr>
      <w:tr w:rsidR="009C60D9" w14:paraId="03C3176B" w14:textId="77777777">
        <w:trPr>
          <w:jc w:val="center"/>
        </w:trPr>
        <w:tc>
          <w:tcPr>
            <w:tcW w:w="221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7CA05" w14:textId="77777777" w:rsidR="009C60D9" w:rsidRDefault="009C60D9"/>
        </w:tc>
        <w:tc>
          <w:tcPr>
            <w:tcW w:w="260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DF058" w14:textId="77777777" w:rsidR="009C60D9" w:rsidRDefault="009C60D9"/>
        </w:tc>
        <w:tc>
          <w:tcPr>
            <w:tcW w:w="238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A213A" w14:textId="77777777" w:rsidR="009C60D9" w:rsidRDefault="009C60D9"/>
        </w:tc>
        <w:tc>
          <w:tcPr>
            <w:tcW w:w="3118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9B64A" w14:textId="77777777" w:rsidR="009C60D9" w:rsidRDefault="009C60D9"/>
        </w:tc>
      </w:tr>
    </w:tbl>
    <w:p w14:paraId="6E6611E0" w14:textId="77777777" w:rsidR="009C60D9" w:rsidRDefault="00000000">
      <w:pPr>
        <w:spacing w:before="80" w:after="60"/>
      </w:pPr>
      <w:r>
        <w:rPr>
          <w:b/>
          <w:color w:val="222222"/>
          <w:sz w:val="20"/>
        </w:rPr>
        <w:t>4. 자격 · 교육 · OA 활용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15"/>
        <w:gridCol w:w="2551"/>
        <w:gridCol w:w="2665"/>
      </w:tblGrid>
      <w:tr w:rsidR="009C60D9" w14:paraId="60A62A6E" w14:textId="77777777">
        <w:trPr>
          <w:jc w:val="center"/>
        </w:trPr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7EA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8AC71" w14:textId="77777777" w:rsidR="009C60D9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구분</w:t>
            </w:r>
          </w:p>
        </w:tc>
        <w:tc>
          <w:tcPr>
            <w:tcW w:w="3515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7EA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C64D0" w14:textId="77777777" w:rsidR="009C60D9" w:rsidRDefault="00000000">
            <w:pPr>
              <w:jc w:val="center"/>
              <w:rPr>
                <w:lang w:eastAsia="ko-KR"/>
              </w:rPr>
            </w:pPr>
            <w:r>
              <w:rPr>
                <w:b/>
                <w:color w:val="263648"/>
                <w:sz w:val="16"/>
                <w:lang w:eastAsia="ko-KR"/>
              </w:rPr>
              <w:t>자격·교육·프로그램</w:t>
            </w:r>
          </w:p>
        </w:tc>
        <w:tc>
          <w:tcPr>
            <w:tcW w:w="255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7EA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43968" w14:textId="77777777" w:rsidR="009C60D9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취득·수료일 / 수준</w:t>
            </w:r>
          </w:p>
        </w:tc>
        <w:tc>
          <w:tcPr>
            <w:tcW w:w="2665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7EA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B2D50" w14:textId="77777777" w:rsidR="009C60D9" w:rsidRDefault="00000000">
            <w:pPr>
              <w:jc w:val="center"/>
            </w:pPr>
            <w:r>
              <w:rPr>
                <w:b/>
                <w:color w:val="263648"/>
                <w:sz w:val="16"/>
              </w:rPr>
              <w:t>발급·교육기관</w:t>
            </w:r>
          </w:p>
        </w:tc>
      </w:tr>
      <w:tr w:rsidR="009C60D9" w14:paraId="733CDDD6" w14:textId="77777777">
        <w:trPr>
          <w:jc w:val="center"/>
        </w:trPr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6AC07" w14:textId="77777777" w:rsidR="009C60D9" w:rsidRDefault="009C60D9"/>
        </w:tc>
        <w:tc>
          <w:tcPr>
            <w:tcW w:w="3515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2823A" w14:textId="77777777" w:rsidR="009C60D9" w:rsidRDefault="009C60D9"/>
        </w:tc>
        <w:tc>
          <w:tcPr>
            <w:tcW w:w="255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AC44F" w14:textId="77777777" w:rsidR="009C60D9" w:rsidRDefault="009C60D9"/>
        </w:tc>
        <w:tc>
          <w:tcPr>
            <w:tcW w:w="2665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9F15B" w14:textId="77777777" w:rsidR="009C60D9" w:rsidRDefault="009C60D9"/>
        </w:tc>
      </w:tr>
      <w:tr w:rsidR="009C60D9" w14:paraId="3DE8A670" w14:textId="77777777">
        <w:trPr>
          <w:jc w:val="center"/>
        </w:trPr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75A46" w14:textId="77777777" w:rsidR="009C60D9" w:rsidRDefault="009C60D9"/>
        </w:tc>
        <w:tc>
          <w:tcPr>
            <w:tcW w:w="3515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EE8E6" w14:textId="77777777" w:rsidR="009C60D9" w:rsidRDefault="009C60D9"/>
        </w:tc>
        <w:tc>
          <w:tcPr>
            <w:tcW w:w="255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69A59C" w14:textId="77777777" w:rsidR="009C60D9" w:rsidRDefault="009C60D9"/>
        </w:tc>
        <w:tc>
          <w:tcPr>
            <w:tcW w:w="2665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31FD3" w14:textId="77777777" w:rsidR="009C60D9" w:rsidRDefault="009C60D9"/>
        </w:tc>
      </w:tr>
      <w:tr w:rsidR="009C60D9" w14:paraId="0CE69FF2" w14:textId="77777777">
        <w:trPr>
          <w:jc w:val="center"/>
        </w:trPr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5E6CA" w14:textId="77777777" w:rsidR="009C60D9" w:rsidRDefault="009C60D9"/>
        </w:tc>
        <w:tc>
          <w:tcPr>
            <w:tcW w:w="3515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38D88" w14:textId="77777777" w:rsidR="009C60D9" w:rsidRDefault="009C60D9"/>
        </w:tc>
        <w:tc>
          <w:tcPr>
            <w:tcW w:w="2551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94C16" w14:textId="77777777" w:rsidR="009C60D9" w:rsidRDefault="009C60D9"/>
        </w:tc>
        <w:tc>
          <w:tcPr>
            <w:tcW w:w="2665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8ABE2" w14:textId="77777777" w:rsidR="009C60D9" w:rsidRDefault="009C60D9"/>
        </w:tc>
      </w:tr>
    </w:tbl>
    <w:p w14:paraId="0692CC27" w14:textId="77777777" w:rsidR="009C60D9" w:rsidRDefault="00000000">
      <w:pPr>
        <w:spacing w:before="80" w:after="60"/>
      </w:pPr>
      <w:r>
        <w:rPr>
          <w:b/>
          <w:color w:val="222222"/>
          <w:sz w:val="20"/>
        </w:rPr>
        <w:t>5. 사무직 핵심 역량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9C60D9" w14:paraId="4EBAC45B" w14:textId="77777777">
        <w:trPr>
          <w:jc w:val="center"/>
        </w:trPr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CEF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EA159" w14:textId="77777777" w:rsidR="009C60D9" w:rsidRDefault="00000000">
            <w:pPr>
              <w:jc w:val="center"/>
            </w:pPr>
            <w:r>
              <w:rPr>
                <w:b/>
                <w:color w:val="263648"/>
              </w:rPr>
              <w:t>문서작성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0C179" w14:textId="77777777" w:rsidR="009C60D9" w:rsidRDefault="009C60D9"/>
        </w:tc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CEF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B3F9B" w14:textId="77777777" w:rsidR="009C60D9" w:rsidRDefault="00000000">
            <w:pPr>
              <w:jc w:val="center"/>
            </w:pPr>
            <w:r>
              <w:rPr>
                <w:b/>
                <w:color w:val="263648"/>
              </w:rPr>
              <w:t>OA 활용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418DE" w14:textId="77777777" w:rsidR="009C60D9" w:rsidRDefault="009C60D9"/>
        </w:tc>
      </w:tr>
      <w:tr w:rsidR="009C60D9" w14:paraId="79697D42" w14:textId="77777777">
        <w:trPr>
          <w:jc w:val="center"/>
        </w:trPr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CEF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BAA60" w14:textId="77777777" w:rsidR="009C60D9" w:rsidRDefault="00000000">
            <w:pPr>
              <w:jc w:val="center"/>
            </w:pPr>
            <w:r>
              <w:rPr>
                <w:b/>
                <w:color w:val="263648"/>
              </w:rPr>
              <w:t>자료정리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4247A" w14:textId="77777777" w:rsidR="009C60D9" w:rsidRDefault="009C60D9"/>
        </w:tc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CEF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8430C" w14:textId="77777777" w:rsidR="009C60D9" w:rsidRDefault="00000000">
            <w:pPr>
              <w:jc w:val="center"/>
            </w:pPr>
            <w:r>
              <w:rPr>
                <w:b/>
                <w:color w:val="263648"/>
              </w:rPr>
              <w:t>업무 강점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0FE53" w14:textId="77777777" w:rsidR="009C60D9" w:rsidRDefault="009C60D9"/>
        </w:tc>
      </w:tr>
    </w:tbl>
    <w:p w14:paraId="5EF73546" w14:textId="77777777" w:rsidR="009C60D9" w:rsidRDefault="00000000">
      <w:pPr>
        <w:spacing w:before="80" w:after="60"/>
      </w:pPr>
      <w:r>
        <w:rPr>
          <w:b/>
          <w:color w:val="222222"/>
          <w:sz w:val="20"/>
        </w:rPr>
        <w:t>6. 기타사항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9C60D9" w14:paraId="50D2D16F" w14:textId="77777777">
        <w:trPr>
          <w:jc w:val="center"/>
        </w:trPr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CEF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3B8A3" w14:textId="77777777" w:rsidR="009C60D9" w:rsidRDefault="00000000">
            <w:pPr>
              <w:jc w:val="center"/>
            </w:pPr>
            <w:r>
              <w:rPr>
                <w:b/>
                <w:color w:val="263648"/>
              </w:rPr>
              <w:t>입사가능일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F28DF" w14:textId="77777777" w:rsidR="009C60D9" w:rsidRDefault="009C60D9"/>
        </w:tc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CEF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FBCD2" w14:textId="77777777" w:rsidR="009C60D9" w:rsidRDefault="00000000">
            <w:pPr>
              <w:jc w:val="center"/>
            </w:pPr>
            <w:r>
              <w:rPr>
                <w:b/>
                <w:color w:val="263648"/>
              </w:rPr>
              <w:t>희망조건</w:t>
            </w:r>
          </w:p>
        </w:tc>
        <w:tc>
          <w:tcPr>
            <w:tcW w:w="3572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9B748A" w14:textId="77777777" w:rsidR="009C60D9" w:rsidRDefault="009C60D9"/>
        </w:tc>
      </w:tr>
      <w:tr w:rsidR="009C60D9" w14:paraId="4A332EBD" w14:textId="77777777">
        <w:trPr>
          <w:jc w:val="center"/>
        </w:trPr>
        <w:tc>
          <w:tcPr>
            <w:tcW w:w="1587" w:type="dxa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shd w:val="clear" w:color="auto" w:fill="ECEF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9808B" w14:textId="77777777" w:rsidR="009C60D9" w:rsidRDefault="00000000">
            <w:pPr>
              <w:jc w:val="center"/>
            </w:pPr>
            <w:r>
              <w:rPr>
                <w:b/>
                <w:color w:val="263648"/>
              </w:rPr>
              <w:t>비고</w:t>
            </w:r>
          </w:p>
        </w:tc>
        <w:tc>
          <w:tcPr>
            <w:tcW w:w="8731" w:type="dxa"/>
            <w:gridSpan w:val="3"/>
            <w:tcBorders>
              <w:top w:val="single" w:sz="6" w:space="0" w:color="B7C0CA"/>
              <w:left w:val="single" w:sz="6" w:space="0" w:color="B7C0CA"/>
              <w:bottom w:val="single" w:sz="6" w:space="0" w:color="B7C0CA"/>
              <w:right w:val="single" w:sz="6" w:space="0" w:color="B7C0C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51994" w14:textId="77777777" w:rsidR="009C60D9" w:rsidRDefault="009C60D9"/>
        </w:tc>
      </w:tr>
    </w:tbl>
    <w:p w14:paraId="40194F17" w14:textId="77777777" w:rsidR="00E17691" w:rsidRDefault="00E17691">
      <w:pPr>
        <w:spacing w:before="100"/>
        <w:jc w:val="center"/>
        <w:rPr>
          <w:sz w:val="16"/>
          <w:lang w:eastAsia="ko-KR"/>
        </w:rPr>
      </w:pPr>
    </w:p>
    <w:p w14:paraId="4F20D6D8" w14:textId="77777777" w:rsidR="00E17691" w:rsidRDefault="00E17691">
      <w:pPr>
        <w:spacing w:before="100"/>
        <w:jc w:val="center"/>
        <w:rPr>
          <w:sz w:val="16"/>
          <w:lang w:eastAsia="ko-KR"/>
        </w:rPr>
      </w:pPr>
    </w:p>
    <w:p w14:paraId="2894D8AF" w14:textId="25FBFCE0" w:rsidR="009C60D9" w:rsidRDefault="00000000">
      <w:pPr>
        <w:spacing w:before="100"/>
        <w:jc w:val="center"/>
        <w:rPr>
          <w:lang w:eastAsia="ko-KR"/>
        </w:rPr>
      </w:pPr>
      <w:r>
        <w:rPr>
          <w:sz w:val="16"/>
          <w:lang w:eastAsia="ko-KR"/>
        </w:rPr>
        <w:t>위 기재사항은 사실과 다름없습니다.    20     년     월     일        지원자:                    (서명)</w:t>
      </w:r>
    </w:p>
    <w:sectPr w:rsidR="009C60D9" w:rsidSect="00034616">
      <w:pgSz w:w="11906" w:h="16838"/>
      <w:pgMar w:top="680" w:right="794" w:bottom="62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1231951">
    <w:abstractNumId w:val="8"/>
  </w:num>
  <w:num w:numId="2" w16cid:durableId="846021119">
    <w:abstractNumId w:val="6"/>
  </w:num>
  <w:num w:numId="3" w16cid:durableId="1681083414">
    <w:abstractNumId w:val="5"/>
  </w:num>
  <w:num w:numId="4" w16cid:durableId="476729943">
    <w:abstractNumId w:val="4"/>
  </w:num>
  <w:num w:numId="5" w16cid:durableId="154346443">
    <w:abstractNumId w:val="7"/>
  </w:num>
  <w:num w:numId="6" w16cid:durableId="1416440829">
    <w:abstractNumId w:val="3"/>
  </w:num>
  <w:num w:numId="7" w16cid:durableId="1961497699">
    <w:abstractNumId w:val="2"/>
  </w:num>
  <w:num w:numId="8" w16cid:durableId="1762410190">
    <w:abstractNumId w:val="1"/>
  </w:num>
  <w:num w:numId="9" w16cid:durableId="114755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62318"/>
    <w:rsid w:val="009C60D9"/>
    <w:rsid w:val="00AA1D8D"/>
    <w:rsid w:val="00B47730"/>
    <w:rsid w:val="00CB0664"/>
    <w:rsid w:val="00E176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BA439A"/>
  <w14:defaultImageDpi w14:val="300"/>
  <w15:docId w15:val="{44D2FA51-76A4-4A66-8E06-B5A44FE3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</w:pPr>
    <w:rPr>
      <w:rFonts w:ascii="맑은 고딕" w:eastAsia="맑은 고딕" w:hAnsi="맑은 고딕"/>
      <w:sz w:val="17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2026-08-25T04:26:00Z</dcterms:modified>
  <cp:category/>
</cp:coreProperties>
</file>