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05A3" w14:textId="77777777" w:rsidR="009D766E" w:rsidRPr="009D766E" w:rsidRDefault="009D766E">
      <w:pPr>
        <w:spacing w:after="40"/>
        <w:jc w:val="center"/>
        <w:rPr>
          <w:b/>
          <w:color w:val="222222"/>
          <w:sz w:val="16"/>
          <w:szCs w:val="16"/>
          <w:lang w:eastAsia="ko-KR"/>
        </w:rPr>
      </w:pPr>
    </w:p>
    <w:p w14:paraId="1D8CA85C" w14:textId="01C78B9F" w:rsidR="00DC235D" w:rsidRDefault="00000000">
      <w:pPr>
        <w:spacing w:after="40"/>
        <w:jc w:val="center"/>
        <w:rPr>
          <w:lang w:eastAsia="ko-KR"/>
        </w:rPr>
      </w:pPr>
      <w:r>
        <w:rPr>
          <w:b/>
          <w:color w:val="222222"/>
          <w:sz w:val="40"/>
          <w:lang w:eastAsia="ko-KR"/>
        </w:rPr>
        <w:t>사 내 공 지 문</w:t>
      </w:r>
    </w:p>
    <w:p w14:paraId="38239323" w14:textId="77777777" w:rsidR="00DC235D" w:rsidRDefault="00000000">
      <w:pPr>
        <w:spacing w:after="160"/>
        <w:jc w:val="center"/>
        <w:rPr>
          <w:lang w:eastAsia="ko-KR"/>
        </w:rPr>
      </w:pPr>
      <w:r>
        <w:rPr>
          <w:color w:val="6B7780"/>
          <w:sz w:val="17"/>
          <w:lang w:eastAsia="ko-KR"/>
        </w:rPr>
        <w:t>임직원에게 사내 일정·업무·운영 관련 사항을 안내할 때 사용하는 공지 서식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DC235D" w14:paraId="62108E3B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47D064A8" w14:textId="77777777" w:rsidR="00DC235D" w:rsidRDefault="00000000">
            <w:pPr>
              <w:jc w:val="center"/>
            </w:pPr>
            <w:proofErr w:type="spellStart"/>
            <w:r>
              <w:rPr>
                <w:b/>
                <w:color w:val="263442"/>
                <w:sz w:val="17"/>
              </w:rPr>
              <w:t>공지번호</w:t>
            </w:r>
            <w:proofErr w:type="spellEnd"/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20B24AB0" w14:textId="77777777" w:rsidR="00DC235D" w:rsidRDefault="00DC235D"/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72E80A9D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공지일자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4AEC3095" w14:textId="77777777" w:rsidR="00DC235D" w:rsidRDefault="00DC235D"/>
        </w:tc>
      </w:tr>
      <w:tr w:rsidR="00DC235D" w14:paraId="4D6D713F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302D5FED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공지부서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57C5CF8D" w14:textId="77777777" w:rsidR="00DC235D" w:rsidRDefault="00DC235D"/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5AB846DD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작성자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6A8362AD" w14:textId="77777777" w:rsidR="00DC235D" w:rsidRDefault="00DC235D"/>
        </w:tc>
      </w:tr>
      <w:tr w:rsidR="00DC235D" w14:paraId="23144E0D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7A9E5506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공지대상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2730D0E6" w14:textId="77777777" w:rsidR="00DC235D" w:rsidRDefault="00DC235D"/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16CADC00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공지기간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7F66BAAC" w14:textId="77777777" w:rsidR="00DC235D" w:rsidRDefault="00DC235D"/>
        </w:tc>
      </w:tr>
    </w:tbl>
    <w:p w14:paraId="5D02FC0C" w14:textId="77777777" w:rsidR="00DC235D" w:rsidRDefault="00000000">
      <w:pPr>
        <w:spacing w:before="140" w:after="60"/>
      </w:pPr>
      <w:r>
        <w:rPr>
          <w:b/>
          <w:color w:val="222222"/>
          <w:sz w:val="20"/>
        </w:rPr>
        <w:t>공지 제목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</w:tblGrid>
      <w:tr w:rsidR="00DC235D" w14:paraId="37B46031" w14:textId="77777777">
        <w:trPr>
          <w:jc w:val="center"/>
        </w:trPr>
        <w:tc>
          <w:tcPr>
            <w:tcW w:w="4989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568C4275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제목</w:t>
            </w:r>
          </w:p>
        </w:tc>
        <w:tc>
          <w:tcPr>
            <w:tcW w:w="4989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5DDE6422" w14:textId="77777777" w:rsidR="00DC235D" w:rsidRDefault="00000000">
            <w:pPr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사내 시스템 정기점검 일정 안내</w:t>
            </w:r>
          </w:p>
        </w:tc>
      </w:tr>
    </w:tbl>
    <w:p w14:paraId="1DDB0A99" w14:textId="77777777" w:rsidR="00DC235D" w:rsidRDefault="00000000">
      <w:pPr>
        <w:spacing w:before="140" w:after="60"/>
      </w:pPr>
      <w:proofErr w:type="spellStart"/>
      <w:r>
        <w:rPr>
          <w:b/>
          <w:color w:val="222222"/>
          <w:sz w:val="20"/>
        </w:rPr>
        <w:t>공지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내용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8"/>
      </w:tblGrid>
      <w:tr w:rsidR="00DC235D" w14:paraId="625C98EA" w14:textId="77777777">
        <w:trPr>
          <w:trHeight w:val="5443"/>
          <w:jc w:val="center"/>
        </w:trPr>
        <w:tc>
          <w:tcPr>
            <w:tcW w:w="9978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77325E67" w14:textId="77777777" w:rsidR="00DC235D" w:rsidRDefault="00000000">
            <w:pPr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 xml:space="preserve">임직원 여러분께 </w:t>
            </w:r>
            <w:proofErr w:type="spellStart"/>
            <w:r>
              <w:rPr>
                <w:color w:val="263442"/>
                <w:lang w:eastAsia="ko-KR"/>
              </w:rPr>
              <w:t>안내드립니다</w:t>
            </w:r>
            <w:proofErr w:type="spellEnd"/>
            <w:r>
              <w:rPr>
                <w:color w:val="263442"/>
                <w:lang w:eastAsia="ko-KR"/>
              </w:rPr>
              <w:t>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원활한 사내 시스템 운영을 위해 아래와 같이 정기점검을 실시할 예정입니다.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1. </w:t>
            </w:r>
            <w:proofErr w:type="gramStart"/>
            <w:r>
              <w:rPr>
                <w:color w:val="263442"/>
                <w:lang w:eastAsia="ko-KR"/>
              </w:rPr>
              <w:t>점검일시 :</w:t>
            </w:r>
            <w:proofErr w:type="gramEnd"/>
            <w:r>
              <w:rPr>
                <w:color w:val="263442"/>
                <w:lang w:eastAsia="ko-KR"/>
              </w:rPr>
              <w:t xml:space="preserve"> 2026년 9월 5일(토) 09:00 ~ 12:00</w:t>
            </w:r>
            <w:r>
              <w:rPr>
                <w:color w:val="263442"/>
                <w:lang w:eastAsia="ko-KR"/>
              </w:rPr>
              <w:br/>
              <w:t xml:space="preserve">2. </w:t>
            </w:r>
            <w:proofErr w:type="gramStart"/>
            <w:r>
              <w:rPr>
                <w:color w:val="263442"/>
                <w:lang w:eastAsia="ko-KR"/>
              </w:rPr>
              <w:t>점검대상 :</w:t>
            </w:r>
            <w:proofErr w:type="gramEnd"/>
            <w:r>
              <w:rPr>
                <w:color w:val="263442"/>
                <w:lang w:eastAsia="ko-KR"/>
              </w:rPr>
              <w:t xml:space="preserve"> 사내 업무 시스템 및 일부 네트워크 서비스</w:t>
            </w:r>
            <w:r>
              <w:rPr>
                <w:color w:val="263442"/>
                <w:lang w:eastAsia="ko-KR"/>
              </w:rPr>
              <w:br/>
              <w:t xml:space="preserve">3. </w:t>
            </w:r>
            <w:proofErr w:type="gramStart"/>
            <w:r>
              <w:rPr>
                <w:color w:val="263442"/>
                <w:lang w:eastAsia="ko-KR"/>
              </w:rPr>
              <w:t>영향범위 :</w:t>
            </w:r>
            <w:proofErr w:type="gramEnd"/>
            <w:r>
              <w:rPr>
                <w:color w:val="263442"/>
                <w:lang w:eastAsia="ko-KR"/>
              </w:rPr>
              <w:t xml:space="preserve"> 점검 시간 중 일부 서비스 이용이 일시적으로 제한될 수 있습니다.</w:t>
            </w:r>
            <w:r>
              <w:rPr>
                <w:color w:val="263442"/>
                <w:lang w:eastAsia="ko-KR"/>
              </w:rPr>
              <w:br/>
              <w:t xml:space="preserve">4. </w:t>
            </w:r>
            <w:proofErr w:type="gramStart"/>
            <w:r>
              <w:rPr>
                <w:color w:val="263442"/>
                <w:lang w:eastAsia="ko-KR"/>
              </w:rPr>
              <w:t>협조사항 :</w:t>
            </w:r>
            <w:proofErr w:type="gramEnd"/>
            <w:r>
              <w:rPr>
                <w:color w:val="263442"/>
                <w:lang w:eastAsia="ko-KR"/>
              </w:rPr>
              <w:t xml:space="preserve"> 점검 전 필요한 업무자료를 미리 저장해주시기 바랍니다.</w:t>
            </w:r>
            <w:r>
              <w:rPr>
                <w:color w:val="263442"/>
                <w:lang w:eastAsia="ko-KR"/>
              </w:rPr>
              <w:br/>
              <w:t xml:space="preserve">5. </w:t>
            </w:r>
            <w:proofErr w:type="gramStart"/>
            <w:r>
              <w:rPr>
                <w:color w:val="263442"/>
                <w:lang w:eastAsia="ko-KR"/>
              </w:rPr>
              <w:t>문의사항 :</w:t>
            </w:r>
            <w:proofErr w:type="gramEnd"/>
            <w:r>
              <w:rPr>
                <w:color w:val="263442"/>
                <w:lang w:eastAsia="ko-KR"/>
              </w:rPr>
              <w:t xml:space="preserve"> 경영지원팀 담당자에게 문의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업무에 참고하여 주시기 바랍니다.</w:t>
            </w:r>
            <w:r>
              <w:rPr>
                <w:color w:val="263442"/>
                <w:lang w:eastAsia="ko-KR"/>
              </w:rPr>
              <w:br/>
              <w:t>감사합니다.</w:t>
            </w:r>
          </w:p>
        </w:tc>
      </w:tr>
    </w:tbl>
    <w:p w14:paraId="156340D2" w14:textId="77777777" w:rsidR="00DC235D" w:rsidRDefault="00000000">
      <w:pPr>
        <w:spacing w:before="140" w:after="60"/>
      </w:pPr>
      <w:proofErr w:type="spellStart"/>
      <w:r>
        <w:rPr>
          <w:b/>
          <w:color w:val="222222"/>
          <w:sz w:val="20"/>
        </w:rPr>
        <w:t>확인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사항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DC235D" w14:paraId="60011E79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1BBA7CC7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담당부서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5C519284" w14:textId="77777777" w:rsidR="00DC235D" w:rsidRDefault="00000000">
            <w:r>
              <w:rPr>
                <w:color w:val="263442"/>
                <w:sz w:val="17"/>
              </w:rPr>
              <w:t>경영지원팀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406EC2F2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담당자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74399474" w14:textId="77777777" w:rsidR="00DC235D" w:rsidRDefault="00000000">
            <w:r>
              <w:rPr>
                <w:color w:val="263442"/>
                <w:sz w:val="17"/>
              </w:rPr>
              <w:t>홍길동</w:t>
            </w:r>
          </w:p>
        </w:tc>
      </w:tr>
      <w:tr w:rsidR="00DC235D" w14:paraId="59B55209" w14:textId="77777777">
        <w:trPr>
          <w:trHeight w:val="510"/>
          <w:jc w:val="center"/>
        </w:trPr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25FAFD5F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연락처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28D6F131" w14:textId="77777777" w:rsidR="00DC235D" w:rsidRDefault="00000000">
            <w:r>
              <w:rPr>
                <w:color w:val="263442"/>
                <w:sz w:val="17"/>
              </w:rPr>
              <w:t>02-0000-0000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shd w:val="clear" w:color="auto" w:fill="ECEFF2"/>
            <w:vAlign w:val="center"/>
          </w:tcPr>
          <w:p w14:paraId="58EFA9CF" w14:textId="77777777" w:rsidR="00DC235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비고</w:t>
            </w:r>
          </w:p>
        </w:tc>
        <w:tc>
          <w:tcPr>
            <w:tcW w:w="2494" w:type="dxa"/>
            <w:tcBorders>
              <w:top w:val="single" w:sz="6" w:space="0" w:color="B8C2CC"/>
              <w:left w:val="single" w:sz="6" w:space="0" w:color="B8C2CC"/>
              <w:bottom w:val="single" w:sz="6" w:space="0" w:color="B8C2CC"/>
              <w:right w:val="single" w:sz="6" w:space="0" w:color="B8C2CC"/>
            </w:tcBorders>
            <w:vAlign w:val="center"/>
          </w:tcPr>
          <w:p w14:paraId="7D524F33" w14:textId="77777777" w:rsidR="00DC235D" w:rsidRDefault="00000000">
            <w:r>
              <w:rPr>
                <w:color w:val="263442"/>
                <w:sz w:val="17"/>
              </w:rPr>
              <w:t>사내 게시판 공지</w:t>
            </w:r>
          </w:p>
        </w:tc>
      </w:tr>
    </w:tbl>
    <w:p w14:paraId="1DD66896" w14:textId="77777777" w:rsidR="009D766E" w:rsidRDefault="009D766E">
      <w:pPr>
        <w:spacing w:before="160"/>
        <w:jc w:val="right"/>
        <w:rPr>
          <w:b/>
          <w:color w:val="222222"/>
          <w:sz w:val="19"/>
          <w:lang w:eastAsia="ko-KR"/>
        </w:rPr>
      </w:pPr>
    </w:p>
    <w:p w14:paraId="1C18FC83" w14:textId="6F2C9ED6" w:rsidR="00DC235D" w:rsidRDefault="00000000">
      <w:pPr>
        <w:spacing w:before="160"/>
        <w:jc w:val="right"/>
      </w:pPr>
      <w:proofErr w:type="spellStart"/>
      <w:proofErr w:type="gramStart"/>
      <w:r>
        <w:rPr>
          <w:b/>
          <w:color w:val="222222"/>
          <w:sz w:val="19"/>
        </w:rPr>
        <w:t>공지부서</w:t>
      </w:r>
      <w:proofErr w:type="spellEnd"/>
      <w:r>
        <w:rPr>
          <w:b/>
          <w:color w:val="222222"/>
          <w:sz w:val="19"/>
        </w:rPr>
        <w:t xml:space="preserve"> :</w:t>
      </w:r>
      <w:proofErr w:type="gramEnd"/>
      <w:r>
        <w:rPr>
          <w:b/>
          <w:color w:val="222222"/>
          <w:sz w:val="19"/>
        </w:rPr>
        <w:t xml:space="preserve"> ______________________________</w:t>
      </w:r>
    </w:p>
    <w:sectPr w:rsidR="00DC235D" w:rsidSect="00034616">
      <w:pgSz w:w="11906" w:h="16838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5098492">
    <w:abstractNumId w:val="8"/>
  </w:num>
  <w:num w:numId="2" w16cid:durableId="7759584">
    <w:abstractNumId w:val="6"/>
  </w:num>
  <w:num w:numId="3" w16cid:durableId="593559655">
    <w:abstractNumId w:val="5"/>
  </w:num>
  <w:num w:numId="4" w16cid:durableId="1016157941">
    <w:abstractNumId w:val="4"/>
  </w:num>
  <w:num w:numId="5" w16cid:durableId="137261603">
    <w:abstractNumId w:val="7"/>
  </w:num>
  <w:num w:numId="6" w16cid:durableId="1078553370">
    <w:abstractNumId w:val="3"/>
  </w:num>
  <w:num w:numId="7" w16cid:durableId="237635311">
    <w:abstractNumId w:val="2"/>
  </w:num>
  <w:num w:numId="8" w16cid:durableId="1021397629">
    <w:abstractNumId w:val="1"/>
  </w:num>
  <w:num w:numId="9" w16cid:durableId="123694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9D766E"/>
    <w:rsid w:val="00AA1D8D"/>
    <w:rsid w:val="00B47730"/>
    <w:rsid w:val="00CB0664"/>
    <w:rsid w:val="00DC23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0A7B9B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2026-08-25T08:47:00Z</dcterms:modified>
  <cp:category/>
</cp:coreProperties>
</file>