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0ABA7" w14:textId="77777777" w:rsidR="00F711D9" w:rsidRDefault="00F711D9">
      <w:pPr>
        <w:rPr>
          <w:rFonts w:hint="eastAsia"/>
          <w:lang w:eastAsia="ko-K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9"/>
        <w:gridCol w:w="5669"/>
      </w:tblGrid>
      <w:tr w:rsidR="00EE1C1D" w14:paraId="58793483" w14:textId="77777777">
        <w:tc>
          <w:tcPr>
            <w:tcW w:w="464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75A3BF90" w14:textId="77777777" w:rsidR="00EE1C1D" w:rsidRDefault="00000000">
            <w:r>
              <w:rPr>
                <w:b/>
                <w:color w:val="2E6FA8"/>
                <w:sz w:val="19"/>
              </w:rPr>
              <w:t>EQUIPMENT REQUEST</w:t>
            </w:r>
          </w:p>
        </w:tc>
        <w:tc>
          <w:tcPr>
            <w:tcW w:w="566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5F8E516" w14:textId="77777777" w:rsidR="00EE1C1D" w:rsidRDefault="00000000">
            <w:pPr>
              <w:jc w:val="right"/>
            </w:pPr>
            <w:r>
              <w:rPr>
                <w:b/>
                <w:color w:val="1F2C38"/>
                <w:sz w:val="38"/>
              </w:rPr>
              <w:t>비품 신청서</w:t>
            </w:r>
          </w:p>
        </w:tc>
      </w:tr>
    </w:tbl>
    <w:p w14:paraId="3CE07648" w14:textId="77777777" w:rsidR="00EE1C1D" w:rsidRDefault="00000000">
      <w:pPr>
        <w:spacing w:after="80"/>
        <w:rPr>
          <w:lang w:eastAsia="ko-KR"/>
        </w:rPr>
      </w:pPr>
      <w:r>
        <w:rPr>
          <w:color w:val="687684"/>
          <w:lang w:eastAsia="ko-KR"/>
        </w:rPr>
        <w:t>업무에 필요한 비품의 신규·교체·추가 신청 내용을 정리하는 서식</w:t>
      </w:r>
    </w:p>
    <w:p w14:paraId="0A268931" w14:textId="77777777" w:rsidR="00EE1C1D" w:rsidRDefault="00000000">
      <w:pPr>
        <w:spacing w:before="70" w:after="40"/>
      </w:pPr>
      <w:proofErr w:type="gramStart"/>
      <w:r>
        <w:rPr>
          <w:b/>
          <w:color w:val="2E6FA8"/>
          <w:sz w:val="20"/>
        </w:rPr>
        <w:t xml:space="preserve">01  </w:t>
      </w:r>
      <w:proofErr w:type="spellStart"/>
      <w:r>
        <w:rPr>
          <w:b/>
          <w:color w:val="2E6FA8"/>
          <w:sz w:val="20"/>
        </w:rPr>
        <w:t>신청</w:t>
      </w:r>
      <w:proofErr w:type="spellEnd"/>
      <w:proofErr w:type="gramEnd"/>
      <w:r>
        <w:rPr>
          <w:b/>
          <w:color w:val="2E6FA8"/>
          <w:sz w:val="20"/>
        </w:rPr>
        <w:t xml:space="preserve"> </w:t>
      </w:r>
      <w:proofErr w:type="spellStart"/>
      <w:r>
        <w:rPr>
          <w:b/>
          <w:color w:val="2E6FA8"/>
          <w:sz w:val="20"/>
        </w:rPr>
        <w:t>정보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1587"/>
        <w:gridCol w:w="3572"/>
        <w:gridCol w:w="1587"/>
        <w:gridCol w:w="3572"/>
      </w:tblGrid>
      <w:tr w:rsidR="00EE1C1D" w14:paraId="4B24A92C" w14:textId="77777777">
        <w:trPr>
          <w:trHeight w:val="499"/>
        </w:trPr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8F1F9"/>
            <w:vAlign w:val="center"/>
          </w:tcPr>
          <w:p w14:paraId="0369D8E6" w14:textId="77777777" w:rsidR="00EE1C1D" w:rsidRDefault="00000000">
            <w:pPr>
              <w:jc w:val="center"/>
            </w:pPr>
            <w:r>
              <w:rPr>
                <w:b/>
                <w:color w:val="263442"/>
              </w:rPr>
              <w:t>신청부서</w:t>
            </w:r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EB29698" w14:textId="77777777" w:rsidR="00EE1C1D" w:rsidRDefault="00EE1C1D"/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8F1F9"/>
            <w:vAlign w:val="center"/>
          </w:tcPr>
          <w:p w14:paraId="7448110B" w14:textId="77777777" w:rsidR="00EE1C1D" w:rsidRDefault="00000000">
            <w:pPr>
              <w:jc w:val="center"/>
            </w:pPr>
            <w:r>
              <w:rPr>
                <w:b/>
                <w:color w:val="263442"/>
              </w:rPr>
              <w:t>신청자</w:t>
            </w:r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BC2CC4F" w14:textId="77777777" w:rsidR="00EE1C1D" w:rsidRDefault="00EE1C1D"/>
        </w:tc>
      </w:tr>
      <w:tr w:rsidR="00EE1C1D" w14:paraId="07E34CED" w14:textId="77777777">
        <w:trPr>
          <w:trHeight w:val="499"/>
        </w:trPr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8F1F9"/>
            <w:vAlign w:val="center"/>
          </w:tcPr>
          <w:p w14:paraId="587AD8D8" w14:textId="77777777" w:rsidR="00EE1C1D" w:rsidRDefault="00000000">
            <w:pPr>
              <w:jc w:val="center"/>
            </w:pPr>
            <w:r>
              <w:rPr>
                <w:b/>
                <w:color w:val="263442"/>
              </w:rPr>
              <w:t>신청일</w:t>
            </w:r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7BDDCAD4" w14:textId="77777777" w:rsidR="00EE1C1D" w:rsidRDefault="00EE1C1D"/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8F1F9"/>
            <w:vAlign w:val="center"/>
          </w:tcPr>
          <w:p w14:paraId="06BB2A98" w14:textId="77777777" w:rsidR="00EE1C1D" w:rsidRDefault="00000000">
            <w:pPr>
              <w:jc w:val="center"/>
            </w:pPr>
            <w:r>
              <w:rPr>
                <w:b/>
                <w:color w:val="263442"/>
              </w:rPr>
              <w:t>희망지급일</w:t>
            </w:r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555DBB32" w14:textId="77777777" w:rsidR="00EE1C1D" w:rsidRDefault="00EE1C1D"/>
        </w:tc>
      </w:tr>
      <w:tr w:rsidR="00EE1C1D" w14:paraId="6E261289" w14:textId="77777777">
        <w:trPr>
          <w:trHeight w:val="499"/>
        </w:trPr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8F1F9"/>
            <w:vAlign w:val="center"/>
          </w:tcPr>
          <w:p w14:paraId="360AD8D2" w14:textId="77777777" w:rsidR="00EE1C1D" w:rsidRDefault="00000000">
            <w:pPr>
              <w:jc w:val="center"/>
            </w:pPr>
            <w:r>
              <w:rPr>
                <w:b/>
                <w:color w:val="263442"/>
              </w:rPr>
              <w:t>사용장소</w:t>
            </w:r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592CB705" w14:textId="77777777" w:rsidR="00EE1C1D" w:rsidRDefault="00EE1C1D"/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8F1F9"/>
            <w:vAlign w:val="center"/>
          </w:tcPr>
          <w:p w14:paraId="237626A4" w14:textId="77777777" w:rsidR="00EE1C1D" w:rsidRDefault="00000000">
            <w:pPr>
              <w:jc w:val="center"/>
            </w:pPr>
            <w:r>
              <w:rPr>
                <w:b/>
                <w:color w:val="263442"/>
              </w:rPr>
              <w:t>신청구분</w:t>
            </w:r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6B523AB" w14:textId="77777777" w:rsidR="00EE1C1D" w:rsidRDefault="00EE1C1D"/>
        </w:tc>
      </w:tr>
    </w:tbl>
    <w:p w14:paraId="45A2138C" w14:textId="77777777" w:rsidR="00EE1C1D" w:rsidRDefault="00000000">
      <w:pPr>
        <w:spacing w:before="70" w:after="40"/>
      </w:pPr>
      <w:r>
        <w:rPr>
          <w:b/>
          <w:color w:val="2E6FA8"/>
          <w:sz w:val="20"/>
        </w:rPr>
        <w:t>02  신청 비품 내역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24"/>
        <w:gridCol w:w="2608"/>
        <w:gridCol w:w="1644"/>
        <w:gridCol w:w="964"/>
        <w:gridCol w:w="1417"/>
        <w:gridCol w:w="1587"/>
        <w:gridCol w:w="1474"/>
      </w:tblGrid>
      <w:tr w:rsidR="00EE1C1D" w14:paraId="75BF60F5" w14:textId="77777777">
        <w:tc>
          <w:tcPr>
            <w:tcW w:w="62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D8E7F4"/>
            <w:vAlign w:val="center"/>
          </w:tcPr>
          <w:p w14:paraId="75D4AC69" w14:textId="77777777" w:rsidR="00EE1C1D" w:rsidRDefault="00000000">
            <w:pPr>
              <w:jc w:val="center"/>
            </w:pPr>
            <w:r>
              <w:rPr>
                <w:b/>
                <w:color w:val="263442"/>
                <w:sz w:val="15"/>
              </w:rPr>
              <w:t>번호</w:t>
            </w:r>
          </w:p>
        </w:tc>
        <w:tc>
          <w:tcPr>
            <w:tcW w:w="2608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D8E7F4"/>
            <w:vAlign w:val="center"/>
          </w:tcPr>
          <w:p w14:paraId="7AE72E14" w14:textId="77777777" w:rsidR="00EE1C1D" w:rsidRDefault="00000000">
            <w:pPr>
              <w:jc w:val="center"/>
            </w:pPr>
            <w:r>
              <w:rPr>
                <w:b/>
                <w:color w:val="263442"/>
                <w:sz w:val="15"/>
              </w:rPr>
              <w:t>비품명</w:t>
            </w:r>
          </w:p>
        </w:tc>
        <w:tc>
          <w:tcPr>
            <w:tcW w:w="164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D8E7F4"/>
            <w:vAlign w:val="center"/>
          </w:tcPr>
          <w:p w14:paraId="11DFB1E0" w14:textId="77777777" w:rsidR="00EE1C1D" w:rsidRDefault="00000000">
            <w:pPr>
              <w:jc w:val="center"/>
            </w:pPr>
            <w:r>
              <w:rPr>
                <w:b/>
                <w:color w:val="263442"/>
                <w:sz w:val="15"/>
              </w:rPr>
              <w:t>규격 / 모델</w:t>
            </w:r>
          </w:p>
        </w:tc>
        <w:tc>
          <w:tcPr>
            <w:tcW w:w="96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D8E7F4"/>
            <w:vAlign w:val="center"/>
          </w:tcPr>
          <w:p w14:paraId="4DB7948C" w14:textId="77777777" w:rsidR="00EE1C1D" w:rsidRDefault="00000000">
            <w:pPr>
              <w:jc w:val="center"/>
            </w:pPr>
            <w:r>
              <w:rPr>
                <w:b/>
                <w:color w:val="263442"/>
                <w:sz w:val="15"/>
              </w:rPr>
              <w:t>수량</w:t>
            </w:r>
          </w:p>
        </w:tc>
        <w:tc>
          <w:tcPr>
            <w:tcW w:w="141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D8E7F4"/>
            <w:vAlign w:val="center"/>
          </w:tcPr>
          <w:p w14:paraId="16CAA537" w14:textId="77777777" w:rsidR="00EE1C1D" w:rsidRDefault="00000000">
            <w:pPr>
              <w:jc w:val="center"/>
            </w:pPr>
            <w:r>
              <w:rPr>
                <w:b/>
                <w:color w:val="263442"/>
                <w:sz w:val="15"/>
              </w:rPr>
              <w:t>예상단가</w:t>
            </w: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D8E7F4"/>
            <w:vAlign w:val="center"/>
          </w:tcPr>
          <w:p w14:paraId="7730E719" w14:textId="77777777" w:rsidR="00EE1C1D" w:rsidRDefault="00000000">
            <w:pPr>
              <w:jc w:val="center"/>
            </w:pPr>
            <w:r>
              <w:rPr>
                <w:b/>
                <w:color w:val="263442"/>
                <w:sz w:val="15"/>
              </w:rPr>
              <w:t>예상금액</w:t>
            </w:r>
          </w:p>
        </w:tc>
        <w:tc>
          <w:tcPr>
            <w:tcW w:w="147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D8E7F4"/>
            <w:vAlign w:val="center"/>
          </w:tcPr>
          <w:p w14:paraId="2A1EAC29" w14:textId="77777777" w:rsidR="00EE1C1D" w:rsidRDefault="00000000">
            <w:pPr>
              <w:jc w:val="center"/>
            </w:pPr>
            <w:r>
              <w:rPr>
                <w:b/>
                <w:color w:val="263442"/>
                <w:sz w:val="15"/>
              </w:rPr>
              <w:t>비고</w:t>
            </w:r>
          </w:p>
        </w:tc>
      </w:tr>
      <w:tr w:rsidR="00EE1C1D" w14:paraId="33B64AAA" w14:textId="77777777">
        <w:trPr>
          <w:trHeight w:val="607"/>
        </w:trPr>
        <w:tc>
          <w:tcPr>
            <w:tcW w:w="62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49F77C75" w14:textId="77777777" w:rsidR="00EE1C1D" w:rsidRDefault="00000000">
            <w:pPr>
              <w:jc w:val="center"/>
            </w:pPr>
            <w:r>
              <w:rPr>
                <w:color w:val="263442"/>
                <w:sz w:val="15"/>
              </w:rPr>
              <w:t>1</w:t>
            </w:r>
          </w:p>
        </w:tc>
        <w:tc>
          <w:tcPr>
            <w:tcW w:w="2608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66E6C3F" w14:textId="77777777" w:rsidR="00EE1C1D" w:rsidRDefault="00EE1C1D"/>
        </w:tc>
        <w:tc>
          <w:tcPr>
            <w:tcW w:w="164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453B7B43" w14:textId="77777777" w:rsidR="00EE1C1D" w:rsidRDefault="00EE1C1D"/>
        </w:tc>
        <w:tc>
          <w:tcPr>
            <w:tcW w:w="96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5F49308" w14:textId="77777777" w:rsidR="00EE1C1D" w:rsidRDefault="00EE1C1D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62B95DA4" w14:textId="77777777" w:rsidR="00EE1C1D" w:rsidRDefault="00EE1C1D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7C4A3E35" w14:textId="77777777" w:rsidR="00EE1C1D" w:rsidRDefault="00EE1C1D">
            <w:pPr>
              <w:jc w:val="center"/>
            </w:pPr>
          </w:p>
        </w:tc>
        <w:tc>
          <w:tcPr>
            <w:tcW w:w="147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47416B18" w14:textId="77777777" w:rsidR="00EE1C1D" w:rsidRDefault="00EE1C1D"/>
        </w:tc>
      </w:tr>
      <w:tr w:rsidR="00EE1C1D" w14:paraId="7B3F64F0" w14:textId="77777777">
        <w:trPr>
          <w:trHeight w:val="607"/>
        </w:trPr>
        <w:tc>
          <w:tcPr>
            <w:tcW w:w="62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735B3884" w14:textId="77777777" w:rsidR="00EE1C1D" w:rsidRDefault="00000000">
            <w:pPr>
              <w:jc w:val="center"/>
            </w:pPr>
            <w:r>
              <w:rPr>
                <w:color w:val="263442"/>
                <w:sz w:val="15"/>
              </w:rPr>
              <w:t>2</w:t>
            </w:r>
          </w:p>
        </w:tc>
        <w:tc>
          <w:tcPr>
            <w:tcW w:w="2608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D941B37" w14:textId="77777777" w:rsidR="00EE1C1D" w:rsidRDefault="00EE1C1D"/>
        </w:tc>
        <w:tc>
          <w:tcPr>
            <w:tcW w:w="164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5E4B8D1" w14:textId="77777777" w:rsidR="00EE1C1D" w:rsidRDefault="00EE1C1D"/>
        </w:tc>
        <w:tc>
          <w:tcPr>
            <w:tcW w:w="96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292E75E" w14:textId="77777777" w:rsidR="00EE1C1D" w:rsidRDefault="00EE1C1D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48C2D8E4" w14:textId="77777777" w:rsidR="00EE1C1D" w:rsidRDefault="00EE1C1D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76077133" w14:textId="77777777" w:rsidR="00EE1C1D" w:rsidRDefault="00EE1C1D">
            <w:pPr>
              <w:jc w:val="center"/>
            </w:pPr>
          </w:p>
        </w:tc>
        <w:tc>
          <w:tcPr>
            <w:tcW w:w="147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68EB195" w14:textId="77777777" w:rsidR="00EE1C1D" w:rsidRDefault="00EE1C1D"/>
        </w:tc>
      </w:tr>
      <w:tr w:rsidR="00EE1C1D" w14:paraId="4E4351C7" w14:textId="77777777">
        <w:trPr>
          <w:trHeight w:val="607"/>
        </w:trPr>
        <w:tc>
          <w:tcPr>
            <w:tcW w:w="62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4A1033C9" w14:textId="77777777" w:rsidR="00EE1C1D" w:rsidRDefault="00000000">
            <w:pPr>
              <w:jc w:val="center"/>
            </w:pPr>
            <w:r>
              <w:rPr>
                <w:color w:val="263442"/>
                <w:sz w:val="15"/>
              </w:rPr>
              <w:t>3</w:t>
            </w:r>
          </w:p>
        </w:tc>
        <w:tc>
          <w:tcPr>
            <w:tcW w:w="2608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6A9F95BC" w14:textId="77777777" w:rsidR="00EE1C1D" w:rsidRDefault="00EE1C1D"/>
        </w:tc>
        <w:tc>
          <w:tcPr>
            <w:tcW w:w="164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74046D6" w14:textId="77777777" w:rsidR="00EE1C1D" w:rsidRDefault="00EE1C1D"/>
        </w:tc>
        <w:tc>
          <w:tcPr>
            <w:tcW w:w="96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47EA24AF" w14:textId="77777777" w:rsidR="00EE1C1D" w:rsidRDefault="00EE1C1D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7C8E161A" w14:textId="77777777" w:rsidR="00EE1C1D" w:rsidRDefault="00EE1C1D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71F2DD0D" w14:textId="77777777" w:rsidR="00EE1C1D" w:rsidRDefault="00EE1C1D">
            <w:pPr>
              <w:jc w:val="center"/>
            </w:pPr>
          </w:p>
        </w:tc>
        <w:tc>
          <w:tcPr>
            <w:tcW w:w="147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D173470" w14:textId="77777777" w:rsidR="00EE1C1D" w:rsidRDefault="00EE1C1D"/>
        </w:tc>
      </w:tr>
      <w:tr w:rsidR="00EE1C1D" w14:paraId="3E7B55A8" w14:textId="77777777">
        <w:trPr>
          <w:trHeight w:val="607"/>
        </w:trPr>
        <w:tc>
          <w:tcPr>
            <w:tcW w:w="62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7A515C4" w14:textId="77777777" w:rsidR="00EE1C1D" w:rsidRDefault="00000000">
            <w:pPr>
              <w:jc w:val="center"/>
            </w:pPr>
            <w:r>
              <w:rPr>
                <w:color w:val="263442"/>
                <w:sz w:val="15"/>
              </w:rPr>
              <w:t>4</w:t>
            </w:r>
          </w:p>
        </w:tc>
        <w:tc>
          <w:tcPr>
            <w:tcW w:w="2608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6340A4D7" w14:textId="77777777" w:rsidR="00EE1C1D" w:rsidRDefault="00EE1C1D"/>
        </w:tc>
        <w:tc>
          <w:tcPr>
            <w:tcW w:w="164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4200C57D" w14:textId="77777777" w:rsidR="00EE1C1D" w:rsidRDefault="00EE1C1D"/>
        </w:tc>
        <w:tc>
          <w:tcPr>
            <w:tcW w:w="96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2A53024" w14:textId="77777777" w:rsidR="00EE1C1D" w:rsidRDefault="00EE1C1D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634A5DB" w14:textId="77777777" w:rsidR="00EE1C1D" w:rsidRDefault="00EE1C1D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2CCB6EB1" w14:textId="77777777" w:rsidR="00EE1C1D" w:rsidRDefault="00EE1C1D">
            <w:pPr>
              <w:jc w:val="center"/>
            </w:pPr>
          </w:p>
        </w:tc>
        <w:tc>
          <w:tcPr>
            <w:tcW w:w="147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362559E" w14:textId="77777777" w:rsidR="00EE1C1D" w:rsidRDefault="00EE1C1D"/>
        </w:tc>
      </w:tr>
      <w:tr w:rsidR="00EE1C1D" w14:paraId="5FD12CED" w14:textId="77777777">
        <w:trPr>
          <w:trHeight w:val="607"/>
        </w:trPr>
        <w:tc>
          <w:tcPr>
            <w:tcW w:w="62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C91DDE8" w14:textId="77777777" w:rsidR="00EE1C1D" w:rsidRDefault="00000000">
            <w:pPr>
              <w:jc w:val="center"/>
            </w:pPr>
            <w:r>
              <w:rPr>
                <w:color w:val="263442"/>
                <w:sz w:val="15"/>
              </w:rPr>
              <w:t>5</w:t>
            </w:r>
          </w:p>
        </w:tc>
        <w:tc>
          <w:tcPr>
            <w:tcW w:w="2608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22FAD8E3" w14:textId="77777777" w:rsidR="00EE1C1D" w:rsidRDefault="00EE1C1D"/>
        </w:tc>
        <w:tc>
          <w:tcPr>
            <w:tcW w:w="164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C5F3A82" w14:textId="77777777" w:rsidR="00EE1C1D" w:rsidRDefault="00EE1C1D"/>
        </w:tc>
        <w:tc>
          <w:tcPr>
            <w:tcW w:w="96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C544FFD" w14:textId="77777777" w:rsidR="00EE1C1D" w:rsidRDefault="00EE1C1D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98D70AF" w14:textId="77777777" w:rsidR="00EE1C1D" w:rsidRDefault="00EE1C1D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2289FE6" w14:textId="77777777" w:rsidR="00EE1C1D" w:rsidRDefault="00EE1C1D">
            <w:pPr>
              <w:jc w:val="center"/>
            </w:pPr>
          </w:p>
        </w:tc>
        <w:tc>
          <w:tcPr>
            <w:tcW w:w="147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B8B087B" w14:textId="77777777" w:rsidR="00EE1C1D" w:rsidRDefault="00EE1C1D"/>
        </w:tc>
      </w:tr>
      <w:tr w:rsidR="00EE1C1D" w14:paraId="011C8563" w14:textId="77777777">
        <w:trPr>
          <w:trHeight w:val="607"/>
        </w:trPr>
        <w:tc>
          <w:tcPr>
            <w:tcW w:w="62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76B55C8E" w14:textId="77777777" w:rsidR="00EE1C1D" w:rsidRDefault="00000000">
            <w:pPr>
              <w:jc w:val="center"/>
            </w:pPr>
            <w:r>
              <w:rPr>
                <w:color w:val="263442"/>
                <w:sz w:val="15"/>
              </w:rPr>
              <w:t>6</w:t>
            </w:r>
          </w:p>
        </w:tc>
        <w:tc>
          <w:tcPr>
            <w:tcW w:w="2608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26ACB956" w14:textId="77777777" w:rsidR="00EE1C1D" w:rsidRDefault="00EE1C1D"/>
        </w:tc>
        <w:tc>
          <w:tcPr>
            <w:tcW w:w="164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4B4ED48F" w14:textId="77777777" w:rsidR="00EE1C1D" w:rsidRDefault="00EE1C1D"/>
        </w:tc>
        <w:tc>
          <w:tcPr>
            <w:tcW w:w="96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2A3D5442" w14:textId="77777777" w:rsidR="00EE1C1D" w:rsidRDefault="00EE1C1D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DD62772" w14:textId="77777777" w:rsidR="00EE1C1D" w:rsidRDefault="00EE1C1D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6BB3EE1E" w14:textId="77777777" w:rsidR="00EE1C1D" w:rsidRDefault="00EE1C1D">
            <w:pPr>
              <w:jc w:val="center"/>
            </w:pPr>
          </w:p>
        </w:tc>
        <w:tc>
          <w:tcPr>
            <w:tcW w:w="147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70C2ED75" w14:textId="77777777" w:rsidR="00EE1C1D" w:rsidRDefault="00EE1C1D"/>
        </w:tc>
      </w:tr>
    </w:tbl>
    <w:p w14:paraId="3E35DF63" w14:textId="77777777" w:rsidR="00EE1C1D" w:rsidRDefault="00000000">
      <w:pPr>
        <w:spacing w:before="70" w:after="40"/>
      </w:pPr>
      <w:r>
        <w:rPr>
          <w:b/>
          <w:color w:val="2E6FA8"/>
          <w:sz w:val="20"/>
        </w:rPr>
        <w:t>03  신청 사유 · 사용 목적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14"/>
        <w:gridCol w:w="8504"/>
      </w:tblGrid>
      <w:tr w:rsidR="00EE1C1D" w14:paraId="526A4167" w14:textId="77777777">
        <w:trPr>
          <w:trHeight w:val="1020"/>
        </w:trPr>
        <w:tc>
          <w:tcPr>
            <w:tcW w:w="181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DCEAF6"/>
            <w:vAlign w:val="center"/>
          </w:tcPr>
          <w:p w14:paraId="33C7AA30" w14:textId="77777777" w:rsidR="00EE1C1D" w:rsidRDefault="00000000">
            <w:pPr>
              <w:jc w:val="center"/>
            </w:pPr>
            <w:r>
              <w:rPr>
                <w:b/>
                <w:color w:val="263442"/>
              </w:rPr>
              <w:t>신청 사유</w:t>
            </w:r>
          </w:p>
        </w:tc>
        <w:tc>
          <w:tcPr>
            <w:tcW w:w="850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DD8D4D9" w14:textId="77777777" w:rsidR="00EE1C1D" w:rsidRDefault="00EE1C1D"/>
        </w:tc>
      </w:tr>
      <w:tr w:rsidR="00EE1C1D" w14:paraId="3AC06EEF" w14:textId="77777777">
        <w:trPr>
          <w:trHeight w:val="1020"/>
        </w:trPr>
        <w:tc>
          <w:tcPr>
            <w:tcW w:w="181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DCEAF6"/>
            <w:vAlign w:val="center"/>
          </w:tcPr>
          <w:p w14:paraId="515BEB93" w14:textId="77777777" w:rsidR="00EE1C1D" w:rsidRDefault="00000000">
            <w:pPr>
              <w:jc w:val="center"/>
            </w:pPr>
            <w:r>
              <w:rPr>
                <w:b/>
                <w:color w:val="263442"/>
              </w:rPr>
              <w:t>사용 목적</w:t>
            </w:r>
          </w:p>
        </w:tc>
        <w:tc>
          <w:tcPr>
            <w:tcW w:w="850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4E695A77" w14:textId="77777777" w:rsidR="00EE1C1D" w:rsidRDefault="00EE1C1D"/>
        </w:tc>
      </w:tr>
    </w:tbl>
    <w:p w14:paraId="036C894A" w14:textId="77777777" w:rsidR="00EE1C1D" w:rsidRDefault="00000000">
      <w:pPr>
        <w:spacing w:before="70" w:after="40"/>
      </w:pPr>
      <w:r>
        <w:rPr>
          <w:b/>
          <w:color w:val="2E6FA8"/>
          <w:sz w:val="20"/>
        </w:rPr>
        <w:t>04  기존 비품 · 지급 정보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87"/>
        <w:gridCol w:w="3572"/>
        <w:gridCol w:w="1587"/>
        <w:gridCol w:w="3572"/>
      </w:tblGrid>
      <w:tr w:rsidR="00EE1C1D" w14:paraId="5E1A6978" w14:textId="77777777">
        <w:trPr>
          <w:trHeight w:val="499"/>
        </w:trPr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8F1F9"/>
            <w:vAlign w:val="center"/>
          </w:tcPr>
          <w:p w14:paraId="75DB93C7" w14:textId="77777777" w:rsidR="00EE1C1D" w:rsidRDefault="00000000">
            <w:pPr>
              <w:jc w:val="center"/>
            </w:pPr>
            <w:r>
              <w:rPr>
                <w:b/>
                <w:color w:val="263442"/>
              </w:rPr>
              <w:t>기존비품</w:t>
            </w:r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3C12678" w14:textId="77777777" w:rsidR="00EE1C1D" w:rsidRDefault="00EE1C1D"/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8F1F9"/>
            <w:vAlign w:val="center"/>
          </w:tcPr>
          <w:p w14:paraId="23ED6FBC" w14:textId="77777777" w:rsidR="00EE1C1D" w:rsidRDefault="00000000">
            <w:pPr>
              <w:jc w:val="center"/>
            </w:pPr>
            <w:r>
              <w:rPr>
                <w:b/>
                <w:color w:val="263442"/>
              </w:rPr>
              <w:t>관리번호</w:t>
            </w:r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66E4443B" w14:textId="77777777" w:rsidR="00EE1C1D" w:rsidRDefault="00EE1C1D"/>
        </w:tc>
      </w:tr>
      <w:tr w:rsidR="00EE1C1D" w14:paraId="501DC192" w14:textId="77777777">
        <w:trPr>
          <w:trHeight w:val="499"/>
        </w:trPr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8F1F9"/>
            <w:vAlign w:val="center"/>
          </w:tcPr>
          <w:p w14:paraId="364CF8DC" w14:textId="77777777" w:rsidR="00EE1C1D" w:rsidRDefault="00000000">
            <w:pPr>
              <w:jc w:val="center"/>
            </w:pPr>
            <w:r>
              <w:rPr>
                <w:b/>
                <w:color w:val="263442"/>
              </w:rPr>
              <w:t>지급예정일</w:t>
            </w:r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41F3E8B6" w14:textId="77777777" w:rsidR="00EE1C1D" w:rsidRDefault="00EE1C1D"/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8F1F9"/>
            <w:vAlign w:val="center"/>
          </w:tcPr>
          <w:p w14:paraId="45337152" w14:textId="77777777" w:rsidR="00EE1C1D" w:rsidRDefault="00000000">
            <w:pPr>
              <w:jc w:val="center"/>
            </w:pPr>
            <w:r>
              <w:rPr>
                <w:b/>
                <w:color w:val="263442"/>
              </w:rPr>
              <w:t>지급담당자</w:t>
            </w:r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618F4382" w14:textId="77777777" w:rsidR="00EE1C1D" w:rsidRDefault="00EE1C1D"/>
        </w:tc>
      </w:tr>
    </w:tbl>
    <w:p w14:paraId="2097D4BC" w14:textId="77777777" w:rsidR="00EE1C1D" w:rsidRDefault="00000000">
      <w:pPr>
        <w:spacing w:before="70" w:after="40"/>
      </w:pPr>
      <w:r>
        <w:rPr>
          <w:b/>
          <w:color w:val="2E6FA8"/>
          <w:sz w:val="20"/>
        </w:rPr>
        <w:t>05  검토 · 승인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87"/>
        <w:gridCol w:w="3572"/>
        <w:gridCol w:w="1587"/>
        <w:gridCol w:w="3572"/>
      </w:tblGrid>
      <w:tr w:rsidR="00EE1C1D" w14:paraId="75E57C1F" w14:textId="77777777" w:rsidTr="00F711D9">
        <w:trPr>
          <w:trHeight w:val="483"/>
        </w:trPr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DCEAF6"/>
            <w:vAlign w:val="center"/>
          </w:tcPr>
          <w:p w14:paraId="7BC8E9D7" w14:textId="77777777" w:rsidR="00EE1C1D" w:rsidRDefault="00000000">
            <w:pPr>
              <w:jc w:val="center"/>
            </w:pPr>
            <w:proofErr w:type="spellStart"/>
            <w:r>
              <w:rPr>
                <w:b/>
                <w:color w:val="263442"/>
              </w:rPr>
              <w:t>검토의견</w:t>
            </w:r>
            <w:proofErr w:type="spellEnd"/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65BFCA20" w14:textId="77777777" w:rsidR="00EE1C1D" w:rsidRDefault="00EE1C1D"/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DCEAF6"/>
            <w:vAlign w:val="center"/>
          </w:tcPr>
          <w:p w14:paraId="09BA128F" w14:textId="77777777" w:rsidR="00EE1C1D" w:rsidRDefault="00000000">
            <w:pPr>
              <w:jc w:val="center"/>
            </w:pPr>
            <w:r>
              <w:rPr>
                <w:b/>
                <w:color w:val="263442"/>
              </w:rPr>
              <w:t>승인의견</w:t>
            </w:r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42669EC3" w14:textId="77777777" w:rsidR="00EE1C1D" w:rsidRDefault="00EE1C1D"/>
        </w:tc>
      </w:tr>
      <w:tr w:rsidR="00EE1C1D" w14:paraId="2C56E5AE" w14:textId="77777777" w:rsidTr="00F711D9">
        <w:trPr>
          <w:trHeight w:val="561"/>
        </w:trPr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DCEAF6"/>
            <w:vAlign w:val="center"/>
          </w:tcPr>
          <w:p w14:paraId="7FD7B6EE" w14:textId="77777777" w:rsidR="00EE1C1D" w:rsidRDefault="00000000">
            <w:pPr>
              <w:jc w:val="center"/>
            </w:pPr>
            <w:proofErr w:type="spellStart"/>
            <w:r>
              <w:rPr>
                <w:b/>
                <w:color w:val="263442"/>
              </w:rPr>
              <w:t>검토자</w:t>
            </w:r>
            <w:proofErr w:type="spellEnd"/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191CA77" w14:textId="77777777" w:rsidR="00EE1C1D" w:rsidRDefault="00000000">
            <w:r>
              <w:rPr>
                <w:color w:val="7B8793"/>
              </w:rPr>
              <w:t>성명:                 서명:</w:t>
            </w: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DCEAF6"/>
            <w:vAlign w:val="center"/>
          </w:tcPr>
          <w:p w14:paraId="2110F067" w14:textId="77777777" w:rsidR="00EE1C1D" w:rsidRDefault="00000000">
            <w:pPr>
              <w:jc w:val="center"/>
            </w:pPr>
            <w:r>
              <w:rPr>
                <w:b/>
                <w:color w:val="263442"/>
              </w:rPr>
              <w:t>승인자</w:t>
            </w:r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21E36999" w14:textId="77777777" w:rsidR="00EE1C1D" w:rsidRDefault="00000000">
            <w:r>
              <w:rPr>
                <w:color w:val="7B8793"/>
              </w:rPr>
              <w:t>성명:                 서명:</w:t>
            </w:r>
          </w:p>
        </w:tc>
      </w:tr>
    </w:tbl>
    <w:p w14:paraId="1CB6088C" w14:textId="77777777" w:rsidR="00A9399C" w:rsidRDefault="00A9399C"/>
    <w:sectPr w:rsidR="00A9399C" w:rsidSect="00034616">
      <w:pgSz w:w="11906" w:h="16838"/>
      <w:pgMar w:top="624" w:right="794" w:bottom="567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972140">
    <w:abstractNumId w:val="8"/>
  </w:num>
  <w:num w:numId="2" w16cid:durableId="642391644">
    <w:abstractNumId w:val="6"/>
  </w:num>
  <w:num w:numId="3" w16cid:durableId="1903980673">
    <w:abstractNumId w:val="5"/>
  </w:num>
  <w:num w:numId="4" w16cid:durableId="686177756">
    <w:abstractNumId w:val="4"/>
  </w:num>
  <w:num w:numId="5" w16cid:durableId="238562706">
    <w:abstractNumId w:val="7"/>
  </w:num>
  <w:num w:numId="6" w16cid:durableId="891234826">
    <w:abstractNumId w:val="3"/>
  </w:num>
  <w:num w:numId="7" w16cid:durableId="160512767">
    <w:abstractNumId w:val="2"/>
  </w:num>
  <w:num w:numId="8" w16cid:durableId="1255360053">
    <w:abstractNumId w:val="1"/>
  </w:num>
  <w:num w:numId="9" w16cid:durableId="726611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62318"/>
    <w:rsid w:val="00A9399C"/>
    <w:rsid w:val="00AA1D8D"/>
    <w:rsid w:val="00B47730"/>
    <w:rsid w:val="00CB0664"/>
    <w:rsid w:val="00EE1C1D"/>
    <w:rsid w:val="00F711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E89F68"/>
  <w14:defaultImageDpi w14:val="300"/>
  <w15:docId w15:val="{44D2FA51-76A4-4A66-8E06-B5A44FE3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/>
    </w:pPr>
    <w:rPr>
      <w:rFonts w:ascii="맑은 고딕" w:eastAsia="맑은 고딕" w:hAnsi="맑은 고딕"/>
      <w:sz w:val="16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2026-08-25T06:55:00Z</dcterms:modified>
  <cp:category/>
</cp:coreProperties>
</file>