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A516C" w14:textId="77777777" w:rsidR="00BB4A06" w:rsidRPr="00BB4A06" w:rsidRDefault="00BB4A06">
      <w:pPr>
        <w:spacing w:after="20"/>
        <w:jc w:val="center"/>
        <w:rPr>
          <w:b/>
          <w:szCs w:val="16"/>
          <w:lang w:eastAsia="ko-KR"/>
        </w:rPr>
      </w:pPr>
    </w:p>
    <w:p w14:paraId="78115F14" w14:textId="4703B598" w:rsidR="00C70D4C" w:rsidRDefault="00000000">
      <w:pPr>
        <w:spacing w:after="20"/>
        <w:jc w:val="center"/>
        <w:rPr>
          <w:lang w:eastAsia="ko-KR"/>
        </w:rPr>
      </w:pPr>
      <w:r>
        <w:rPr>
          <w:b/>
          <w:sz w:val="38"/>
          <w:lang w:eastAsia="ko-KR"/>
        </w:rPr>
        <w:t xml:space="preserve">비 </w:t>
      </w:r>
      <w:proofErr w:type="gramStart"/>
      <w:r>
        <w:rPr>
          <w:b/>
          <w:sz w:val="38"/>
          <w:lang w:eastAsia="ko-KR"/>
        </w:rPr>
        <w:t>품  신</w:t>
      </w:r>
      <w:proofErr w:type="gramEnd"/>
      <w:r>
        <w:rPr>
          <w:b/>
          <w:sz w:val="38"/>
          <w:lang w:eastAsia="ko-KR"/>
        </w:rPr>
        <w:t xml:space="preserve"> 청 서</w:t>
      </w:r>
    </w:p>
    <w:p w14:paraId="4D7973A2" w14:textId="77777777" w:rsidR="00C70D4C" w:rsidRDefault="00000000">
      <w:pPr>
        <w:spacing w:after="80"/>
        <w:jc w:val="center"/>
        <w:rPr>
          <w:lang w:eastAsia="ko-KR"/>
        </w:rPr>
      </w:pPr>
      <w:r>
        <w:rPr>
          <w:color w:val="646464"/>
          <w:lang w:eastAsia="ko-KR"/>
        </w:rPr>
        <w:t>업무에 필요한 비품 신청 내용을 정리하는 기본형 서식</w:t>
      </w:r>
    </w:p>
    <w:p w14:paraId="4755E0F2" w14:textId="77777777" w:rsidR="00C70D4C" w:rsidRDefault="00000000">
      <w:pPr>
        <w:spacing w:before="70" w:after="40"/>
      </w:pPr>
      <w:r>
        <w:rPr>
          <w:b/>
          <w:color w:val="222222"/>
          <w:sz w:val="20"/>
        </w:rPr>
        <w:t xml:space="preserve">1. </w:t>
      </w:r>
      <w:proofErr w:type="spellStart"/>
      <w:r>
        <w:rPr>
          <w:b/>
          <w:color w:val="222222"/>
          <w:sz w:val="20"/>
        </w:rPr>
        <w:t>신청</w:t>
      </w:r>
      <w:proofErr w:type="spellEnd"/>
      <w:r>
        <w:rPr>
          <w:b/>
          <w:color w:val="222222"/>
          <w:sz w:val="20"/>
        </w:rPr>
        <w:t xml:space="preserve"> </w:t>
      </w:r>
      <w:proofErr w:type="spellStart"/>
      <w:r>
        <w:rPr>
          <w:b/>
          <w:color w:val="222222"/>
          <w:sz w:val="20"/>
        </w:rPr>
        <w:t>정보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C70D4C" w14:paraId="7563EA5C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4A38E9D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신청부서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1A2E9B0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71EBD7CE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신청자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FC2F5FD" w14:textId="77777777" w:rsidR="00C70D4C" w:rsidRDefault="00C70D4C"/>
        </w:tc>
      </w:tr>
      <w:tr w:rsidR="00C70D4C" w14:paraId="4C2A755C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1522CA94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신청일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2C24CAE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2304A2E7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희망지급일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EA3CC8" w14:textId="77777777" w:rsidR="00C70D4C" w:rsidRDefault="00C70D4C"/>
        </w:tc>
      </w:tr>
      <w:tr w:rsidR="00C70D4C" w14:paraId="633A78F1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13E526D0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사용장소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0EAB9D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22DA8CC4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신청구분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56EFCE" w14:textId="77777777" w:rsidR="00C70D4C" w:rsidRDefault="00C70D4C"/>
        </w:tc>
      </w:tr>
    </w:tbl>
    <w:p w14:paraId="553E9DDA" w14:textId="77777777" w:rsidR="00C70D4C" w:rsidRDefault="00000000">
      <w:pPr>
        <w:spacing w:before="70" w:after="40"/>
      </w:pPr>
      <w:r>
        <w:rPr>
          <w:b/>
          <w:color w:val="222222"/>
          <w:sz w:val="20"/>
        </w:rPr>
        <w:t>2. 신청 비품 내역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24"/>
        <w:gridCol w:w="2608"/>
        <w:gridCol w:w="1644"/>
        <w:gridCol w:w="964"/>
        <w:gridCol w:w="1417"/>
        <w:gridCol w:w="1587"/>
        <w:gridCol w:w="1474"/>
      </w:tblGrid>
      <w:tr w:rsidR="00C70D4C" w14:paraId="272C914C" w14:textId="77777777"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5E3A880A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번호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0681CB4B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비품명</w:t>
            </w:r>
          </w:p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3C609FB0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규격 / 모델</w:t>
            </w:r>
          </w:p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61DAF98E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수량</w:t>
            </w: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28A49587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예상단가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4D0926D2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예상금액</w:t>
            </w: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5E8EB"/>
            <w:vAlign w:val="center"/>
          </w:tcPr>
          <w:p w14:paraId="73232AC4" w14:textId="77777777" w:rsidR="00C70D4C" w:rsidRDefault="00000000">
            <w:pPr>
              <w:jc w:val="center"/>
            </w:pPr>
            <w:r>
              <w:rPr>
                <w:b/>
                <w:color w:val="263442"/>
                <w:sz w:val="15"/>
              </w:rPr>
              <w:t>비고</w:t>
            </w:r>
          </w:p>
        </w:tc>
      </w:tr>
      <w:tr w:rsidR="00C70D4C" w14:paraId="093B8E1D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3CEE041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1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27E2109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BC64730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0A5CC03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390652F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5868A9A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7FF735" w14:textId="77777777" w:rsidR="00C70D4C" w:rsidRDefault="00C70D4C"/>
        </w:tc>
      </w:tr>
      <w:tr w:rsidR="00C70D4C" w14:paraId="1910CFC7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C7AA8D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2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2E6D005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BC71FC5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11A74C5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EFEB037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BBAF131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DC3BC05" w14:textId="77777777" w:rsidR="00C70D4C" w:rsidRDefault="00C70D4C"/>
        </w:tc>
      </w:tr>
      <w:tr w:rsidR="00C70D4C" w14:paraId="5C2F2651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4FFD578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3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5AD1DB5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D597CAC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D10BD1C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633A0EF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5B1A86C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B970888" w14:textId="77777777" w:rsidR="00C70D4C" w:rsidRDefault="00C70D4C"/>
        </w:tc>
      </w:tr>
      <w:tr w:rsidR="00C70D4C" w14:paraId="7634E4C1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17DDD442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4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424B1DB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EC7FC24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920EC42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F14917E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31E6FBB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1B1346C" w14:textId="77777777" w:rsidR="00C70D4C" w:rsidRDefault="00C70D4C"/>
        </w:tc>
      </w:tr>
      <w:tr w:rsidR="00C70D4C" w14:paraId="10C401F9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638B1ED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5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80ECE01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B01CE55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F558824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F54B12F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2F1E2554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28AC568" w14:textId="77777777" w:rsidR="00C70D4C" w:rsidRDefault="00C70D4C"/>
        </w:tc>
      </w:tr>
      <w:tr w:rsidR="00C70D4C" w14:paraId="7A3732DF" w14:textId="77777777">
        <w:trPr>
          <w:trHeight w:val="607"/>
        </w:trPr>
        <w:tc>
          <w:tcPr>
            <w:tcW w:w="62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A8C631B" w14:textId="77777777" w:rsidR="00C70D4C" w:rsidRDefault="00000000">
            <w:pPr>
              <w:jc w:val="center"/>
            </w:pPr>
            <w:r>
              <w:rPr>
                <w:color w:val="263442"/>
                <w:sz w:val="15"/>
              </w:rPr>
              <w:t>6</w:t>
            </w:r>
          </w:p>
        </w:tc>
        <w:tc>
          <w:tcPr>
            <w:tcW w:w="2608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6C2DEC0" w14:textId="77777777" w:rsidR="00C70D4C" w:rsidRDefault="00C70D4C"/>
        </w:tc>
        <w:tc>
          <w:tcPr>
            <w:tcW w:w="164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CE81A5A" w14:textId="77777777" w:rsidR="00C70D4C" w:rsidRDefault="00C70D4C"/>
        </w:tc>
        <w:tc>
          <w:tcPr>
            <w:tcW w:w="96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F47EE25" w14:textId="77777777" w:rsidR="00C70D4C" w:rsidRDefault="00C70D4C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5880098" w14:textId="77777777" w:rsidR="00C70D4C" w:rsidRDefault="00C70D4C">
            <w:pPr>
              <w:jc w:val="center"/>
            </w:pP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D8BAA80" w14:textId="77777777" w:rsidR="00C70D4C" w:rsidRDefault="00C70D4C">
            <w:pPr>
              <w:jc w:val="center"/>
            </w:pPr>
          </w:p>
        </w:tc>
        <w:tc>
          <w:tcPr>
            <w:tcW w:w="147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3218BDD4" w14:textId="77777777" w:rsidR="00C70D4C" w:rsidRDefault="00C70D4C"/>
        </w:tc>
      </w:tr>
    </w:tbl>
    <w:p w14:paraId="32A79271" w14:textId="77777777" w:rsidR="00C70D4C" w:rsidRDefault="00000000">
      <w:pPr>
        <w:spacing w:before="70" w:after="40"/>
      </w:pPr>
      <w:r>
        <w:rPr>
          <w:b/>
          <w:color w:val="222222"/>
          <w:sz w:val="20"/>
        </w:rPr>
        <w:t>3. 신청 사유 / 사용 목적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14"/>
        <w:gridCol w:w="8504"/>
      </w:tblGrid>
      <w:tr w:rsidR="00C70D4C" w14:paraId="32E059F4" w14:textId="77777777">
        <w:trPr>
          <w:trHeight w:val="1020"/>
        </w:trPr>
        <w:tc>
          <w:tcPr>
            <w:tcW w:w="181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1A9D596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신청 사유</w:t>
            </w:r>
          </w:p>
        </w:tc>
        <w:tc>
          <w:tcPr>
            <w:tcW w:w="850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B73C1D8" w14:textId="77777777" w:rsidR="00C70D4C" w:rsidRDefault="00C70D4C"/>
        </w:tc>
      </w:tr>
      <w:tr w:rsidR="00C70D4C" w14:paraId="67CD0AB6" w14:textId="77777777">
        <w:trPr>
          <w:trHeight w:val="1020"/>
        </w:trPr>
        <w:tc>
          <w:tcPr>
            <w:tcW w:w="181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3E7C15A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사용 목적</w:t>
            </w:r>
          </w:p>
        </w:tc>
        <w:tc>
          <w:tcPr>
            <w:tcW w:w="8504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CF1801F" w14:textId="77777777" w:rsidR="00C70D4C" w:rsidRDefault="00C70D4C"/>
        </w:tc>
      </w:tr>
    </w:tbl>
    <w:p w14:paraId="4020E612" w14:textId="77777777" w:rsidR="00C70D4C" w:rsidRDefault="00000000">
      <w:pPr>
        <w:spacing w:before="70" w:after="40"/>
      </w:pPr>
      <w:r>
        <w:rPr>
          <w:b/>
          <w:color w:val="222222"/>
          <w:sz w:val="20"/>
        </w:rPr>
        <w:t>4. 기존 비품 / 지급 정보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C70D4C" w14:paraId="24352978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9272757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기존비품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7E1D1689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3CF66F1F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관리번호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511BAB9" w14:textId="77777777" w:rsidR="00C70D4C" w:rsidRDefault="00C70D4C"/>
        </w:tc>
      </w:tr>
      <w:tr w:rsidR="00C70D4C" w14:paraId="537D7CBE" w14:textId="77777777">
        <w:trPr>
          <w:trHeight w:val="49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2684A767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지급예정일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4A16E6D8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BA2D0CC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지급담당자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60310444" w14:textId="77777777" w:rsidR="00C70D4C" w:rsidRDefault="00C70D4C"/>
        </w:tc>
      </w:tr>
    </w:tbl>
    <w:p w14:paraId="10276F46" w14:textId="77777777" w:rsidR="00C70D4C" w:rsidRDefault="00000000">
      <w:pPr>
        <w:spacing w:before="70" w:after="40"/>
      </w:pPr>
      <w:r>
        <w:rPr>
          <w:b/>
          <w:color w:val="222222"/>
          <w:sz w:val="20"/>
        </w:rPr>
        <w:t>5. 검토 / 승인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87"/>
        <w:gridCol w:w="3572"/>
        <w:gridCol w:w="1587"/>
        <w:gridCol w:w="3572"/>
      </w:tblGrid>
      <w:tr w:rsidR="00C70D4C" w14:paraId="422A501D" w14:textId="77777777" w:rsidTr="00BB4A06">
        <w:trPr>
          <w:trHeight w:val="583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53E499A2" w14:textId="77777777" w:rsidR="00C70D4C" w:rsidRDefault="00000000">
            <w:pPr>
              <w:jc w:val="center"/>
            </w:pPr>
            <w:proofErr w:type="spellStart"/>
            <w:r>
              <w:rPr>
                <w:b/>
                <w:color w:val="263442"/>
              </w:rPr>
              <w:t>검토의견</w:t>
            </w:r>
            <w:proofErr w:type="spellEnd"/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3E6C774" w14:textId="77777777" w:rsidR="00C70D4C" w:rsidRDefault="00C70D4C"/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477E5A52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승인의견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55BE9EF" w14:textId="77777777" w:rsidR="00C70D4C" w:rsidRDefault="00C70D4C"/>
        </w:tc>
      </w:tr>
      <w:tr w:rsidR="00C70D4C" w14:paraId="214088B8" w14:textId="77777777" w:rsidTr="00BB4A06">
        <w:trPr>
          <w:trHeight w:val="549"/>
        </w:trPr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C503DA7" w14:textId="77777777" w:rsidR="00C70D4C" w:rsidRDefault="00000000">
            <w:pPr>
              <w:jc w:val="center"/>
            </w:pPr>
            <w:proofErr w:type="spellStart"/>
            <w:r>
              <w:rPr>
                <w:b/>
                <w:color w:val="263442"/>
              </w:rPr>
              <w:t>검토자</w:t>
            </w:r>
            <w:proofErr w:type="spellEnd"/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5D5A16B1" w14:textId="77777777" w:rsidR="00C70D4C" w:rsidRDefault="00000000">
            <w:r>
              <w:rPr>
                <w:color w:val="7B8793"/>
              </w:rPr>
              <w:t>성명:                 서명:</w:t>
            </w:r>
          </w:p>
        </w:tc>
        <w:tc>
          <w:tcPr>
            <w:tcW w:w="1587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shd w:val="clear" w:color="auto" w:fill="ECEFF2"/>
            <w:vAlign w:val="center"/>
          </w:tcPr>
          <w:p w14:paraId="64257B36" w14:textId="77777777" w:rsidR="00C70D4C" w:rsidRDefault="00000000">
            <w:pPr>
              <w:jc w:val="center"/>
            </w:pPr>
            <w:r>
              <w:rPr>
                <w:b/>
                <w:color w:val="263442"/>
              </w:rPr>
              <w:t>승인자</w:t>
            </w:r>
          </w:p>
        </w:tc>
        <w:tc>
          <w:tcPr>
            <w:tcW w:w="3572" w:type="dxa"/>
            <w:tcBorders>
              <w:top w:val="single" w:sz="6" w:space="0" w:color="BFC6CE"/>
              <w:left w:val="single" w:sz="6" w:space="0" w:color="BFC6CE"/>
              <w:bottom w:val="single" w:sz="6" w:space="0" w:color="BFC6CE"/>
              <w:right w:val="single" w:sz="6" w:space="0" w:color="BFC6CE"/>
            </w:tcBorders>
            <w:vAlign w:val="center"/>
          </w:tcPr>
          <w:p w14:paraId="0CF4AA93" w14:textId="77777777" w:rsidR="00C70D4C" w:rsidRDefault="00000000">
            <w:r>
              <w:rPr>
                <w:color w:val="7B8793"/>
              </w:rPr>
              <w:t>성명:                 서명:</w:t>
            </w:r>
          </w:p>
        </w:tc>
      </w:tr>
    </w:tbl>
    <w:p w14:paraId="43C9C0FA" w14:textId="77777777" w:rsidR="004362F0" w:rsidRDefault="004362F0"/>
    <w:sectPr w:rsidR="004362F0" w:rsidSect="00034616">
      <w:pgSz w:w="11906" w:h="16838"/>
      <w:pgMar w:top="624" w:right="794" w:bottom="567" w:left="79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524593">
    <w:abstractNumId w:val="8"/>
  </w:num>
  <w:num w:numId="2" w16cid:durableId="2006323115">
    <w:abstractNumId w:val="6"/>
  </w:num>
  <w:num w:numId="3" w16cid:durableId="1468816522">
    <w:abstractNumId w:val="5"/>
  </w:num>
  <w:num w:numId="4" w16cid:durableId="486634642">
    <w:abstractNumId w:val="4"/>
  </w:num>
  <w:num w:numId="5" w16cid:durableId="1515998641">
    <w:abstractNumId w:val="7"/>
  </w:num>
  <w:num w:numId="6" w16cid:durableId="1025136551">
    <w:abstractNumId w:val="3"/>
  </w:num>
  <w:num w:numId="7" w16cid:durableId="1507942534">
    <w:abstractNumId w:val="2"/>
  </w:num>
  <w:num w:numId="8" w16cid:durableId="1004743425">
    <w:abstractNumId w:val="1"/>
  </w:num>
  <w:num w:numId="9" w16cid:durableId="1419253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362F0"/>
    <w:rsid w:val="00762318"/>
    <w:rsid w:val="00AA1D8D"/>
    <w:rsid w:val="00B47730"/>
    <w:rsid w:val="00BB4A06"/>
    <w:rsid w:val="00C70D4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D01886"/>
  <w14:defaultImageDpi w14:val="300"/>
  <w15:docId w15:val="{44D2FA51-76A4-4A66-8E06-B5A44FE33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/>
    </w:pPr>
    <w:rPr>
      <w:rFonts w:ascii="맑은 고딕" w:eastAsia="맑은 고딕" w:hAnsi="맑은 고딕"/>
      <w:sz w:val="16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jihye hong</cp:lastModifiedBy>
  <cp:revision>2</cp:revision>
  <dcterms:created xsi:type="dcterms:W3CDTF">2013-12-23T23:15:00Z</dcterms:created>
  <dcterms:modified xsi:type="dcterms:W3CDTF">2026-08-25T06:56:00Z</dcterms:modified>
  <cp:category/>
</cp:coreProperties>
</file>