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B2A93" w14:textId="0CF4B56B" w:rsidR="005C5E6E" w:rsidRDefault="00000000" w:rsidP="00AB4553">
      <w:pPr>
        <w:spacing w:after="40" w:line="240" w:lineRule="auto"/>
        <w:jc w:val="center"/>
        <w:rPr>
          <w:rFonts w:hint="eastAsia"/>
          <w:lang w:eastAsia="ko-KR"/>
        </w:rPr>
      </w:pPr>
      <w:r>
        <w:rPr>
          <w:b/>
          <w:color w:val="1F2937"/>
          <w:sz w:val="40"/>
          <w:lang w:eastAsia="ko-KR"/>
        </w:rPr>
        <w:t>면 접 평 가 표</w:t>
      </w:r>
    </w:p>
    <w:tbl>
      <w:tblPr>
        <w:tblW w:w="10544" w:type="dxa"/>
        <w:jc w:val="center"/>
        <w:tblLayout w:type="fixed"/>
        <w:tblLook w:val="04A0" w:firstRow="1" w:lastRow="0" w:firstColumn="1" w:lastColumn="0" w:noHBand="0" w:noVBand="1"/>
      </w:tblPr>
      <w:tblGrid>
        <w:gridCol w:w="1530"/>
        <w:gridCol w:w="3742"/>
        <w:gridCol w:w="1530"/>
        <w:gridCol w:w="3742"/>
      </w:tblGrid>
      <w:tr w:rsidR="005C5E6E" w14:paraId="77BC3639" w14:textId="77777777" w:rsidTr="00AB4553">
        <w:trPr>
          <w:trHeight w:val="352"/>
          <w:jc w:val="center"/>
        </w:trPr>
        <w:tc>
          <w:tcPr>
            <w:tcW w:w="153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EAF0F6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43DD1F59" w14:textId="77777777" w:rsidR="005C5E6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222222"/>
                <w:sz w:val="17"/>
              </w:rPr>
              <w:t>지원자</w:t>
            </w:r>
            <w:proofErr w:type="spellEnd"/>
          </w:p>
        </w:tc>
        <w:tc>
          <w:tcPr>
            <w:tcW w:w="3741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15086563" w14:textId="77777777" w:rsidR="005C5E6E" w:rsidRDefault="005C5E6E">
            <w:pPr>
              <w:spacing w:after="0"/>
            </w:pPr>
          </w:p>
        </w:tc>
        <w:tc>
          <w:tcPr>
            <w:tcW w:w="153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EAF0F6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7E264873" w14:textId="77777777" w:rsidR="005C5E6E" w:rsidRDefault="00000000">
            <w:pPr>
              <w:spacing w:after="0" w:line="240" w:lineRule="auto"/>
              <w:jc w:val="center"/>
            </w:pPr>
            <w:r>
              <w:rPr>
                <w:b/>
                <w:color w:val="222222"/>
                <w:sz w:val="17"/>
              </w:rPr>
              <w:t>지원 직무</w:t>
            </w:r>
          </w:p>
        </w:tc>
        <w:tc>
          <w:tcPr>
            <w:tcW w:w="3741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1DB65A8B" w14:textId="77777777" w:rsidR="005C5E6E" w:rsidRDefault="005C5E6E">
            <w:pPr>
              <w:spacing w:after="0"/>
            </w:pPr>
          </w:p>
        </w:tc>
      </w:tr>
      <w:tr w:rsidR="005C5E6E" w14:paraId="6D756B33" w14:textId="77777777" w:rsidTr="00AB4553">
        <w:trPr>
          <w:trHeight w:val="318"/>
          <w:jc w:val="center"/>
        </w:trPr>
        <w:tc>
          <w:tcPr>
            <w:tcW w:w="153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EAF0F6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0A791D99" w14:textId="77777777" w:rsidR="005C5E6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222222"/>
                <w:sz w:val="17"/>
              </w:rPr>
              <w:t>면접일</w:t>
            </w:r>
            <w:proofErr w:type="spellEnd"/>
          </w:p>
        </w:tc>
        <w:tc>
          <w:tcPr>
            <w:tcW w:w="3741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637137D8" w14:textId="77777777" w:rsidR="005C5E6E" w:rsidRDefault="005C5E6E">
            <w:pPr>
              <w:spacing w:after="0"/>
            </w:pPr>
          </w:p>
        </w:tc>
        <w:tc>
          <w:tcPr>
            <w:tcW w:w="153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EAF0F6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09783B54" w14:textId="77777777" w:rsidR="005C5E6E" w:rsidRDefault="00000000">
            <w:pPr>
              <w:spacing w:after="0" w:line="240" w:lineRule="auto"/>
              <w:jc w:val="center"/>
            </w:pPr>
            <w:r>
              <w:rPr>
                <w:b/>
                <w:color w:val="222222"/>
                <w:sz w:val="17"/>
              </w:rPr>
              <w:t>면접 구분</w:t>
            </w:r>
          </w:p>
        </w:tc>
        <w:tc>
          <w:tcPr>
            <w:tcW w:w="3741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6488C188" w14:textId="77777777" w:rsidR="005C5E6E" w:rsidRDefault="005C5E6E">
            <w:pPr>
              <w:spacing w:after="0"/>
            </w:pPr>
          </w:p>
        </w:tc>
      </w:tr>
      <w:tr w:rsidR="005C5E6E" w14:paraId="6A011A9A" w14:textId="77777777" w:rsidTr="00AB4553">
        <w:trPr>
          <w:trHeight w:val="312"/>
          <w:jc w:val="center"/>
        </w:trPr>
        <w:tc>
          <w:tcPr>
            <w:tcW w:w="153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EAF0F6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4C9E79D7" w14:textId="77777777" w:rsidR="005C5E6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222222"/>
                <w:sz w:val="17"/>
              </w:rPr>
              <w:t>면접관</w:t>
            </w:r>
            <w:proofErr w:type="spellEnd"/>
          </w:p>
        </w:tc>
        <w:tc>
          <w:tcPr>
            <w:tcW w:w="3741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76B4FFC0" w14:textId="77777777" w:rsidR="005C5E6E" w:rsidRDefault="005C5E6E">
            <w:pPr>
              <w:spacing w:after="0"/>
            </w:pPr>
          </w:p>
        </w:tc>
        <w:tc>
          <w:tcPr>
            <w:tcW w:w="153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EAF0F6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18C45001" w14:textId="77777777" w:rsidR="005C5E6E" w:rsidRDefault="00000000">
            <w:pPr>
              <w:spacing w:after="0" w:line="240" w:lineRule="auto"/>
              <w:jc w:val="center"/>
            </w:pPr>
            <w:r>
              <w:rPr>
                <w:b/>
                <w:color w:val="222222"/>
                <w:sz w:val="17"/>
              </w:rPr>
              <w:t>소속 / 직위</w:t>
            </w:r>
          </w:p>
        </w:tc>
        <w:tc>
          <w:tcPr>
            <w:tcW w:w="3741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3E3DF587" w14:textId="77777777" w:rsidR="005C5E6E" w:rsidRDefault="005C5E6E">
            <w:pPr>
              <w:spacing w:after="0"/>
            </w:pPr>
          </w:p>
        </w:tc>
      </w:tr>
    </w:tbl>
    <w:p w14:paraId="476668A0" w14:textId="77777777" w:rsidR="005C5E6E" w:rsidRDefault="00000000">
      <w:pPr>
        <w:spacing w:before="100" w:after="60" w:line="240" w:lineRule="auto"/>
      </w:pPr>
      <w:r>
        <w:rPr>
          <w:b/>
          <w:color w:val="274C77"/>
          <w:sz w:val="21"/>
        </w:rPr>
        <w:t xml:space="preserve">1. </w:t>
      </w:r>
      <w:proofErr w:type="spellStart"/>
      <w:r>
        <w:rPr>
          <w:b/>
          <w:color w:val="274C77"/>
          <w:sz w:val="21"/>
        </w:rPr>
        <w:t>세부</w:t>
      </w:r>
      <w:proofErr w:type="spellEnd"/>
      <w:r>
        <w:rPr>
          <w:b/>
          <w:color w:val="274C77"/>
          <w:sz w:val="21"/>
        </w:rPr>
        <w:t xml:space="preserve"> </w:t>
      </w:r>
      <w:proofErr w:type="spellStart"/>
      <w:r>
        <w:rPr>
          <w:b/>
          <w:color w:val="274C77"/>
          <w:sz w:val="21"/>
        </w:rPr>
        <w:t>평가</w:t>
      </w:r>
      <w:proofErr w:type="spellEnd"/>
    </w:p>
    <w:tbl>
      <w:tblPr>
        <w:tblW w:w="10544" w:type="dxa"/>
        <w:jc w:val="center"/>
        <w:tblLayout w:type="fixed"/>
        <w:tblLook w:val="04A0" w:firstRow="1" w:lastRow="0" w:firstColumn="1" w:lastColumn="0" w:noHBand="0" w:noVBand="1"/>
      </w:tblPr>
      <w:tblGrid>
        <w:gridCol w:w="1417"/>
        <w:gridCol w:w="3572"/>
        <w:gridCol w:w="850"/>
        <w:gridCol w:w="850"/>
        <w:gridCol w:w="850"/>
        <w:gridCol w:w="3005"/>
      </w:tblGrid>
      <w:tr w:rsidR="005C5E6E" w14:paraId="7B9EC4D1" w14:textId="77777777">
        <w:trPr>
          <w:trHeight w:val="566"/>
          <w:jc w:val="center"/>
        </w:trPr>
        <w:tc>
          <w:tcPr>
            <w:tcW w:w="1417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DCE6F1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3EC8A46E" w14:textId="77777777" w:rsidR="005C5E6E" w:rsidRDefault="00000000">
            <w:pPr>
              <w:spacing w:after="0" w:line="240" w:lineRule="auto"/>
              <w:jc w:val="center"/>
            </w:pPr>
            <w:r>
              <w:rPr>
                <w:b/>
                <w:color w:val="222222"/>
                <w:sz w:val="15"/>
              </w:rPr>
              <w:t>평가 항목</w:t>
            </w:r>
          </w:p>
        </w:tc>
        <w:tc>
          <w:tcPr>
            <w:tcW w:w="3571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DCE6F1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3258F5CA" w14:textId="77777777" w:rsidR="005C5E6E" w:rsidRDefault="00000000">
            <w:pPr>
              <w:spacing w:after="0" w:line="240" w:lineRule="auto"/>
              <w:jc w:val="center"/>
            </w:pPr>
            <w:r>
              <w:rPr>
                <w:b/>
                <w:color w:val="222222"/>
                <w:sz w:val="15"/>
              </w:rPr>
              <w:t>평가 기준</w:t>
            </w:r>
          </w:p>
        </w:tc>
        <w:tc>
          <w:tcPr>
            <w:tcW w:w="85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DCE6F1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19DA1A74" w14:textId="77777777" w:rsidR="005C5E6E" w:rsidRDefault="00000000">
            <w:pPr>
              <w:spacing w:after="0" w:line="240" w:lineRule="auto"/>
              <w:jc w:val="center"/>
            </w:pPr>
            <w:r>
              <w:rPr>
                <w:b/>
                <w:color w:val="222222"/>
                <w:sz w:val="15"/>
              </w:rPr>
              <w:t>배점</w:t>
            </w:r>
          </w:p>
        </w:tc>
        <w:tc>
          <w:tcPr>
            <w:tcW w:w="85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DCE6F1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5F35A656" w14:textId="77777777" w:rsidR="005C5E6E" w:rsidRDefault="00000000">
            <w:pPr>
              <w:spacing w:after="0" w:line="240" w:lineRule="auto"/>
              <w:jc w:val="center"/>
            </w:pPr>
            <w:r>
              <w:rPr>
                <w:b/>
                <w:color w:val="222222"/>
                <w:sz w:val="15"/>
              </w:rPr>
              <w:t>1차</w:t>
            </w:r>
          </w:p>
        </w:tc>
        <w:tc>
          <w:tcPr>
            <w:tcW w:w="85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DCE6F1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283B150C" w14:textId="77777777" w:rsidR="005C5E6E" w:rsidRDefault="00000000">
            <w:pPr>
              <w:spacing w:after="0" w:line="240" w:lineRule="auto"/>
              <w:jc w:val="center"/>
            </w:pPr>
            <w:r>
              <w:rPr>
                <w:b/>
                <w:color w:val="222222"/>
                <w:sz w:val="15"/>
              </w:rPr>
              <w:t>2차</w:t>
            </w:r>
          </w:p>
        </w:tc>
        <w:tc>
          <w:tcPr>
            <w:tcW w:w="3004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DCE6F1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7DA34519" w14:textId="77777777" w:rsidR="005C5E6E" w:rsidRDefault="00000000">
            <w:pPr>
              <w:spacing w:after="0" w:line="240" w:lineRule="auto"/>
              <w:jc w:val="center"/>
            </w:pPr>
            <w:r>
              <w:rPr>
                <w:b/>
                <w:color w:val="222222"/>
                <w:sz w:val="15"/>
              </w:rPr>
              <w:t>평가 메모</w:t>
            </w:r>
          </w:p>
        </w:tc>
      </w:tr>
      <w:tr w:rsidR="005C5E6E" w14:paraId="37EF3460" w14:textId="77777777" w:rsidTr="00AB4553">
        <w:trPr>
          <w:trHeight w:val="212"/>
          <w:jc w:val="center"/>
        </w:trPr>
        <w:tc>
          <w:tcPr>
            <w:tcW w:w="1417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14F18622" w14:textId="77777777" w:rsidR="005C5E6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222222"/>
                <w:sz w:val="14"/>
              </w:rPr>
              <w:t>직무</w:t>
            </w:r>
            <w:proofErr w:type="spellEnd"/>
            <w:r>
              <w:rPr>
                <w:b/>
                <w:color w:val="222222"/>
                <w:sz w:val="14"/>
              </w:rPr>
              <w:t xml:space="preserve"> </w:t>
            </w:r>
            <w:proofErr w:type="spellStart"/>
            <w:r>
              <w:rPr>
                <w:b/>
                <w:color w:val="222222"/>
                <w:sz w:val="14"/>
              </w:rPr>
              <w:t>전문성</w:t>
            </w:r>
            <w:proofErr w:type="spellEnd"/>
          </w:p>
        </w:tc>
        <w:tc>
          <w:tcPr>
            <w:tcW w:w="3571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10B371BD" w14:textId="77777777" w:rsidR="005C5E6E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color w:val="222222"/>
                <w:sz w:val="14"/>
                <w:lang w:eastAsia="ko-KR"/>
              </w:rPr>
              <w:t>직무 지식 및 실무 수행 가능성</w:t>
            </w:r>
          </w:p>
        </w:tc>
        <w:tc>
          <w:tcPr>
            <w:tcW w:w="85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4F1F19A7" w14:textId="77777777" w:rsidR="005C5E6E" w:rsidRDefault="00000000">
            <w:pPr>
              <w:spacing w:after="0" w:line="240" w:lineRule="auto"/>
              <w:jc w:val="center"/>
            </w:pPr>
            <w:r>
              <w:rPr>
                <w:color w:val="222222"/>
                <w:sz w:val="14"/>
              </w:rPr>
              <w:t>15</w:t>
            </w:r>
          </w:p>
        </w:tc>
        <w:tc>
          <w:tcPr>
            <w:tcW w:w="85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77280C22" w14:textId="77777777" w:rsidR="005C5E6E" w:rsidRDefault="005C5E6E">
            <w:pPr>
              <w:spacing w:after="0"/>
            </w:pPr>
          </w:p>
        </w:tc>
        <w:tc>
          <w:tcPr>
            <w:tcW w:w="85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566666D7" w14:textId="77777777" w:rsidR="005C5E6E" w:rsidRDefault="005C5E6E">
            <w:pPr>
              <w:spacing w:after="0"/>
            </w:pPr>
          </w:p>
        </w:tc>
        <w:tc>
          <w:tcPr>
            <w:tcW w:w="3004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318434ED" w14:textId="77777777" w:rsidR="005C5E6E" w:rsidRDefault="005C5E6E">
            <w:pPr>
              <w:spacing w:after="0"/>
            </w:pPr>
          </w:p>
        </w:tc>
      </w:tr>
      <w:tr w:rsidR="005C5E6E" w14:paraId="1BD46304" w14:textId="77777777" w:rsidTr="00AB4553">
        <w:trPr>
          <w:trHeight w:val="319"/>
          <w:jc w:val="center"/>
        </w:trPr>
        <w:tc>
          <w:tcPr>
            <w:tcW w:w="1417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6EB91D44" w14:textId="77777777" w:rsidR="005C5E6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222222"/>
                <w:sz w:val="14"/>
              </w:rPr>
              <w:t>관련</w:t>
            </w:r>
            <w:proofErr w:type="spellEnd"/>
            <w:r>
              <w:rPr>
                <w:b/>
                <w:color w:val="222222"/>
                <w:sz w:val="14"/>
              </w:rPr>
              <w:t xml:space="preserve"> </w:t>
            </w:r>
            <w:proofErr w:type="spellStart"/>
            <w:r>
              <w:rPr>
                <w:b/>
                <w:color w:val="222222"/>
                <w:sz w:val="14"/>
              </w:rPr>
              <w:t>경험</w:t>
            </w:r>
            <w:proofErr w:type="spellEnd"/>
          </w:p>
        </w:tc>
        <w:tc>
          <w:tcPr>
            <w:tcW w:w="3571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4EA4A41A" w14:textId="77777777" w:rsidR="005C5E6E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color w:val="222222"/>
                <w:sz w:val="14"/>
                <w:lang w:eastAsia="ko-KR"/>
              </w:rPr>
              <w:t>프로젝트·경력의 직무 연관성</w:t>
            </w:r>
          </w:p>
        </w:tc>
        <w:tc>
          <w:tcPr>
            <w:tcW w:w="85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1D385097" w14:textId="77777777" w:rsidR="005C5E6E" w:rsidRDefault="00000000">
            <w:pPr>
              <w:spacing w:after="0" w:line="240" w:lineRule="auto"/>
              <w:jc w:val="center"/>
            </w:pPr>
            <w:r>
              <w:rPr>
                <w:color w:val="222222"/>
                <w:sz w:val="14"/>
              </w:rPr>
              <w:t>15</w:t>
            </w:r>
          </w:p>
        </w:tc>
        <w:tc>
          <w:tcPr>
            <w:tcW w:w="85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14786DDA" w14:textId="77777777" w:rsidR="005C5E6E" w:rsidRDefault="005C5E6E">
            <w:pPr>
              <w:spacing w:after="0"/>
            </w:pPr>
          </w:p>
        </w:tc>
        <w:tc>
          <w:tcPr>
            <w:tcW w:w="85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6B1AF220" w14:textId="77777777" w:rsidR="005C5E6E" w:rsidRDefault="005C5E6E">
            <w:pPr>
              <w:spacing w:after="0"/>
            </w:pPr>
          </w:p>
        </w:tc>
        <w:tc>
          <w:tcPr>
            <w:tcW w:w="3004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03C79CBB" w14:textId="77777777" w:rsidR="005C5E6E" w:rsidRDefault="005C5E6E">
            <w:pPr>
              <w:spacing w:after="0"/>
            </w:pPr>
          </w:p>
        </w:tc>
      </w:tr>
      <w:tr w:rsidR="005C5E6E" w14:paraId="5132487B" w14:textId="77777777" w:rsidTr="00AB4553">
        <w:trPr>
          <w:trHeight w:val="329"/>
          <w:jc w:val="center"/>
        </w:trPr>
        <w:tc>
          <w:tcPr>
            <w:tcW w:w="1417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3DE742F5" w14:textId="77777777" w:rsidR="005C5E6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222222"/>
                <w:sz w:val="14"/>
              </w:rPr>
              <w:t>문제해결력</w:t>
            </w:r>
            <w:proofErr w:type="spellEnd"/>
          </w:p>
        </w:tc>
        <w:tc>
          <w:tcPr>
            <w:tcW w:w="3571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6C0074D0" w14:textId="77777777" w:rsidR="005C5E6E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color w:val="222222"/>
                <w:sz w:val="14"/>
                <w:lang w:eastAsia="ko-KR"/>
              </w:rPr>
              <w:t>문제 분석과 해결안 제시 능력</w:t>
            </w:r>
          </w:p>
        </w:tc>
        <w:tc>
          <w:tcPr>
            <w:tcW w:w="85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688E3829" w14:textId="77777777" w:rsidR="005C5E6E" w:rsidRDefault="00000000">
            <w:pPr>
              <w:spacing w:after="0" w:line="240" w:lineRule="auto"/>
              <w:jc w:val="center"/>
            </w:pPr>
            <w:r>
              <w:rPr>
                <w:color w:val="222222"/>
                <w:sz w:val="14"/>
              </w:rPr>
              <w:t>15</w:t>
            </w:r>
          </w:p>
        </w:tc>
        <w:tc>
          <w:tcPr>
            <w:tcW w:w="85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330D6C9D" w14:textId="77777777" w:rsidR="005C5E6E" w:rsidRDefault="005C5E6E">
            <w:pPr>
              <w:spacing w:after="0"/>
            </w:pPr>
          </w:p>
        </w:tc>
        <w:tc>
          <w:tcPr>
            <w:tcW w:w="85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250C9635" w14:textId="77777777" w:rsidR="005C5E6E" w:rsidRDefault="005C5E6E">
            <w:pPr>
              <w:spacing w:after="0"/>
            </w:pPr>
          </w:p>
        </w:tc>
        <w:tc>
          <w:tcPr>
            <w:tcW w:w="3004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6EEB3A8E" w14:textId="77777777" w:rsidR="005C5E6E" w:rsidRDefault="005C5E6E">
            <w:pPr>
              <w:spacing w:after="0"/>
            </w:pPr>
          </w:p>
        </w:tc>
      </w:tr>
      <w:tr w:rsidR="005C5E6E" w14:paraId="10A1D7E4" w14:textId="77777777" w:rsidTr="00AB4553">
        <w:trPr>
          <w:trHeight w:val="279"/>
          <w:jc w:val="center"/>
        </w:trPr>
        <w:tc>
          <w:tcPr>
            <w:tcW w:w="1417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111369EF" w14:textId="77777777" w:rsidR="005C5E6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222222"/>
                <w:sz w:val="14"/>
              </w:rPr>
              <w:t>의사소통</w:t>
            </w:r>
            <w:proofErr w:type="spellEnd"/>
          </w:p>
        </w:tc>
        <w:tc>
          <w:tcPr>
            <w:tcW w:w="3571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30D3A1BC" w14:textId="77777777" w:rsidR="005C5E6E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color w:val="222222"/>
                <w:sz w:val="14"/>
                <w:lang w:eastAsia="ko-KR"/>
              </w:rPr>
              <w:t>질문 이해, 표현력, 논리성</w:t>
            </w:r>
          </w:p>
        </w:tc>
        <w:tc>
          <w:tcPr>
            <w:tcW w:w="85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41F06DB5" w14:textId="77777777" w:rsidR="005C5E6E" w:rsidRDefault="00000000">
            <w:pPr>
              <w:spacing w:after="0" w:line="240" w:lineRule="auto"/>
              <w:jc w:val="center"/>
            </w:pPr>
            <w:r>
              <w:rPr>
                <w:color w:val="222222"/>
                <w:sz w:val="14"/>
              </w:rPr>
              <w:t>10</w:t>
            </w:r>
          </w:p>
        </w:tc>
        <w:tc>
          <w:tcPr>
            <w:tcW w:w="85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3FAD8C60" w14:textId="77777777" w:rsidR="005C5E6E" w:rsidRDefault="005C5E6E">
            <w:pPr>
              <w:spacing w:after="0"/>
            </w:pPr>
          </w:p>
        </w:tc>
        <w:tc>
          <w:tcPr>
            <w:tcW w:w="85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7FEF0D9F" w14:textId="77777777" w:rsidR="005C5E6E" w:rsidRDefault="005C5E6E">
            <w:pPr>
              <w:spacing w:after="0"/>
            </w:pPr>
          </w:p>
        </w:tc>
        <w:tc>
          <w:tcPr>
            <w:tcW w:w="3004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10EA894C" w14:textId="77777777" w:rsidR="005C5E6E" w:rsidRDefault="005C5E6E">
            <w:pPr>
              <w:spacing w:after="0"/>
            </w:pPr>
          </w:p>
        </w:tc>
      </w:tr>
      <w:tr w:rsidR="005C5E6E" w14:paraId="4FB9F155" w14:textId="77777777" w:rsidTr="00AB4553">
        <w:trPr>
          <w:trHeight w:val="104"/>
          <w:jc w:val="center"/>
        </w:trPr>
        <w:tc>
          <w:tcPr>
            <w:tcW w:w="1417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2BE410E8" w14:textId="77777777" w:rsidR="005C5E6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222222"/>
                <w:sz w:val="14"/>
              </w:rPr>
              <w:t>협업</w:t>
            </w:r>
            <w:proofErr w:type="spellEnd"/>
            <w:r>
              <w:rPr>
                <w:b/>
                <w:color w:val="222222"/>
                <w:sz w:val="14"/>
              </w:rPr>
              <w:t xml:space="preserve"> </w:t>
            </w:r>
            <w:proofErr w:type="spellStart"/>
            <w:r>
              <w:rPr>
                <w:b/>
                <w:color w:val="222222"/>
                <w:sz w:val="14"/>
              </w:rPr>
              <w:t>역량</w:t>
            </w:r>
            <w:proofErr w:type="spellEnd"/>
          </w:p>
        </w:tc>
        <w:tc>
          <w:tcPr>
            <w:tcW w:w="3571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67696E45" w14:textId="77777777" w:rsidR="005C5E6E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color w:val="222222"/>
                <w:sz w:val="14"/>
                <w:lang w:eastAsia="ko-KR"/>
              </w:rPr>
              <w:t>팀워크·갈등 조정·협업 태도</w:t>
            </w:r>
          </w:p>
        </w:tc>
        <w:tc>
          <w:tcPr>
            <w:tcW w:w="85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52B82CAD" w14:textId="77777777" w:rsidR="005C5E6E" w:rsidRDefault="00000000">
            <w:pPr>
              <w:spacing w:after="0" w:line="240" w:lineRule="auto"/>
              <w:jc w:val="center"/>
            </w:pPr>
            <w:r>
              <w:rPr>
                <w:color w:val="222222"/>
                <w:sz w:val="14"/>
              </w:rPr>
              <w:t>10</w:t>
            </w:r>
          </w:p>
        </w:tc>
        <w:tc>
          <w:tcPr>
            <w:tcW w:w="85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7E96B9FE" w14:textId="77777777" w:rsidR="005C5E6E" w:rsidRDefault="005C5E6E">
            <w:pPr>
              <w:spacing w:after="0"/>
            </w:pPr>
          </w:p>
        </w:tc>
        <w:tc>
          <w:tcPr>
            <w:tcW w:w="85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776A3A9C" w14:textId="77777777" w:rsidR="005C5E6E" w:rsidRDefault="005C5E6E">
            <w:pPr>
              <w:spacing w:after="0"/>
            </w:pPr>
          </w:p>
        </w:tc>
        <w:tc>
          <w:tcPr>
            <w:tcW w:w="3004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41575DE5" w14:textId="77777777" w:rsidR="005C5E6E" w:rsidRDefault="005C5E6E">
            <w:pPr>
              <w:spacing w:after="0"/>
            </w:pPr>
          </w:p>
        </w:tc>
      </w:tr>
      <w:tr w:rsidR="005C5E6E" w14:paraId="044B58E9" w14:textId="77777777" w:rsidTr="00AB4553">
        <w:trPr>
          <w:trHeight w:val="84"/>
          <w:jc w:val="center"/>
        </w:trPr>
        <w:tc>
          <w:tcPr>
            <w:tcW w:w="1417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2B6C2D3C" w14:textId="77777777" w:rsidR="005C5E6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222222"/>
                <w:sz w:val="14"/>
              </w:rPr>
              <w:t>책임감·태도</w:t>
            </w:r>
            <w:proofErr w:type="spellEnd"/>
          </w:p>
        </w:tc>
        <w:tc>
          <w:tcPr>
            <w:tcW w:w="3571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70102B17" w14:textId="77777777" w:rsidR="005C5E6E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color w:val="222222"/>
                <w:sz w:val="14"/>
                <w:lang w:eastAsia="ko-KR"/>
              </w:rPr>
              <w:t>업무 태도, 성실성, 책임의식</w:t>
            </w:r>
          </w:p>
        </w:tc>
        <w:tc>
          <w:tcPr>
            <w:tcW w:w="85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3751F875" w14:textId="77777777" w:rsidR="005C5E6E" w:rsidRDefault="00000000">
            <w:pPr>
              <w:spacing w:after="0" w:line="240" w:lineRule="auto"/>
              <w:jc w:val="center"/>
            </w:pPr>
            <w:r>
              <w:rPr>
                <w:color w:val="222222"/>
                <w:sz w:val="14"/>
              </w:rPr>
              <w:t>10</w:t>
            </w:r>
          </w:p>
        </w:tc>
        <w:tc>
          <w:tcPr>
            <w:tcW w:w="85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5EB577F2" w14:textId="77777777" w:rsidR="005C5E6E" w:rsidRDefault="005C5E6E">
            <w:pPr>
              <w:spacing w:after="0"/>
            </w:pPr>
          </w:p>
        </w:tc>
        <w:tc>
          <w:tcPr>
            <w:tcW w:w="85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72C757C7" w14:textId="77777777" w:rsidR="005C5E6E" w:rsidRDefault="005C5E6E">
            <w:pPr>
              <w:spacing w:after="0"/>
            </w:pPr>
          </w:p>
        </w:tc>
        <w:tc>
          <w:tcPr>
            <w:tcW w:w="3004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647F5777" w14:textId="77777777" w:rsidR="005C5E6E" w:rsidRDefault="005C5E6E">
            <w:pPr>
              <w:spacing w:after="0"/>
            </w:pPr>
          </w:p>
        </w:tc>
      </w:tr>
      <w:tr w:rsidR="005C5E6E" w14:paraId="69188DA8" w14:textId="77777777" w:rsidTr="00AB4553">
        <w:trPr>
          <w:trHeight w:val="205"/>
          <w:jc w:val="center"/>
        </w:trPr>
        <w:tc>
          <w:tcPr>
            <w:tcW w:w="1417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599E8C9A" w14:textId="77777777" w:rsidR="005C5E6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222222"/>
                <w:sz w:val="14"/>
              </w:rPr>
              <w:t>지원동기</w:t>
            </w:r>
            <w:proofErr w:type="spellEnd"/>
          </w:p>
        </w:tc>
        <w:tc>
          <w:tcPr>
            <w:tcW w:w="3571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3284E55C" w14:textId="77777777" w:rsidR="005C5E6E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color w:val="222222"/>
                <w:sz w:val="14"/>
                <w:lang w:eastAsia="ko-KR"/>
              </w:rPr>
              <w:t>회사·직무에 대한 지원 의지</w:t>
            </w:r>
          </w:p>
        </w:tc>
        <w:tc>
          <w:tcPr>
            <w:tcW w:w="85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2F5FC61A" w14:textId="77777777" w:rsidR="005C5E6E" w:rsidRDefault="00000000">
            <w:pPr>
              <w:spacing w:after="0" w:line="240" w:lineRule="auto"/>
              <w:jc w:val="center"/>
            </w:pPr>
            <w:r>
              <w:rPr>
                <w:color w:val="222222"/>
                <w:sz w:val="14"/>
              </w:rPr>
              <w:t>10</w:t>
            </w:r>
          </w:p>
        </w:tc>
        <w:tc>
          <w:tcPr>
            <w:tcW w:w="85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083F9875" w14:textId="77777777" w:rsidR="005C5E6E" w:rsidRDefault="005C5E6E">
            <w:pPr>
              <w:spacing w:after="0"/>
            </w:pPr>
          </w:p>
        </w:tc>
        <w:tc>
          <w:tcPr>
            <w:tcW w:w="85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0AC87F26" w14:textId="77777777" w:rsidR="005C5E6E" w:rsidRDefault="005C5E6E">
            <w:pPr>
              <w:spacing w:after="0"/>
            </w:pPr>
          </w:p>
        </w:tc>
        <w:tc>
          <w:tcPr>
            <w:tcW w:w="3004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48C28296" w14:textId="77777777" w:rsidR="005C5E6E" w:rsidRDefault="005C5E6E">
            <w:pPr>
              <w:spacing w:after="0"/>
            </w:pPr>
          </w:p>
        </w:tc>
      </w:tr>
      <w:tr w:rsidR="005C5E6E" w14:paraId="341F5FBC" w14:textId="77777777" w:rsidTr="00AB4553">
        <w:trPr>
          <w:trHeight w:val="171"/>
          <w:jc w:val="center"/>
        </w:trPr>
        <w:tc>
          <w:tcPr>
            <w:tcW w:w="1417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6DFF45B6" w14:textId="77777777" w:rsidR="005C5E6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222222"/>
                <w:sz w:val="14"/>
              </w:rPr>
              <w:t>성장</w:t>
            </w:r>
            <w:proofErr w:type="spellEnd"/>
            <w:r>
              <w:rPr>
                <w:b/>
                <w:color w:val="222222"/>
                <w:sz w:val="14"/>
              </w:rPr>
              <w:t xml:space="preserve"> </w:t>
            </w:r>
            <w:proofErr w:type="spellStart"/>
            <w:r>
              <w:rPr>
                <w:b/>
                <w:color w:val="222222"/>
                <w:sz w:val="14"/>
              </w:rPr>
              <w:t>가능성</w:t>
            </w:r>
            <w:proofErr w:type="spellEnd"/>
          </w:p>
        </w:tc>
        <w:tc>
          <w:tcPr>
            <w:tcW w:w="3571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75225598" w14:textId="77777777" w:rsidR="005C5E6E" w:rsidRDefault="00000000">
            <w:pPr>
              <w:spacing w:after="0" w:line="240" w:lineRule="auto"/>
              <w:rPr>
                <w:lang w:eastAsia="ko-KR"/>
              </w:rPr>
            </w:pPr>
            <w:r>
              <w:rPr>
                <w:color w:val="222222"/>
                <w:sz w:val="14"/>
                <w:lang w:eastAsia="ko-KR"/>
              </w:rPr>
              <w:t>학습 의지와 향후 발전 가능성</w:t>
            </w:r>
          </w:p>
        </w:tc>
        <w:tc>
          <w:tcPr>
            <w:tcW w:w="85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413A9970" w14:textId="77777777" w:rsidR="005C5E6E" w:rsidRDefault="00000000">
            <w:pPr>
              <w:spacing w:after="0" w:line="240" w:lineRule="auto"/>
              <w:jc w:val="center"/>
            </w:pPr>
            <w:r>
              <w:rPr>
                <w:color w:val="222222"/>
                <w:sz w:val="14"/>
              </w:rPr>
              <w:t>15</w:t>
            </w:r>
          </w:p>
        </w:tc>
        <w:tc>
          <w:tcPr>
            <w:tcW w:w="85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001D22DA" w14:textId="77777777" w:rsidR="005C5E6E" w:rsidRDefault="005C5E6E">
            <w:pPr>
              <w:spacing w:after="0"/>
            </w:pPr>
          </w:p>
        </w:tc>
        <w:tc>
          <w:tcPr>
            <w:tcW w:w="85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78CEAB68" w14:textId="77777777" w:rsidR="005C5E6E" w:rsidRDefault="005C5E6E">
            <w:pPr>
              <w:spacing w:after="0"/>
            </w:pPr>
          </w:p>
        </w:tc>
        <w:tc>
          <w:tcPr>
            <w:tcW w:w="3004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2B92A70D" w14:textId="77777777" w:rsidR="005C5E6E" w:rsidRDefault="005C5E6E">
            <w:pPr>
              <w:spacing w:after="0"/>
            </w:pPr>
          </w:p>
        </w:tc>
      </w:tr>
    </w:tbl>
    <w:p w14:paraId="32A88A1C" w14:textId="77777777" w:rsidR="005C5E6E" w:rsidRDefault="00000000">
      <w:pPr>
        <w:spacing w:before="100" w:after="60" w:line="240" w:lineRule="auto"/>
      </w:pPr>
      <w:r>
        <w:rPr>
          <w:b/>
          <w:color w:val="274C77"/>
          <w:sz w:val="21"/>
        </w:rPr>
        <w:t xml:space="preserve">2. </w:t>
      </w:r>
      <w:proofErr w:type="spellStart"/>
      <w:r>
        <w:rPr>
          <w:b/>
          <w:color w:val="274C77"/>
          <w:sz w:val="21"/>
        </w:rPr>
        <w:t>질문</w:t>
      </w:r>
      <w:proofErr w:type="spellEnd"/>
      <w:r>
        <w:rPr>
          <w:b/>
          <w:color w:val="274C77"/>
          <w:sz w:val="21"/>
        </w:rPr>
        <w:t xml:space="preserve"> 및 </w:t>
      </w:r>
      <w:proofErr w:type="spellStart"/>
      <w:r>
        <w:rPr>
          <w:b/>
          <w:color w:val="274C77"/>
          <w:sz w:val="21"/>
        </w:rPr>
        <w:t>주요</w:t>
      </w:r>
      <w:proofErr w:type="spellEnd"/>
      <w:r>
        <w:rPr>
          <w:b/>
          <w:color w:val="274C77"/>
          <w:sz w:val="21"/>
        </w:rPr>
        <w:t xml:space="preserve"> 답변 메모</w:t>
      </w:r>
    </w:p>
    <w:tbl>
      <w:tblPr>
        <w:tblW w:w="10544" w:type="dxa"/>
        <w:jc w:val="center"/>
        <w:tblLayout w:type="fixed"/>
        <w:tblLook w:val="04A0" w:firstRow="1" w:lastRow="0" w:firstColumn="1" w:lastColumn="0" w:noHBand="0" w:noVBand="1"/>
      </w:tblPr>
      <w:tblGrid>
        <w:gridCol w:w="2040"/>
        <w:gridCol w:w="8504"/>
      </w:tblGrid>
      <w:tr w:rsidR="005C5E6E" w14:paraId="555453EB" w14:textId="77777777" w:rsidTr="00AB4553">
        <w:trPr>
          <w:trHeight w:val="509"/>
          <w:jc w:val="center"/>
        </w:trPr>
        <w:tc>
          <w:tcPr>
            <w:tcW w:w="204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EAF0F6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06C733B6" w14:textId="77777777" w:rsidR="005C5E6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222222"/>
                <w:sz w:val="16"/>
              </w:rPr>
              <w:t>주요</w:t>
            </w:r>
            <w:proofErr w:type="spellEnd"/>
            <w:r>
              <w:rPr>
                <w:b/>
                <w:color w:val="222222"/>
                <w:sz w:val="16"/>
              </w:rPr>
              <w:t xml:space="preserve"> </w:t>
            </w:r>
            <w:proofErr w:type="spellStart"/>
            <w:r>
              <w:rPr>
                <w:b/>
                <w:color w:val="222222"/>
                <w:sz w:val="16"/>
              </w:rPr>
              <w:t>확인</w:t>
            </w:r>
            <w:proofErr w:type="spellEnd"/>
            <w:r>
              <w:rPr>
                <w:b/>
                <w:color w:val="222222"/>
                <w:sz w:val="16"/>
              </w:rPr>
              <w:t xml:space="preserve"> </w:t>
            </w:r>
            <w:proofErr w:type="spellStart"/>
            <w:r>
              <w:rPr>
                <w:b/>
                <w:color w:val="222222"/>
                <w:sz w:val="16"/>
              </w:rPr>
              <w:t>질문</w:t>
            </w:r>
            <w:proofErr w:type="spellEnd"/>
          </w:p>
        </w:tc>
        <w:tc>
          <w:tcPr>
            <w:tcW w:w="8503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231770EF" w14:textId="77777777" w:rsidR="005C5E6E" w:rsidRDefault="005C5E6E">
            <w:pPr>
              <w:spacing w:after="0"/>
            </w:pPr>
          </w:p>
        </w:tc>
      </w:tr>
      <w:tr w:rsidR="005C5E6E" w14:paraId="70F19EAB" w14:textId="77777777" w:rsidTr="00AB4553">
        <w:trPr>
          <w:trHeight w:val="477"/>
          <w:jc w:val="center"/>
        </w:trPr>
        <w:tc>
          <w:tcPr>
            <w:tcW w:w="204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EAF0F6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1F244912" w14:textId="77777777" w:rsidR="005C5E6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222222"/>
                <w:sz w:val="16"/>
              </w:rPr>
              <w:t>답변</w:t>
            </w:r>
            <w:proofErr w:type="spellEnd"/>
            <w:r>
              <w:rPr>
                <w:b/>
                <w:color w:val="222222"/>
                <w:sz w:val="16"/>
              </w:rPr>
              <w:t xml:space="preserve"> </w:t>
            </w:r>
            <w:proofErr w:type="spellStart"/>
            <w:r>
              <w:rPr>
                <w:b/>
                <w:color w:val="222222"/>
                <w:sz w:val="16"/>
              </w:rPr>
              <w:t>핵심</w:t>
            </w:r>
            <w:proofErr w:type="spellEnd"/>
          </w:p>
        </w:tc>
        <w:tc>
          <w:tcPr>
            <w:tcW w:w="8503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4E140431" w14:textId="77777777" w:rsidR="005C5E6E" w:rsidRDefault="005C5E6E">
            <w:pPr>
              <w:spacing w:after="0"/>
            </w:pPr>
          </w:p>
        </w:tc>
      </w:tr>
      <w:tr w:rsidR="005C5E6E" w14:paraId="57C354D1" w14:textId="77777777" w:rsidTr="00AB4553">
        <w:trPr>
          <w:trHeight w:val="473"/>
          <w:jc w:val="center"/>
        </w:trPr>
        <w:tc>
          <w:tcPr>
            <w:tcW w:w="2040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EAF0F6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00610248" w14:textId="77777777" w:rsidR="005C5E6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222222"/>
                <w:sz w:val="16"/>
              </w:rPr>
              <w:t>추가</w:t>
            </w:r>
            <w:proofErr w:type="spellEnd"/>
            <w:r>
              <w:rPr>
                <w:b/>
                <w:color w:val="222222"/>
                <w:sz w:val="16"/>
              </w:rPr>
              <w:t xml:space="preserve"> </w:t>
            </w:r>
            <w:proofErr w:type="spellStart"/>
            <w:r>
              <w:rPr>
                <w:b/>
                <w:color w:val="222222"/>
                <w:sz w:val="16"/>
              </w:rPr>
              <w:t>확인사항</w:t>
            </w:r>
            <w:proofErr w:type="spellEnd"/>
          </w:p>
        </w:tc>
        <w:tc>
          <w:tcPr>
            <w:tcW w:w="8503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24A136E2" w14:textId="77777777" w:rsidR="005C5E6E" w:rsidRDefault="005C5E6E">
            <w:pPr>
              <w:spacing w:after="0"/>
            </w:pPr>
          </w:p>
        </w:tc>
      </w:tr>
    </w:tbl>
    <w:p w14:paraId="7B99C08C" w14:textId="77777777" w:rsidR="005C5E6E" w:rsidRDefault="00000000">
      <w:pPr>
        <w:spacing w:before="100" w:after="60" w:line="240" w:lineRule="auto"/>
      </w:pPr>
      <w:r>
        <w:rPr>
          <w:b/>
          <w:color w:val="274C77"/>
          <w:sz w:val="21"/>
        </w:rPr>
        <w:t xml:space="preserve">3. </w:t>
      </w:r>
      <w:proofErr w:type="spellStart"/>
      <w:r>
        <w:rPr>
          <w:b/>
          <w:color w:val="274C77"/>
          <w:sz w:val="21"/>
        </w:rPr>
        <w:t>종합</w:t>
      </w:r>
      <w:proofErr w:type="spellEnd"/>
      <w:r>
        <w:rPr>
          <w:b/>
          <w:color w:val="274C77"/>
          <w:sz w:val="21"/>
        </w:rPr>
        <w:t xml:space="preserve"> </w:t>
      </w:r>
      <w:proofErr w:type="spellStart"/>
      <w:r>
        <w:rPr>
          <w:b/>
          <w:color w:val="274C77"/>
          <w:sz w:val="21"/>
        </w:rPr>
        <w:t>결과</w:t>
      </w:r>
      <w:proofErr w:type="spellEnd"/>
    </w:p>
    <w:tbl>
      <w:tblPr>
        <w:tblW w:w="10544" w:type="dxa"/>
        <w:jc w:val="center"/>
        <w:tblLayout w:type="fixed"/>
        <w:tblLook w:val="04A0" w:firstRow="1" w:lastRow="0" w:firstColumn="1" w:lastColumn="0" w:noHBand="0" w:noVBand="1"/>
      </w:tblPr>
      <w:tblGrid>
        <w:gridCol w:w="1927"/>
        <w:gridCol w:w="3345"/>
        <w:gridCol w:w="1927"/>
        <w:gridCol w:w="3345"/>
      </w:tblGrid>
      <w:tr w:rsidR="005C5E6E" w14:paraId="4302C8E8" w14:textId="77777777" w:rsidTr="00AB4553">
        <w:trPr>
          <w:trHeight w:val="246"/>
          <w:jc w:val="center"/>
        </w:trPr>
        <w:tc>
          <w:tcPr>
            <w:tcW w:w="1927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EAF0F6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547CA6E8" w14:textId="77777777" w:rsidR="005C5E6E" w:rsidRDefault="00000000">
            <w:pPr>
              <w:spacing w:after="0" w:line="240" w:lineRule="auto"/>
              <w:jc w:val="center"/>
            </w:pPr>
            <w:r>
              <w:rPr>
                <w:b/>
                <w:color w:val="222222"/>
                <w:sz w:val="16"/>
              </w:rPr>
              <w:t xml:space="preserve">1차 </w:t>
            </w:r>
            <w:proofErr w:type="spellStart"/>
            <w:r>
              <w:rPr>
                <w:b/>
                <w:color w:val="222222"/>
                <w:sz w:val="16"/>
              </w:rPr>
              <w:t>총점</w:t>
            </w:r>
            <w:proofErr w:type="spellEnd"/>
          </w:p>
        </w:tc>
        <w:tc>
          <w:tcPr>
            <w:tcW w:w="3344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4D1BE96C" w14:textId="77777777" w:rsidR="005C5E6E" w:rsidRDefault="005C5E6E">
            <w:pPr>
              <w:spacing w:after="0"/>
            </w:pPr>
          </w:p>
        </w:tc>
        <w:tc>
          <w:tcPr>
            <w:tcW w:w="1927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EAF0F6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42D6B797" w14:textId="77777777" w:rsidR="005C5E6E" w:rsidRDefault="00000000">
            <w:pPr>
              <w:spacing w:after="0" w:line="240" w:lineRule="auto"/>
              <w:jc w:val="center"/>
            </w:pPr>
            <w:r>
              <w:rPr>
                <w:b/>
                <w:color w:val="222222"/>
                <w:sz w:val="16"/>
              </w:rPr>
              <w:t>2차 총점</w:t>
            </w:r>
          </w:p>
        </w:tc>
        <w:tc>
          <w:tcPr>
            <w:tcW w:w="3344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424DF026" w14:textId="77777777" w:rsidR="005C5E6E" w:rsidRDefault="005C5E6E">
            <w:pPr>
              <w:spacing w:after="0"/>
            </w:pPr>
          </w:p>
        </w:tc>
      </w:tr>
      <w:tr w:rsidR="005C5E6E" w14:paraId="668DFB24" w14:textId="77777777" w:rsidTr="00AB4553">
        <w:trPr>
          <w:trHeight w:val="354"/>
          <w:jc w:val="center"/>
        </w:trPr>
        <w:tc>
          <w:tcPr>
            <w:tcW w:w="1927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EAF0F6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5CE243B9" w14:textId="77777777" w:rsidR="005C5E6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222222"/>
                <w:sz w:val="16"/>
              </w:rPr>
              <w:t>최종</w:t>
            </w:r>
            <w:proofErr w:type="spellEnd"/>
            <w:r>
              <w:rPr>
                <w:b/>
                <w:color w:val="222222"/>
                <w:sz w:val="16"/>
              </w:rPr>
              <w:t xml:space="preserve"> </w:t>
            </w:r>
            <w:proofErr w:type="spellStart"/>
            <w:r>
              <w:rPr>
                <w:b/>
                <w:color w:val="222222"/>
                <w:sz w:val="16"/>
              </w:rPr>
              <w:t>결과</w:t>
            </w:r>
            <w:proofErr w:type="spellEnd"/>
          </w:p>
        </w:tc>
        <w:tc>
          <w:tcPr>
            <w:tcW w:w="3344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6F4CE912" w14:textId="77777777" w:rsidR="005C5E6E" w:rsidRDefault="005C5E6E">
            <w:pPr>
              <w:spacing w:after="0"/>
            </w:pPr>
          </w:p>
        </w:tc>
        <w:tc>
          <w:tcPr>
            <w:tcW w:w="1927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EAF0F6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749641B6" w14:textId="77777777" w:rsidR="005C5E6E" w:rsidRDefault="00000000">
            <w:pPr>
              <w:spacing w:after="0" w:line="240" w:lineRule="auto"/>
              <w:jc w:val="center"/>
            </w:pPr>
            <w:r>
              <w:rPr>
                <w:b/>
                <w:color w:val="222222"/>
                <w:sz w:val="16"/>
              </w:rPr>
              <w:t>채용 추천</w:t>
            </w:r>
          </w:p>
        </w:tc>
        <w:tc>
          <w:tcPr>
            <w:tcW w:w="3344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4363CBCB" w14:textId="77777777" w:rsidR="005C5E6E" w:rsidRDefault="005C5E6E">
            <w:pPr>
              <w:spacing w:after="0"/>
            </w:pPr>
          </w:p>
        </w:tc>
      </w:tr>
      <w:tr w:rsidR="005C5E6E" w14:paraId="7A9B090E" w14:textId="77777777" w:rsidTr="00AB4553">
        <w:trPr>
          <w:trHeight w:val="631"/>
          <w:jc w:val="center"/>
        </w:trPr>
        <w:tc>
          <w:tcPr>
            <w:tcW w:w="1927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EAF0F6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6FE89075" w14:textId="77777777" w:rsidR="005C5E6E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222222"/>
                <w:sz w:val="16"/>
              </w:rPr>
              <w:t>종합</w:t>
            </w:r>
            <w:proofErr w:type="spellEnd"/>
            <w:r>
              <w:rPr>
                <w:b/>
                <w:color w:val="222222"/>
                <w:sz w:val="16"/>
              </w:rPr>
              <w:t xml:space="preserve"> </w:t>
            </w:r>
            <w:proofErr w:type="spellStart"/>
            <w:r>
              <w:rPr>
                <w:b/>
                <w:color w:val="222222"/>
                <w:sz w:val="16"/>
              </w:rPr>
              <w:t>의견</w:t>
            </w:r>
            <w:proofErr w:type="spellEnd"/>
          </w:p>
        </w:tc>
        <w:tc>
          <w:tcPr>
            <w:tcW w:w="3344" w:type="dxa"/>
            <w:gridSpan w:val="3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47FAC66C" w14:textId="77777777" w:rsidR="005C5E6E" w:rsidRDefault="005C5E6E">
            <w:pPr>
              <w:spacing w:after="0"/>
            </w:pPr>
          </w:p>
        </w:tc>
      </w:tr>
    </w:tbl>
    <w:p w14:paraId="28B7468A" w14:textId="77777777" w:rsidR="005C5E6E" w:rsidRDefault="00000000">
      <w:pPr>
        <w:spacing w:before="100" w:after="60" w:line="240" w:lineRule="auto"/>
      </w:pPr>
      <w:r>
        <w:rPr>
          <w:b/>
          <w:color w:val="274C77"/>
          <w:sz w:val="21"/>
        </w:rPr>
        <w:t xml:space="preserve">4. </w:t>
      </w:r>
      <w:proofErr w:type="spellStart"/>
      <w:r>
        <w:rPr>
          <w:b/>
          <w:color w:val="274C77"/>
          <w:sz w:val="21"/>
        </w:rPr>
        <w:t>면접관</w:t>
      </w:r>
      <w:proofErr w:type="spellEnd"/>
      <w:r>
        <w:rPr>
          <w:b/>
          <w:color w:val="274C77"/>
          <w:sz w:val="21"/>
        </w:rPr>
        <w:t xml:space="preserve"> </w:t>
      </w:r>
      <w:proofErr w:type="spellStart"/>
      <w:r>
        <w:rPr>
          <w:b/>
          <w:color w:val="274C77"/>
          <w:sz w:val="21"/>
        </w:rPr>
        <w:t>확인</w:t>
      </w:r>
      <w:proofErr w:type="spellEnd"/>
    </w:p>
    <w:tbl>
      <w:tblPr>
        <w:tblW w:w="10544" w:type="dxa"/>
        <w:jc w:val="center"/>
        <w:tblLayout w:type="fixed"/>
        <w:tblLook w:val="04A0" w:firstRow="1" w:lastRow="0" w:firstColumn="1" w:lastColumn="0" w:noHBand="0" w:noVBand="1"/>
      </w:tblPr>
      <w:tblGrid>
        <w:gridCol w:w="1927"/>
        <w:gridCol w:w="3345"/>
        <w:gridCol w:w="1927"/>
        <w:gridCol w:w="3345"/>
      </w:tblGrid>
      <w:tr w:rsidR="005C5E6E" w14:paraId="7F4C4CC7" w14:textId="77777777">
        <w:trPr>
          <w:trHeight w:val="623"/>
          <w:jc w:val="center"/>
        </w:trPr>
        <w:tc>
          <w:tcPr>
            <w:tcW w:w="1927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EAF0F6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1A19D7B4" w14:textId="77777777" w:rsidR="005C5E6E" w:rsidRDefault="00000000">
            <w:pPr>
              <w:spacing w:after="0" w:line="240" w:lineRule="auto"/>
              <w:jc w:val="center"/>
            </w:pPr>
            <w:r>
              <w:rPr>
                <w:b/>
                <w:color w:val="222222"/>
                <w:sz w:val="16"/>
              </w:rPr>
              <w:t>면접관</w:t>
            </w:r>
          </w:p>
        </w:tc>
        <w:tc>
          <w:tcPr>
            <w:tcW w:w="3344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6C74D760" w14:textId="77777777" w:rsidR="005C5E6E" w:rsidRDefault="005C5E6E">
            <w:pPr>
              <w:spacing w:after="0"/>
            </w:pPr>
          </w:p>
        </w:tc>
        <w:tc>
          <w:tcPr>
            <w:tcW w:w="1927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shd w:val="clear" w:color="auto" w:fill="EAF0F6"/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5977668C" w14:textId="77777777" w:rsidR="005C5E6E" w:rsidRDefault="00000000">
            <w:pPr>
              <w:spacing w:after="0" w:line="240" w:lineRule="auto"/>
              <w:jc w:val="center"/>
            </w:pPr>
            <w:r>
              <w:rPr>
                <w:b/>
                <w:color w:val="222222"/>
                <w:sz w:val="16"/>
              </w:rPr>
              <w:t>작성일</w:t>
            </w:r>
          </w:p>
        </w:tc>
        <w:tc>
          <w:tcPr>
            <w:tcW w:w="3344" w:type="dxa"/>
            <w:tcBorders>
              <w:top w:val="single" w:sz="6" w:space="0" w:color="9FA6AE"/>
              <w:left w:val="single" w:sz="6" w:space="0" w:color="9FA6AE"/>
              <w:bottom w:val="single" w:sz="6" w:space="0" w:color="9FA6AE"/>
              <w:right w:val="single" w:sz="6" w:space="0" w:color="9FA6AE"/>
            </w:tcBorders>
            <w:tcMar>
              <w:top w:w="110" w:type="dxa"/>
              <w:left w:w="90" w:type="dxa"/>
              <w:bottom w:w="110" w:type="dxa"/>
              <w:right w:w="90" w:type="dxa"/>
            </w:tcMar>
            <w:vAlign w:val="center"/>
          </w:tcPr>
          <w:p w14:paraId="54A5FF9F" w14:textId="77777777" w:rsidR="005C5E6E" w:rsidRDefault="005C5E6E">
            <w:pPr>
              <w:spacing w:after="0"/>
            </w:pPr>
          </w:p>
        </w:tc>
      </w:tr>
    </w:tbl>
    <w:p w14:paraId="2D2A5C37" w14:textId="77777777" w:rsidR="005C5E6E" w:rsidRDefault="00000000">
      <w:pPr>
        <w:spacing w:before="80" w:after="0" w:line="240" w:lineRule="auto"/>
        <w:rPr>
          <w:lang w:eastAsia="ko-KR"/>
        </w:rPr>
      </w:pPr>
      <w:r>
        <w:rPr>
          <w:color w:val="6B7280"/>
          <w:sz w:val="14"/>
          <w:lang w:eastAsia="ko-KR"/>
        </w:rPr>
        <w:t>※ 1차·2차 면접을 한 문서에서 비교할 수 있도록 구성한 예시입니다. 필요에 따라 평가 항목과 배점을 수정하세요.</w:t>
      </w:r>
    </w:p>
    <w:sectPr w:rsidR="005C5E6E" w:rsidSect="00034616">
      <w:pgSz w:w="11906" w:h="16838"/>
      <w:pgMar w:top="510" w:right="680" w:bottom="51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44669668">
    <w:abstractNumId w:val="8"/>
  </w:num>
  <w:num w:numId="2" w16cid:durableId="1211307486">
    <w:abstractNumId w:val="6"/>
  </w:num>
  <w:num w:numId="3" w16cid:durableId="592974818">
    <w:abstractNumId w:val="5"/>
  </w:num>
  <w:num w:numId="4" w16cid:durableId="304894840">
    <w:abstractNumId w:val="4"/>
  </w:num>
  <w:num w:numId="5" w16cid:durableId="144513635">
    <w:abstractNumId w:val="7"/>
  </w:num>
  <w:num w:numId="6" w16cid:durableId="2121950109">
    <w:abstractNumId w:val="3"/>
  </w:num>
  <w:num w:numId="7" w16cid:durableId="1798521936">
    <w:abstractNumId w:val="2"/>
  </w:num>
  <w:num w:numId="8" w16cid:durableId="1340279306">
    <w:abstractNumId w:val="1"/>
  </w:num>
  <w:num w:numId="9" w16cid:durableId="701133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D55A9"/>
    <w:rsid w:val="005C5E6E"/>
    <w:rsid w:val="00AA1D8D"/>
    <w:rsid w:val="00AB4553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CCA7A0"/>
  <w14:defaultImageDpi w14:val="300"/>
  <w15:docId w15:val="{8FF9C2C6-7888-47E5-8EBA-8C602E30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2026-08-19T08:12:00Z</dcterms:modified>
  <cp:category/>
</cp:coreProperties>
</file>