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8357" w14:textId="77777777" w:rsidR="00CE4F67" w:rsidRPr="00CE4F67" w:rsidRDefault="00CE4F67">
      <w:pPr>
        <w:spacing w:after="40" w:line="240" w:lineRule="auto"/>
        <w:jc w:val="center"/>
        <w:rPr>
          <w:b/>
          <w:color w:val="1F2937"/>
          <w:sz w:val="16"/>
          <w:szCs w:val="16"/>
          <w:lang w:eastAsia="ko-KR"/>
        </w:rPr>
      </w:pPr>
    </w:p>
    <w:p w14:paraId="10A1CC9B" w14:textId="3785D83E" w:rsidR="00322F34" w:rsidRDefault="00000000">
      <w:pPr>
        <w:spacing w:after="40" w:line="240" w:lineRule="auto"/>
        <w:jc w:val="center"/>
        <w:rPr>
          <w:lang w:eastAsia="ko-KR"/>
        </w:rPr>
      </w:pPr>
      <w:r>
        <w:rPr>
          <w:b/>
          <w:color w:val="1F2937"/>
          <w:sz w:val="40"/>
          <w:lang w:eastAsia="ko-KR"/>
        </w:rPr>
        <w:t>면 접 평 가 표</w:t>
      </w:r>
    </w:p>
    <w:p w14:paraId="2A32FE8C" w14:textId="77777777" w:rsidR="00322F34" w:rsidRDefault="00000000">
      <w:pPr>
        <w:spacing w:after="60" w:line="240" w:lineRule="auto"/>
        <w:jc w:val="center"/>
        <w:rPr>
          <w:lang w:eastAsia="ko-KR"/>
        </w:rPr>
      </w:pPr>
      <w:r>
        <w:rPr>
          <w:color w:val="6B7280"/>
          <w:sz w:val="17"/>
          <w:lang w:eastAsia="ko-KR"/>
        </w:rPr>
        <w:t>지원자의 직무 적합성과 면접 결과를 항목별로 평가하는 기본 서식</w:t>
      </w:r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3742"/>
        <w:gridCol w:w="1530"/>
        <w:gridCol w:w="3742"/>
      </w:tblGrid>
      <w:tr w:rsidR="00322F34" w14:paraId="2F363856" w14:textId="77777777" w:rsidTr="00CE4F67">
        <w:trPr>
          <w:trHeight w:val="352"/>
          <w:jc w:val="center"/>
        </w:trPr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15C0918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7"/>
              </w:rPr>
              <w:t>지원자</w:t>
            </w:r>
            <w:proofErr w:type="spellEnd"/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2D59517" w14:textId="77777777" w:rsidR="00322F34" w:rsidRDefault="00322F34">
            <w:pPr>
              <w:spacing w:after="0"/>
            </w:pPr>
          </w:p>
        </w:tc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6C5761D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7"/>
              </w:rPr>
              <w:t>지원 직무</w:t>
            </w:r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05104E9" w14:textId="77777777" w:rsidR="00322F34" w:rsidRDefault="00322F34">
            <w:pPr>
              <w:spacing w:after="0"/>
            </w:pPr>
          </w:p>
        </w:tc>
      </w:tr>
      <w:tr w:rsidR="00322F34" w14:paraId="3384CA11" w14:textId="77777777" w:rsidTr="00CE4F67">
        <w:trPr>
          <w:trHeight w:val="318"/>
          <w:jc w:val="center"/>
        </w:trPr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E1BFEFA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7"/>
              </w:rPr>
              <w:t>면접일</w:t>
            </w:r>
            <w:proofErr w:type="spellEnd"/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3119E74" w14:textId="77777777" w:rsidR="00322F34" w:rsidRDefault="00322F34">
            <w:pPr>
              <w:spacing w:after="0"/>
            </w:pPr>
          </w:p>
        </w:tc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5F8959D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7"/>
              </w:rPr>
              <w:t>면접 구분</w:t>
            </w:r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C90A131" w14:textId="77777777" w:rsidR="00322F34" w:rsidRDefault="00322F34">
            <w:pPr>
              <w:spacing w:after="0"/>
            </w:pPr>
          </w:p>
        </w:tc>
      </w:tr>
      <w:tr w:rsidR="00322F34" w14:paraId="591DBA97" w14:textId="77777777" w:rsidTr="00CE4F67">
        <w:trPr>
          <w:trHeight w:val="15"/>
          <w:jc w:val="center"/>
        </w:trPr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848ABEC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7"/>
              </w:rPr>
              <w:t>면접관</w:t>
            </w:r>
            <w:proofErr w:type="spellEnd"/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6F8239F" w14:textId="77777777" w:rsidR="00322F34" w:rsidRDefault="00322F34">
            <w:pPr>
              <w:spacing w:after="0"/>
            </w:pPr>
          </w:p>
        </w:tc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87B6F04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7"/>
              </w:rPr>
              <w:t>소속 / 직위</w:t>
            </w:r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25EC7A5" w14:textId="77777777" w:rsidR="00322F34" w:rsidRDefault="00322F34">
            <w:pPr>
              <w:spacing w:after="0"/>
            </w:pPr>
          </w:p>
        </w:tc>
      </w:tr>
    </w:tbl>
    <w:p w14:paraId="648C0ECA" w14:textId="77777777" w:rsidR="00322F34" w:rsidRDefault="00000000">
      <w:pPr>
        <w:spacing w:before="100" w:after="60" w:line="240" w:lineRule="auto"/>
      </w:pPr>
      <w:r>
        <w:rPr>
          <w:b/>
          <w:color w:val="374151"/>
          <w:sz w:val="21"/>
        </w:rPr>
        <w:t xml:space="preserve">1. </w:t>
      </w:r>
      <w:proofErr w:type="spellStart"/>
      <w:r>
        <w:rPr>
          <w:b/>
          <w:color w:val="374151"/>
          <w:sz w:val="21"/>
        </w:rPr>
        <w:t>평가</w:t>
      </w:r>
      <w:proofErr w:type="spellEnd"/>
      <w:r>
        <w:rPr>
          <w:b/>
          <w:color w:val="374151"/>
          <w:sz w:val="21"/>
        </w:rPr>
        <w:t xml:space="preserve"> </w:t>
      </w:r>
      <w:proofErr w:type="spellStart"/>
      <w:r>
        <w:rPr>
          <w:b/>
          <w:color w:val="374151"/>
          <w:sz w:val="21"/>
        </w:rPr>
        <w:t>항목</w:t>
      </w:r>
      <w:proofErr w:type="spellEnd"/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4082"/>
        <w:gridCol w:w="1020"/>
        <w:gridCol w:w="1020"/>
        <w:gridCol w:w="2722"/>
      </w:tblGrid>
      <w:tr w:rsidR="00322F34" w14:paraId="31DC3A28" w14:textId="77777777">
        <w:trPr>
          <w:trHeight w:val="595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5E7EB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C2056B6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평가 항목</w:t>
            </w:r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5E7EB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FAB8392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평가 기준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5E7EB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1E350D4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배점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5E7EB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8A0B838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점수</w:t>
            </w: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5E7EB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8C82910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면접관 메모</w:t>
            </w:r>
          </w:p>
        </w:tc>
      </w:tr>
      <w:tr w:rsidR="00322F34" w14:paraId="13ED3EC6" w14:textId="77777777" w:rsidTr="00CE4F67">
        <w:trPr>
          <w:trHeight w:val="467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8AFE75F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5"/>
              </w:rPr>
              <w:t>직무</w:t>
            </w:r>
            <w:proofErr w:type="spellEnd"/>
            <w:r>
              <w:rPr>
                <w:b/>
                <w:color w:val="222222"/>
                <w:sz w:val="15"/>
              </w:rPr>
              <w:t xml:space="preserve"> </w:t>
            </w:r>
            <w:proofErr w:type="spellStart"/>
            <w:r>
              <w:rPr>
                <w:b/>
                <w:color w:val="222222"/>
                <w:sz w:val="15"/>
              </w:rPr>
              <w:t>이해도</w:t>
            </w:r>
            <w:proofErr w:type="spellEnd"/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F4C155B" w14:textId="77777777" w:rsidR="00322F34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지원 직무와 업무에 대한 이해 정도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4DC28D6" w14:textId="77777777" w:rsidR="00322F34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5"/>
              </w:rPr>
              <w:t>20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D177F58" w14:textId="77777777" w:rsidR="00322F34" w:rsidRDefault="00322F34">
            <w:pPr>
              <w:spacing w:after="0"/>
            </w:pP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97D387F" w14:textId="77777777" w:rsidR="00322F34" w:rsidRDefault="00322F34">
            <w:pPr>
              <w:spacing w:after="0"/>
            </w:pPr>
          </w:p>
        </w:tc>
      </w:tr>
      <w:tr w:rsidR="00322F34" w14:paraId="792ADB8B" w14:textId="77777777" w:rsidTr="00CE4F67">
        <w:trPr>
          <w:trHeight w:val="463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F8DF538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5"/>
              </w:rPr>
              <w:t>경력·경험</w:t>
            </w:r>
            <w:proofErr w:type="spellEnd"/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4051D2A" w14:textId="77777777" w:rsidR="00322F34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관련 경험과 실제 업무 수행 역량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33CBA75" w14:textId="77777777" w:rsidR="00322F34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5"/>
              </w:rPr>
              <w:t>20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BCA116B" w14:textId="77777777" w:rsidR="00322F34" w:rsidRDefault="00322F34">
            <w:pPr>
              <w:spacing w:after="0"/>
            </w:pP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20AF377" w14:textId="77777777" w:rsidR="00322F34" w:rsidRDefault="00322F34">
            <w:pPr>
              <w:spacing w:after="0"/>
            </w:pPr>
          </w:p>
        </w:tc>
      </w:tr>
      <w:tr w:rsidR="00322F34" w14:paraId="626B672D" w14:textId="77777777" w:rsidTr="00CE4F67">
        <w:trPr>
          <w:trHeight w:val="473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C354FFE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5"/>
              </w:rPr>
              <w:t>의사소통</w:t>
            </w:r>
            <w:proofErr w:type="spellEnd"/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44AB4CB" w14:textId="77777777" w:rsidR="00322F34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질문 이해와 답변의 명확성·논리성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1068A6A" w14:textId="77777777" w:rsidR="00322F34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5"/>
              </w:rPr>
              <w:t>15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2F8E6F6" w14:textId="77777777" w:rsidR="00322F34" w:rsidRDefault="00322F34">
            <w:pPr>
              <w:spacing w:after="0"/>
            </w:pP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1C15F22" w14:textId="77777777" w:rsidR="00322F34" w:rsidRDefault="00322F34">
            <w:pPr>
              <w:spacing w:after="0"/>
            </w:pPr>
          </w:p>
        </w:tc>
      </w:tr>
      <w:tr w:rsidR="00322F34" w14:paraId="1DD5ED26" w14:textId="77777777" w:rsidTr="00CE4F67">
        <w:trPr>
          <w:trHeight w:val="469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D6222A8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5"/>
              </w:rPr>
              <w:t>문제해결</w:t>
            </w:r>
            <w:proofErr w:type="spellEnd"/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8D863CB" w14:textId="77777777" w:rsidR="00322F34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상황 판단과 해결 접근 방식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07937A4" w14:textId="77777777" w:rsidR="00322F34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5"/>
              </w:rPr>
              <w:t>15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55860B3" w14:textId="77777777" w:rsidR="00322F34" w:rsidRDefault="00322F34">
            <w:pPr>
              <w:spacing w:after="0"/>
            </w:pP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A828FDE" w14:textId="77777777" w:rsidR="00322F34" w:rsidRDefault="00322F34">
            <w:pPr>
              <w:spacing w:after="0"/>
            </w:pPr>
          </w:p>
        </w:tc>
      </w:tr>
      <w:tr w:rsidR="00322F34" w14:paraId="0791428B" w14:textId="77777777" w:rsidTr="00CE4F67">
        <w:trPr>
          <w:trHeight w:val="479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2F798CE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5"/>
              </w:rPr>
              <w:t>조직</w:t>
            </w:r>
            <w:proofErr w:type="spellEnd"/>
            <w:r>
              <w:rPr>
                <w:b/>
                <w:color w:val="222222"/>
                <w:sz w:val="15"/>
              </w:rPr>
              <w:t xml:space="preserve"> </w:t>
            </w:r>
            <w:proofErr w:type="spellStart"/>
            <w:r>
              <w:rPr>
                <w:b/>
                <w:color w:val="222222"/>
                <w:sz w:val="15"/>
              </w:rPr>
              <w:t>적합성</w:t>
            </w:r>
            <w:proofErr w:type="spellEnd"/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FADF40C" w14:textId="77777777" w:rsidR="00322F34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협업 태도와 조직문화 적응 가능성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F7848B3" w14:textId="77777777" w:rsidR="00322F34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5"/>
              </w:rPr>
              <w:t>15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489DAC9" w14:textId="77777777" w:rsidR="00322F34" w:rsidRDefault="00322F34">
            <w:pPr>
              <w:spacing w:after="0"/>
            </w:pP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79B301B" w14:textId="77777777" w:rsidR="00322F34" w:rsidRDefault="00322F34">
            <w:pPr>
              <w:spacing w:after="0"/>
            </w:pPr>
          </w:p>
        </w:tc>
      </w:tr>
      <w:tr w:rsidR="00322F34" w14:paraId="2C2DDE12" w14:textId="77777777" w:rsidTr="00CE4F67">
        <w:trPr>
          <w:trHeight w:val="489"/>
          <w:jc w:val="center"/>
        </w:trPr>
        <w:tc>
          <w:tcPr>
            <w:tcW w:w="170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AB293F4" w14:textId="77777777" w:rsidR="00322F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5"/>
              </w:rPr>
              <w:t>지원동기·성장성</w:t>
            </w:r>
            <w:proofErr w:type="spellEnd"/>
          </w:p>
        </w:tc>
        <w:tc>
          <w:tcPr>
            <w:tcW w:w="408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FE2E017" w14:textId="77777777" w:rsidR="00322F34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지원 의지와 향후 성장 가능성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DBBB424" w14:textId="77777777" w:rsidR="00322F34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5"/>
              </w:rPr>
              <w:t>15</w:t>
            </w:r>
          </w:p>
        </w:tc>
        <w:tc>
          <w:tcPr>
            <w:tcW w:w="102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4FA7E21" w14:textId="77777777" w:rsidR="00322F34" w:rsidRDefault="00322F34">
            <w:pPr>
              <w:spacing w:after="0"/>
            </w:pPr>
          </w:p>
        </w:tc>
        <w:tc>
          <w:tcPr>
            <w:tcW w:w="272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8C5828A" w14:textId="77777777" w:rsidR="00322F34" w:rsidRDefault="00322F34">
            <w:pPr>
              <w:spacing w:after="0"/>
            </w:pPr>
          </w:p>
        </w:tc>
      </w:tr>
    </w:tbl>
    <w:p w14:paraId="76AD2EA1" w14:textId="77777777" w:rsidR="00322F34" w:rsidRDefault="00000000">
      <w:pPr>
        <w:spacing w:before="100" w:after="60" w:line="240" w:lineRule="auto"/>
      </w:pPr>
      <w:r>
        <w:rPr>
          <w:b/>
          <w:color w:val="374151"/>
          <w:sz w:val="21"/>
        </w:rPr>
        <w:t xml:space="preserve">2. </w:t>
      </w:r>
      <w:proofErr w:type="spellStart"/>
      <w:r>
        <w:rPr>
          <w:b/>
          <w:color w:val="374151"/>
          <w:sz w:val="21"/>
        </w:rPr>
        <w:t>종합</w:t>
      </w:r>
      <w:proofErr w:type="spellEnd"/>
      <w:r>
        <w:rPr>
          <w:b/>
          <w:color w:val="374151"/>
          <w:sz w:val="21"/>
        </w:rPr>
        <w:t xml:space="preserve"> </w:t>
      </w:r>
      <w:proofErr w:type="spellStart"/>
      <w:r>
        <w:rPr>
          <w:b/>
          <w:color w:val="374151"/>
          <w:sz w:val="21"/>
        </w:rPr>
        <w:t>평가</w:t>
      </w:r>
      <w:proofErr w:type="spellEnd"/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3345"/>
        <w:gridCol w:w="1927"/>
        <w:gridCol w:w="3345"/>
      </w:tblGrid>
      <w:tr w:rsidR="00322F34" w14:paraId="15EE2D60" w14:textId="77777777">
        <w:trPr>
          <w:trHeight w:val="623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CE2CB60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</w:rPr>
              <w:t>총점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3A10980" w14:textId="77777777" w:rsidR="00322F34" w:rsidRDefault="00322F34">
            <w:pPr>
              <w:spacing w:after="0"/>
            </w:pPr>
          </w:p>
        </w:tc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3F6556E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</w:rPr>
              <w:t>평가 결과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C38464F" w14:textId="77777777" w:rsidR="00322F34" w:rsidRDefault="00322F34">
            <w:pPr>
              <w:spacing w:after="0"/>
            </w:pPr>
          </w:p>
        </w:tc>
      </w:tr>
      <w:tr w:rsidR="00322F34" w14:paraId="6ABA1655" w14:textId="77777777">
        <w:trPr>
          <w:trHeight w:val="1587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D4F8C45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</w:rPr>
              <w:t>종합 의견</w:t>
            </w:r>
          </w:p>
        </w:tc>
        <w:tc>
          <w:tcPr>
            <w:tcW w:w="3344" w:type="dxa"/>
            <w:gridSpan w:val="3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FC52F73" w14:textId="77777777" w:rsidR="00322F34" w:rsidRDefault="00322F34">
            <w:pPr>
              <w:spacing w:after="0"/>
            </w:pPr>
          </w:p>
        </w:tc>
      </w:tr>
    </w:tbl>
    <w:p w14:paraId="7FF7A69F" w14:textId="77777777" w:rsidR="00322F34" w:rsidRDefault="00000000">
      <w:pPr>
        <w:spacing w:before="100" w:after="60" w:line="240" w:lineRule="auto"/>
      </w:pPr>
      <w:r>
        <w:rPr>
          <w:b/>
          <w:color w:val="374151"/>
          <w:sz w:val="21"/>
        </w:rPr>
        <w:t>3. 최종 확인</w:t>
      </w:r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3345"/>
        <w:gridCol w:w="1927"/>
        <w:gridCol w:w="3345"/>
      </w:tblGrid>
      <w:tr w:rsidR="00322F34" w14:paraId="0E9C8A32" w14:textId="77777777">
        <w:trPr>
          <w:trHeight w:val="623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AC0299B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추천 여부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909054A" w14:textId="77777777" w:rsidR="00322F34" w:rsidRDefault="00322F34">
            <w:pPr>
              <w:spacing w:after="0"/>
            </w:pPr>
          </w:p>
        </w:tc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A1CA388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면접관 서명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7BA3C00" w14:textId="77777777" w:rsidR="00322F34" w:rsidRDefault="00322F34">
            <w:pPr>
              <w:spacing w:after="0"/>
            </w:pPr>
          </w:p>
        </w:tc>
      </w:tr>
      <w:tr w:rsidR="00322F34" w14:paraId="61E9D071" w14:textId="77777777">
        <w:trPr>
          <w:trHeight w:val="907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66E4A80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비고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02CDC06" w14:textId="77777777" w:rsidR="00322F34" w:rsidRDefault="00322F34">
            <w:pPr>
              <w:spacing w:after="0"/>
            </w:pPr>
          </w:p>
        </w:tc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F0F0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401D5FC" w14:textId="77777777" w:rsidR="00322F34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작성일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57AC524" w14:textId="77777777" w:rsidR="00322F34" w:rsidRDefault="00322F34">
            <w:pPr>
              <w:spacing w:after="0"/>
            </w:pPr>
          </w:p>
        </w:tc>
      </w:tr>
    </w:tbl>
    <w:p w14:paraId="61EE5B23" w14:textId="77777777" w:rsidR="00322F34" w:rsidRDefault="00000000">
      <w:pPr>
        <w:spacing w:before="80" w:after="0" w:line="240" w:lineRule="auto"/>
        <w:rPr>
          <w:lang w:eastAsia="ko-KR"/>
        </w:rPr>
      </w:pPr>
      <w:r>
        <w:rPr>
          <w:color w:val="6B7280"/>
          <w:sz w:val="15"/>
          <w:lang w:eastAsia="ko-KR"/>
        </w:rPr>
        <w:t>※ 평가 항목과 배점은 채용 직무 및 회사의 평가 기준에 맞게 수정하여 사용하세요.</w:t>
      </w:r>
    </w:p>
    <w:sectPr w:rsidR="00322F34" w:rsidSect="00034616">
      <w:pgSz w:w="11906" w:h="16838"/>
      <w:pgMar w:top="510" w:right="680" w:bottom="51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046936">
    <w:abstractNumId w:val="8"/>
  </w:num>
  <w:num w:numId="2" w16cid:durableId="234901142">
    <w:abstractNumId w:val="6"/>
  </w:num>
  <w:num w:numId="3" w16cid:durableId="953512818">
    <w:abstractNumId w:val="5"/>
  </w:num>
  <w:num w:numId="4" w16cid:durableId="452870895">
    <w:abstractNumId w:val="4"/>
  </w:num>
  <w:num w:numId="5" w16cid:durableId="1100565811">
    <w:abstractNumId w:val="7"/>
  </w:num>
  <w:num w:numId="6" w16cid:durableId="776414324">
    <w:abstractNumId w:val="3"/>
  </w:num>
  <w:num w:numId="7" w16cid:durableId="348993519">
    <w:abstractNumId w:val="2"/>
  </w:num>
  <w:num w:numId="8" w16cid:durableId="237636779">
    <w:abstractNumId w:val="1"/>
  </w:num>
  <w:num w:numId="9" w16cid:durableId="170081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2F34"/>
    <w:rsid w:val="00326F90"/>
    <w:rsid w:val="003D55A9"/>
    <w:rsid w:val="00AA1D8D"/>
    <w:rsid w:val="00B47730"/>
    <w:rsid w:val="00CB0664"/>
    <w:rsid w:val="00CE4F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07D9E9"/>
  <w14:defaultImageDpi w14:val="300"/>
  <w15:docId w15:val="{8FF9C2C6-7888-47E5-8EBA-8C602E30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2026-08-19T08:13:00Z</dcterms:modified>
  <cp:category/>
</cp:coreProperties>
</file>