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E017" w14:textId="77777777" w:rsidR="00BE2FDF" w:rsidRDefault="00000000">
      <w:pPr>
        <w:spacing w:after="40"/>
        <w:jc w:val="center"/>
      </w:pPr>
      <w:r>
        <w:rPr>
          <w:rFonts w:cs="맑은 고딕"/>
          <w:b/>
          <w:color w:val="1F2937"/>
          <w:sz w:val="38"/>
        </w:rPr>
        <w:t>면 접 질 문 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3742"/>
        <w:gridCol w:w="1531"/>
        <w:gridCol w:w="3742"/>
      </w:tblGrid>
      <w:tr w:rsidR="00BE2FDF" w14:paraId="39064F49" w14:textId="77777777" w:rsidTr="004E4192">
        <w:trPr>
          <w:trHeight w:val="356"/>
          <w:jc w:val="center"/>
        </w:trPr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B5B6E9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지원자</w:t>
            </w:r>
            <w:proofErr w:type="spellEnd"/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B36D957" w14:textId="77777777" w:rsidR="00BE2FDF" w:rsidRDefault="00BE2FDF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3CD07F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지원 직무</w:t>
            </w:r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2177592" w14:textId="77777777" w:rsidR="00BE2FDF" w:rsidRDefault="00BE2FDF">
            <w:pPr>
              <w:spacing w:after="0" w:line="240" w:lineRule="auto"/>
            </w:pPr>
          </w:p>
        </w:tc>
      </w:tr>
      <w:tr w:rsidR="00BE2FDF" w14:paraId="4F7E5113" w14:textId="77777777" w:rsidTr="004E4192">
        <w:trPr>
          <w:trHeight w:val="364"/>
          <w:jc w:val="center"/>
        </w:trPr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21C76EA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면접일</w:t>
            </w:r>
            <w:proofErr w:type="spellEnd"/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0ACF37" w14:textId="77777777" w:rsidR="00BE2FDF" w:rsidRDefault="00BE2FDF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BC5384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면접 구분</w:t>
            </w:r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9DC9CF5" w14:textId="77777777" w:rsidR="00BE2FDF" w:rsidRDefault="00BE2FDF">
            <w:pPr>
              <w:spacing w:after="0" w:line="240" w:lineRule="auto"/>
            </w:pPr>
          </w:p>
        </w:tc>
      </w:tr>
      <w:tr w:rsidR="00BE2FDF" w14:paraId="389379B7" w14:textId="77777777" w:rsidTr="004E4192">
        <w:trPr>
          <w:trHeight w:val="344"/>
          <w:jc w:val="center"/>
        </w:trPr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BF91939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면접관</w:t>
            </w:r>
            <w:proofErr w:type="spellEnd"/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E4978F2" w14:textId="77777777" w:rsidR="00BE2FDF" w:rsidRDefault="00BE2FDF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3B1C291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소속 / 직위</w:t>
            </w:r>
          </w:p>
        </w:tc>
        <w:tc>
          <w:tcPr>
            <w:tcW w:w="374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8208AC" w14:textId="77777777" w:rsidR="00BE2FDF" w:rsidRDefault="00BE2FDF">
            <w:pPr>
              <w:spacing w:after="0" w:line="240" w:lineRule="auto"/>
            </w:pPr>
          </w:p>
        </w:tc>
      </w:tr>
    </w:tbl>
    <w:p w14:paraId="0CB1230C" w14:textId="77777777" w:rsidR="00BE2FDF" w:rsidRDefault="00000000">
      <w:pPr>
        <w:spacing w:before="100" w:after="60"/>
      </w:pPr>
      <w:r>
        <w:rPr>
          <w:rFonts w:cs="맑은 고딕"/>
          <w:b/>
          <w:color w:val="274C77"/>
          <w:sz w:val="21"/>
        </w:rPr>
        <w:t xml:space="preserve">1. </w:t>
      </w:r>
      <w:proofErr w:type="spellStart"/>
      <w:r>
        <w:rPr>
          <w:rFonts w:cs="맑은 고딕"/>
          <w:b/>
          <w:color w:val="274C77"/>
          <w:sz w:val="21"/>
        </w:rPr>
        <w:t>직무</w:t>
      </w:r>
      <w:proofErr w:type="spellEnd"/>
      <w:r>
        <w:rPr>
          <w:rFonts w:cs="맑은 고딕"/>
          <w:b/>
          <w:color w:val="274C77"/>
          <w:sz w:val="21"/>
        </w:rPr>
        <w:t xml:space="preserve"> </w:t>
      </w:r>
      <w:proofErr w:type="spellStart"/>
      <w:r>
        <w:rPr>
          <w:rFonts w:cs="맑은 고딕"/>
          <w:b/>
          <w:color w:val="274C77"/>
          <w:sz w:val="21"/>
        </w:rPr>
        <w:t>역량</w:t>
      </w:r>
      <w:proofErr w:type="spellEnd"/>
      <w:r>
        <w:rPr>
          <w:rFonts w:cs="맑은 고딕"/>
          <w:b/>
          <w:color w:val="274C77"/>
          <w:sz w:val="21"/>
        </w:rPr>
        <w:t xml:space="preserve"> </w:t>
      </w:r>
      <w:proofErr w:type="spellStart"/>
      <w:r>
        <w:rPr>
          <w:rFonts w:cs="맑은 고딕"/>
          <w:b/>
          <w:color w:val="274C77"/>
          <w:sz w:val="21"/>
        </w:rPr>
        <w:t>질문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4082"/>
        <w:gridCol w:w="3855"/>
        <w:gridCol w:w="1134"/>
      </w:tblGrid>
      <w:tr w:rsidR="00BE2FDF" w14:paraId="4AC4C266" w14:textId="77777777">
        <w:trPr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29A345E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D7A5AE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질문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BFBF283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답변 핵심 / 메모</w:t>
            </w: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B933E2B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확인</w:t>
            </w:r>
          </w:p>
        </w:tc>
      </w:tr>
      <w:tr w:rsidR="00BE2FDF" w14:paraId="1B4DFF0E" w14:textId="77777777" w:rsidTr="004E4192">
        <w:trPr>
          <w:trHeight w:val="552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962A788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직무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이해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8C1FC7F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지원 직무의 핵심 역할을 어떻게 이해하고 있나요?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008A27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0C0B0DE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4AEF5413" w14:textId="77777777" w:rsidTr="004E4192">
        <w:trPr>
          <w:trHeight w:val="492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3E7DBA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실무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경험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6A008A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 xml:space="preserve">관련 업무에서 본인이 직접 담당한 범위는 </w:t>
            </w:r>
            <w:proofErr w:type="spellStart"/>
            <w:r>
              <w:rPr>
                <w:rFonts w:cs="맑은 고딕"/>
                <w:color w:val="222222"/>
                <w:sz w:val="16"/>
                <w:lang w:eastAsia="ko-KR"/>
              </w:rPr>
              <w:t>어디까지였나요</w:t>
            </w:r>
            <w:proofErr w:type="spellEnd"/>
            <w:r>
              <w:rPr>
                <w:rFonts w:cs="맑은 고딕"/>
                <w:color w:val="222222"/>
                <w:sz w:val="16"/>
                <w:lang w:eastAsia="ko-KR"/>
              </w:rPr>
              <w:t>?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FA3A245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3951FBC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59BA467D" w14:textId="77777777" w:rsidTr="004E4192">
        <w:trPr>
          <w:trHeight w:val="574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A794281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문제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해결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8F93463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업무상 문제를 분석하고 해결한 사례를 설명해 주세요.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5BBEE4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B6ED4B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7E6EC665" w14:textId="77777777" w:rsidTr="004E4192">
        <w:trPr>
          <w:trHeight w:val="486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A2F06FF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성과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2C3974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본인이 기여한 결과나 개선 성과를 구체적으로 말씀해 주세요.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0A508A9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49F5FE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</w:tbl>
    <w:p w14:paraId="7ABE0893" w14:textId="77777777" w:rsidR="00BE2FDF" w:rsidRDefault="00000000">
      <w:pPr>
        <w:spacing w:before="100" w:after="60"/>
      </w:pPr>
      <w:r>
        <w:rPr>
          <w:rFonts w:cs="맑은 고딕"/>
          <w:b/>
          <w:color w:val="274C77"/>
          <w:sz w:val="21"/>
        </w:rPr>
        <w:t xml:space="preserve">2. </w:t>
      </w:r>
      <w:proofErr w:type="spellStart"/>
      <w:r>
        <w:rPr>
          <w:rFonts w:cs="맑은 고딕"/>
          <w:b/>
          <w:color w:val="274C77"/>
          <w:sz w:val="21"/>
        </w:rPr>
        <w:t>상황·협업</w:t>
      </w:r>
      <w:proofErr w:type="spellEnd"/>
      <w:r>
        <w:rPr>
          <w:rFonts w:cs="맑은 고딕"/>
          <w:b/>
          <w:color w:val="274C77"/>
          <w:sz w:val="21"/>
        </w:rPr>
        <w:t xml:space="preserve"> </w:t>
      </w:r>
      <w:proofErr w:type="spellStart"/>
      <w:r>
        <w:rPr>
          <w:rFonts w:cs="맑은 고딕"/>
          <w:b/>
          <w:color w:val="274C77"/>
          <w:sz w:val="21"/>
        </w:rPr>
        <w:t>질문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4082"/>
        <w:gridCol w:w="3855"/>
        <w:gridCol w:w="1134"/>
      </w:tblGrid>
      <w:tr w:rsidR="00BE2FDF" w14:paraId="535512AC" w14:textId="77777777">
        <w:trPr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75BE137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DBF7E3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질문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C1916F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답변 핵심 / 메모</w:t>
            </w: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3F54496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확인</w:t>
            </w:r>
          </w:p>
        </w:tc>
      </w:tr>
      <w:tr w:rsidR="00BE2FDF" w14:paraId="3E8BA115" w14:textId="77777777" w:rsidTr="004E4192">
        <w:trPr>
          <w:trHeight w:val="546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1BA24B5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협업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D1EED86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팀원과 의견이 달랐던 상황에서 어떻게 조율했나요?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8B0940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EEE7F05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3274CEF8" w14:textId="77777777" w:rsidTr="004E4192">
        <w:trPr>
          <w:trHeight w:val="566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AF7A4C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우선순위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FF37D05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여러 업무가 동시에 주어졌을 때 우선순위를 어떻게 정하나요?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B0FE043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1B5411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69FA115A" w14:textId="77777777" w:rsidTr="004E4192">
        <w:trPr>
          <w:trHeight w:val="640"/>
          <w:jc w:val="center"/>
        </w:trPr>
        <w:tc>
          <w:tcPr>
            <w:tcW w:w="147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34BBD0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피드백</w:t>
            </w:r>
            <w:proofErr w:type="spellEnd"/>
          </w:p>
        </w:tc>
        <w:tc>
          <w:tcPr>
            <w:tcW w:w="4082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15EB7C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업무 피드백을 받고 개선했던 경험을 말씀해 주세요.</w:t>
            </w:r>
          </w:p>
        </w:tc>
        <w:tc>
          <w:tcPr>
            <w:tcW w:w="3855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3F7D47C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  <w:tc>
          <w:tcPr>
            <w:tcW w:w="113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9F43D5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</w:tbl>
    <w:p w14:paraId="397894C5" w14:textId="77777777" w:rsidR="00BE2FDF" w:rsidRDefault="00000000">
      <w:pPr>
        <w:spacing w:before="100" w:after="60"/>
      </w:pPr>
      <w:r>
        <w:rPr>
          <w:rFonts w:cs="맑은 고딕"/>
          <w:b/>
          <w:color w:val="274C77"/>
          <w:sz w:val="21"/>
        </w:rPr>
        <w:t xml:space="preserve">3. </w:t>
      </w:r>
      <w:proofErr w:type="spellStart"/>
      <w:r>
        <w:rPr>
          <w:rFonts w:cs="맑은 고딕"/>
          <w:b/>
          <w:color w:val="274C77"/>
          <w:sz w:val="21"/>
        </w:rPr>
        <w:t>지원동기</w:t>
      </w:r>
      <w:proofErr w:type="spellEnd"/>
      <w:r>
        <w:rPr>
          <w:rFonts w:cs="맑은 고딕"/>
          <w:b/>
          <w:color w:val="274C77"/>
          <w:sz w:val="21"/>
        </w:rPr>
        <w:t xml:space="preserve"> 및 </w:t>
      </w:r>
      <w:proofErr w:type="spellStart"/>
      <w:r>
        <w:rPr>
          <w:rFonts w:cs="맑은 고딕"/>
          <w:b/>
          <w:color w:val="274C77"/>
          <w:sz w:val="21"/>
        </w:rPr>
        <w:t>최종</w:t>
      </w:r>
      <w:proofErr w:type="spellEnd"/>
      <w:r>
        <w:rPr>
          <w:rFonts w:cs="맑은 고딕"/>
          <w:b/>
          <w:color w:val="274C77"/>
          <w:sz w:val="21"/>
        </w:rPr>
        <w:t xml:space="preserve">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4309"/>
        <w:gridCol w:w="4309"/>
      </w:tblGrid>
      <w:tr w:rsidR="00BE2FDF" w14:paraId="0AC54F6B" w14:textId="77777777">
        <w:trPr>
          <w:jc w:val="center"/>
        </w:trPr>
        <w:tc>
          <w:tcPr>
            <w:tcW w:w="1928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1F012B2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0A1B4B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질문</w:t>
            </w:r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DCE6F1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C5E3E9" w14:textId="77777777" w:rsidR="00BE2FDF" w:rsidRDefault="00000000">
            <w:pPr>
              <w:spacing w:after="0" w:line="240" w:lineRule="auto"/>
              <w:jc w:val="center"/>
            </w:pPr>
            <w:r>
              <w:rPr>
                <w:rFonts w:cs="맑은 고딕"/>
                <w:b/>
                <w:color w:val="222222"/>
                <w:sz w:val="16"/>
              </w:rPr>
              <w:t>답변 메모</w:t>
            </w:r>
          </w:p>
        </w:tc>
      </w:tr>
      <w:tr w:rsidR="00BE2FDF" w14:paraId="76E88B15" w14:textId="77777777" w:rsidTr="004E4192">
        <w:trPr>
          <w:trHeight w:val="540"/>
          <w:jc w:val="center"/>
        </w:trPr>
        <w:tc>
          <w:tcPr>
            <w:tcW w:w="1928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847351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지원동기</w:t>
            </w:r>
            <w:proofErr w:type="spellEnd"/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48D426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우리 회사와 해당 직무에 지원한 이유는 무엇인가요?</w:t>
            </w:r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6FF9AF5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  <w:tr w:rsidR="00BE2FDF" w14:paraId="20E893A2" w14:textId="77777777" w:rsidTr="004E4192">
        <w:trPr>
          <w:trHeight w:val="507"/>
          <w:jc w:val="center"/>
        </w:trPr>
        <w:tc>
          <w:tcPr>
            <w:tcW w:w="1928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2C9BEA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최종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확인</w:t>
            </w:r>
            <w:proofErr w:type="spellEnd"/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664072" w14:textId="77777777" w:rsidR="00BE2FDF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rFonts w:cs="맑은 고딕"/>
                <w:color w:val="222222"/>
                <w:sz w:val="16"/>
                <w:lang w:eastAsia="ko-KR"/>
              </w:rPr>
              <w:t>입사 가능 시기 또는 추가로 확인할 사항이 있나요?</w:t>
            </w:r>
          </w:p>
        </w:tc>
        <w:tc>
          <w:tcPr>
            <w:tcW w:w="4309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1C30020" w14:textId="77777777" w:rsidR="00BE2FDF" w:rsidRDefault="00BE2FDF">
            <w:pPr>
              <w:spacing w:after="0" w:line="240" w:lineRule="auto"/>
              <w:rPr>
                <w:lang w:eastAsia="ko-KR"/>
              </w:rPr>
            </w:pPr>
          </w:p>
        </w:tc>
      </w:tr>
    </w:tbl>
    <w:p w14:paraId="157476AF" w14:textId="77777777" w:rsidR="00BE2FDF" w:rsidRDefault="00000000">
      <w:pPr>
        <w:spacing w:before="100" w:after="60"/>
      </w:pPr>
      <w:r>
        <w:rPr>
          <w:rFonts w:cs="맑은 고딕"/>
          <w:b/>
          <w:color w:val="274C77"/>
          <w:sz w:val="21"/>
        </w:rPr>
        <w:t xml:space="preserve">4. </w:t>
      </w:r>
      <w:proofErr w:type="spellStart"/>
      <w:r>
        <w:rPr>
          <w:rFonts w:cs="맑은 고딕"/>
          <w:b/>
          <w:color w:val="274C77"/>
          <w:sz w:val="21"/>
        </w:rPr>
        <w:t>면접관</w:t>
      </w:r>
      <w:proofErr w:type="spellEnd"/>
      <w:r>
        <w:rPr>
          <w:rFonts w:cs="맑은 고딕"/>
          <w:b/>
          <w:color w:val="274C77"/>
          <w:sz w:val="21"/>
        </w:rPr>
        <w:t xml:space="preserve"> </w:t>
      </w:r>
      <w:proofErr w:type="spellStart"/>
      <w:r>
        <w:rPr>
          <w:rFonts w:cs="맑은 고딕"/>
          <w:b/>
          <w:color w:val="274C77"/>
          <w:sz w:val="21"/>
        </w:rPr>
        <w:t>종합</w:t>
      </w:r>
      <w:proofErr w:type="spellEnd"/>
      <w:r>
        <w:rPr>
          <w:rFonts w:cs="맑은 고딕"/>
          <w:b/>
          <w:color w:val="274C77"/>
          <w:sz w:val="21"/>
        </w:rPr>
        <w:t xml:space="preserve"> </w:t>
      </w:r>
      <w:proofErr w:type="spellStart"/>
      <w:r>
        <w:rPr>
          <w:rFonts w:cs="맑은 고딕"/>
          <w:b/>
          <w:color w:val="274C77"/>
          <w:sz w:val="21"/>
        </w:rPr>
        <w:t>메모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391"/>
      </w:tblGrid>
      <w:tr w:rsidR="00BE2FDF" w14:paraId="01AE0C09" w14:textId="77777777" w:rsidTr="004E4192">
        <w:trPr>
          <w:trHeight w:val="733"/>
          <w:jc w:val="center"/>
        </w:trPr>
        <w:tc>
          <w:tcPr>
            <w:tcW w:w="215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FF9E055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강점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/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긍정요소</w:t>
            </w:r>
            <w:proofErr w:type="spellEnd"/>
          </w:p>
        </w:tc>
        <w:tc>
          <w:tcPr>
            <w:tcW w:w="839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01FDEAB" w14:textId="77777777" w:rsidR="00BE2FDF" w:rsidRDefault="00BE2FDF">
            <w:pPr>
              <w:spacing w:after="0" w:line="240" w:lineRule="auto"/>
            </w:pPr>
          </w:p>
        </w:tc>
      </w:tr>
      <w:tr w:rsidR="00BE2FDF" w14:paraId="5A02CC76" w14:textId="77777777" w:rsidTr="004E4192">
        <w:trPr>
          <w:trHeight w:val="790"/>
          <w:jc w:val="center"/>
        </w:trPr>
        <w:tc>
          <w:tcPr>
            <w:tcW w:w="2154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shd w:val="clear" w:color="auto" w:fill="E7EEF7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105471" w14:textId="77777777" w:rsidR="00BE2FDF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추가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확인</w:t>
            </w:r>
            <w:proofErr w:type="spellEnd"/>
            <w:r>
              <w:rPr>
                <w:rFonts w:cs="맑은 고딕"/>
                <w:b/>
                <w:color w:val="222222"/>
                <w:sz w:val="16"/>
              </w:rPr>
              <w:t xml:space="preserve"> / </w:t>
            </w:r>
            <w:proofErr w:type="spellStart"/>
            <w:r>
              <w:rPr>
                <w:rFonts w:cs="맑은 고딕"/>
                <w:b/>
                <w:color w:val="222222"/>
                <w:sz w:val="16"/>
              </w:rPr>
              <w:t>우려사항</w:t>
            </w:r>
            <w:proofErr w:type="spellEnd"/>
          </w:p>
        </w:tc>
        <w:tc>
          <w:tcPr>
            <w:tcW w:w="8391" w:type="dxa"/>
            <w:tcBorders>
              <w:top w:val="single" w:sz="6" w:space="0" w:color="A7ADB5"/>
              <w:left w:val="single" w:sz="6" w:space="0" w:color="A7ADB5"/>
              <w:bottom w:val="single" w:sz="6" w:space="0" w:color="A7ADB5"/>
              <w:right w:val="single" w:sz="6" w:space="0" w:color="A7ADB5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843C1C" w14:textId="77777777" w:rsidR="00BE2FDF" w:rsidRDefault="00BE2FDF">
            <w:pPr>
              <w:spacing w:after="0" w:line="240" w:lineRule="auto"/>
            </w:pPr>
          </w:p>
        </w:tc>
      </w:tr>
    </w:tbl>
    <w:p w14:paraId="386AB4AB" w14:textId="77777777" w:rsidR="00B97DBB" w:rsidRDefault="00B97DBB"/>
    <w:sectPr w:rsidR="00B97DBB" w:rsidSect="00034616">
      <w:pgSz w:w="11906" w:h="16838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0059366">
    <w:abstractNumId w:val="8"/>
  </w:num>
  <w:num w:numId="2" w16cid:durableId="1841431455">
    <w:abstractNumId w:val="6"/>
  </w:num>
  <w:num w:numId="3" w16cid:durableId="342049596">
    <w:abstractNumId w:val="5"/>
  </w:num>
  <w:num w:numId="4" w16cid:durableId="1681001414">
    <w:abstractNumId w:val="4"/>
  </w:num>
  <w:num w:numId="5" w16cid:durableId="363948972">
    <w:abstractNumId w:val="7"/>
  </w:num>
  <w:num w:numId="6" w16cid:durableId="324018956">
    <w:abstractNumId w:val="3"/>
  </w:num>
  <w:num w:numId="7" w16cid:durableId="348602648">
    <w:abstractNumId w:val="2"/>
  </w:num>
  <w:num w:numId="8" w16cid:durableId="1192573067">
    <w:abstractNumId w:val="1"/>
  </w:num>
  <w:num w:numId="9" w16cid:durableId="67535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10EC"/>
    <w:rsid w:val="0029639D"/>
    <w:rsid w:val="00326F90"/>
    <w:rsid w:val="004D4330"/>
    <w:rsid w:val="004E4192"/>
    <w:rsid w:val="00AA1D8D"/>
    <w:rsid w:val="00B47730"/>
    <w:rsid w:val="00B97DBB"/>
    <w:rsid w:val="00BE2FD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A28ACF"/>
  <w14:defaultImageDpi w14:val="300"/>
  <w15:docId w15:val="{C0C33F15-FD54-4E8C-96D5-9019B41B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2026-08-19T08:35:00Z</dcterms:modified>
  <cp:category/>
</cp:coreProperties>
</file>