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40"/>
        </w:rPr>
        <w:t>면 접 질 문 지</w:t>
      </w:r>
    </w:p>
    <w:p>
      <w:pPr>
        <w:spacing w:before="0" w:after="60"/>
        <w:jc w:val="right"/>
      </w:pPr>
      <w:r>
        <w:rPr>
          <w:rFonts w:ascii="맑은 고딕" w:hAnsi="맑은 고딕" w:eastAsia="맑은 고딕"/>
          <w:sz w:val="17"/>
        </w:rPr>
        <w:t>문서번호:                    작성일:      년    월    일</w:t>
      </w:r>
    </w:p>
    <w:p>
      <w:pPr>
        <w:spacing w:before="0" w:after="40"/>
        <w:pBdr>
          <w:bottom w:val="single" w:sz="10" w:space="1" w:color="222222"/>
        </w:pBdr>
      </w:pPr>
    </w:p>
    <w:p>
      <w:pPr>
        <w:spacing w:before="60" w:after="40"/>
      </w:pPr>
      <w:r>
        <w:rPr>
          <w:rFonts w:ascii="맑은 고딕" w:hAnsi="맑은 고딕" w:eastAsia="맑은 고딕"/>
          <w:b/>
          <w:sz w:val="20"/>
        </w:rPr>
        <w:t>1. 지원자 및 면접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rPr>
          <w:trHeight w:val="408" w:hRule="atLeast"/>
        </w:trPr>
        <w:tc>
          <w:tcPr>
            <w:tcW w:type="dxa" w:w="1701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지원 직무</w:t>
            </w:r>
          </w:p>
        </w:tc>
        <w:tc>
          <w:tcPr>
            <w:tcW w:type="dxa" w:w="348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701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성명</w:t>
            </w:r>
          </w:p>
        </w:tc>
        <w:tc>
          <w:tcPr>
            <w:tcW w:type="dxa" w:w="348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408" w:hRule="atLeast"/>
        </w:trPr>
        <w:tc>
          <w:tcPr>
            <w:tcW w:type="dxa" w:w="1701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면접 일시</w:t>
            </w:r>
          </w:p>
        </w:tc>
        <w:tc>
          <w:tcPr>
            <w:tcW w:type="dxa" w:w="348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 xml:space="preserve">      년    월    일      시    분</w:t>
            </w:r>
          </w:p>
        </w:tc>
        <w:tc>
          <w:tcPr>
            <w:tcW w:type="dxa" w:w="1701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면접 유형</w:t>
            </w:r>
          </w:p>
        </w:tc>
        <w:tc>
          <w:tcPr>
            <w:tcW w:type="dxa" w:w="348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대면 / 비대면 / 실무 / 임원</w:t>
            </w:r>
          </w:p>
        </w:tc>
      </w:tr>
      <w:tr>
        <w:trPr>
          <w:trHeight w:val="408" w:hRule="atLeast"/>
        </w:trPr>
        <w:tc>
          <w:tcPr>
            <w:tcW w:type="dxa" w:w="1701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면접관</w:t>
            </w:r>
          </w:p>
        </w:tc>
        <w:tc>
          <w:tcPr>
            <w:tcW w:type="dxa" w:w="348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701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전형 단계</w:t>
            </w:r>
          </w:p>
        </w:tc>
        <w:tc>
          <w:tcPr>
            <w:tcW w:type="dxa" w:w="348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1차 / 2차 / 최종</w:t>
            </w:r>
          </w:p>
        </w:tc>
      </w:tr>
    </w:tbl>
    <w:p>
      <w:pPr>
        <w:spacing w:before="80" w:after="40"/>
      </w:pPr>
      <w:r>
        <w:rPr>
          <w:rFonts w:ascii="맑은 고딕" w:hAnsi="맑은 고딕" w:eastAsia="맑은 고딕"/>
          <w:color w:val="5A5A5A"/>
          <w:sz w:val="17"/>
        </w:rPr>
        <w:t>작성 안내: 질문은 직무와 전형 단계에 맞게 수정하고, 답변 요지와 관찰 사실 중심으로 기록합니다.</w:t>
      </w:r>
    </w:p>
    <w:p>
      <w:pPr>
        <w:spacing w:before="60" w:after="40"/>
      </w:pPr>
      <w:r>
        <w:rPr>
          <w:rFonts w:ascii="맑은 고딕" w:hAnsi="맑은 고딕" w:eastAsia="맑은 고딕"/>
          <w:b/>
          <w:sz w:val="20"/>
        </w:rPr>
        <w:t>2. 면접 질문 및 기록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rPr>
          <w:trHeight w:val="408" w:hRule="atLeast"/>
        </w:trPr>
        <w:tc>
          <w:tcPr>
            <w:tcW w:type="dxa" w:w="56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No.</w:t>
            </w:r>
          </w:p>
        </w:tc>
        <w:tc>
          <w:tcPr>
            <w:tcW w:type="dxa" w:w="1729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질문 영역</w:t>
            </w:r>
          </w:p>
        </w:tc>
        <w:tc>
          <w:tcPr>
            <w:tcW w:type="dxa" w:w="382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기본 질문</w:t>
            </w:r>
          </w:p>
        </w:tc>
        <w:tc>
          <w:tcPr>
            <w:tcW w:type="dxa" w:w="4252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답변 요지 및 면접관 메모</w:t>
            </w:r>
          </w:p>
        </w:tc>
      </w:tr>
      <w:tr>
        <w:trPr>
          <w:trHeight w:val="578" w:hRule="atLeast"/>
        </w:trPr>
        <w:tc>
          <w:tcPr>
            <w:tcW w:type="dxa" w:w="56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1</w:t>
            </w:r>
          </w:p>
        </w:tc>
        <w:tc>
          <w:tcPr>
            <w:tcW w:type="dxa" w:w="1729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지원 동기·자기소개</w:t>
            </w:r>
          </w:p>
        </w:tc>
        <w:tc>
          <w:tcPr>
            <w:tcW w:type="dxa" w:w="382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  <w:t>지원 동기와 해당 직무를 선택한 이유를 설명해 주세요.</w:t>
            </w:r>
          </w:p>
        </w:tc>
        <w:tc>
          <w:tcPr>
            <w:tcW w:type="dxa" w:w="4252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578" w:hRule="atLeast"/>
        </w:trPr>
        <w:tc>
          <w:tcPr>
            <w:tcW w:type="dxa" w:w="56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2</w:t>
            </w:r>
          </w:p>
        </w:tc>
        <w:tc>
          <w:tcPr>
            <w:tcW w:type="dxa" w:w="1729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직무 경험·역량</w:t>
            </w:r>
          </w:p>
        </w:tc>
        <w:tc>
          <w:tcPr>
            <w:tcW w:type="dxa" w:w="382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  <w:t>가장 관련성 높은 경험에서 맡은 역할과 결과를 설명해 주세요.</w:t>
            </w:r>
          </w:p>
        </w:tc>
        <w:tc>
          <w:tcPr>
            <w:tcW w:type="dxa" w:w="4252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578" w:hRule="atLeast"/>
        </w:trPr>
        <w:tc>
          <w:tcPr>
            <w:tcW w:type="dxa" w:w="56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3</w:t>
            </w:r>
          </w:p>
        </w:tc>
        <w:tc>
          <w:tcPr>
            <w:tcW w:type="dxa" w:w="1729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문제 해결·상황</w:t>
            </w:r>
          </w:p>
        </w:tc>
        <w:tc>
          <w:tcPr>
            <w:tcW w:type="dxa" w:w="382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  <w:t>예상과 다른 문제가 생겼을 때 어떻게 해결했는지 설명해 주세요.</w:t>
            </w:r>
          </w:p>
        </w:tc>
        <w:tc>
          <w:tcPr>
            <w:tcW w:type="dxa" w:w="4252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578" w:hRule="atLeast"/>
        </w:trPr>
        <w:tc>
          <w:tcPr>
            <w:tcW w:type="dxa" w:w="56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4</w:t>
            </w:r>
          </w:p>
        </w:tc>
        <w:tc>
          <w:tcPr>
            <w:tcW w:type="dxa" w:w="1729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협업·의사소통</w:t>
            </w:r>
          </w:p>
        </w:tc>
        <w:tc>
          <w:tcPr>
            <w:tcW w:type="dxa" w:w="382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  <w:t>의견 충돌이 있었던 상황과 해결 경험을 설명해 주세요.</w:t>
            </w:r>
          </w:p>
        </w:tc>
        <w:tc>
          <w:tcPr>
            <w:tcW w:type="dxa" w:w="4252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578" w:hRule="atLeast"/>
        </w:trPr>
        <w:tc>
          <w:tcPr>
            <w:tcW w:type="dxa" w:w="56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5</w:t>
            </w:r>
          </w:p>
        </w:tc>
        <w:tc>
          <w:tcPr>
            <w:tcW w:type="dxa" w:w="1729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성장·지원 의지</w:t>
            </w:r>
          </w:p>
        </w:tc>
        <w:tc>
          <w:tcPr>
            <w:tcW w:type="dxa" w:w="382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  <w:t>새로운 업무를 학습한 경험과 향후 성장 계획을 설명해 주세요.</w:t>
            </w:r>
          </w:p>
        </w:tc>
        <w:tc>
          <w:tcPr>
            <w:tcW w:type="dxa" w:w="4252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578" w:hRule="atLeast"/>
        </w:trPr>
        <w:tc>
          <w:tcPr>
            <w:tcW w:type="dxa" w:w="56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6</w:t>
            </w:r>
          </w:p>
        </w:tc>
        <w:tc>
          <w:tcPr>
            <w:tcW w:type="dxa" w:w="1729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후속 질문</w:t>
            </w:r>
          </w:p>
        </w:tc>
        <w:tc>
          <w:tcPr>
            <w:tcW w:type="dxa" w:w="3827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  <w:t>직무 관련 추가 확인 질문을 작성해 주세요.</w:t>
            </w:r>
          </w:p>
        </w:tc>
        <w:tc>
          <w:tcPr>
            <w:tcW w:type="dxa" w:w="4252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60" w:after="40"/>
      </w:pPr>
      <w:r>
        <w:rPr>
          <w:rFonts w:ascii="맑은 고딕" w:hAnsi="맑은 고딕" w:eastAsia="맑은 고딕"/>
          <w:b/>
          <w:sz w:val="20"/>
        </w:rPr>
        <w:t>3. 면접관 종합 메모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55"/>
        <w:gridCol w:w="5355"/>
      </w:tblGrid>
      <w:tr>
        <w:trPr>
          <w:trHeight w:val="481" w:hRule="atLeast"/>
        </w:trPr>
        <w:tc>
          <w:tcPr>
            <w:tcW w:type="dxa" w:w="1701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추가 확인 필요 사항</w:t>
            </w:r>
          </w:p>
        </w:tc>
        <w:tc>
          <w:tcPr>
            <w:tcW w:type="dxa" w:w="86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595" w:hRule="atLeast"/>
        </w:trPr>
        <w:tc>
          <w:tcPr>
            <w:tcW w:type="dxa" w:w="1701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핵심 답변 및 관찰 메모</w:t>
            </w:r>
          </w:p>
        </w:tc>
        <w:tc>
          <w:tcPr>
            <w:tcW w:type="dxa" w:w="86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6" w:color="555555"/>
              <w:left w:val="single" w:sz="6" w:color="555555"/>
              <w:bottom w:val="single" w:sz="6" w:color="555555"/>
              <w:right w:val="single" w:sz="6" w:color="55555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140" w:after="0"/>
      </w:pPr>
      <w:r>
        <w:rPr>
          <w:rFonts w:ascii="맑은 고딕" w:hAnsi="맑은 고딕" w:eastAsia="맑은 고딕"/>
          <w:sz w:val="19"/>
        </w:rPr>
        <w:t>면접관 성명:                         서명:                         작성일:      년    월    일</w:t>
      </w:r>
    </w:p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맑은 고딕" w:hAnsi="맑은 고딕" w:eastAsia="맑은 고딕"/>
        <w:color w:val="646464"/>
        <w:sz w:val="15"/>
      </w:rPr>
      <w:t>면접 질문지  |  지원자 1인, 면접관 1인 기준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