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513182" w14:paraId="34C382AA" w14:textId="77777777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C23C23" w14:textId="77777777" w:rsidR="00513182" w:rsidRDefault="00000000">
            <w:pPr>
              <w:spacing w:after="0" w:line="240" w:lineRule="auto"/>
            </w:pPr>
            <w:r>
              <w:rPr>
                <w:rFonts w:ascii="Georgia" w:hAnsi="Georgia"/>
                <w:b/>
                <w:color w:val="2A68BE"/>
                <w:sz w:val="20"/>
              </w:rPr>
              <w:t>CERTIFIED CONTENT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8A03DF" w14:textId="77777777" w:rsidR="00513182" w:rsidRDefault="00000000">
            <w:pPr>
              <w:spacing w:after="0" w:line="240" w:lineRule="auto"/>
              <w:jc w:val="right"/>
            </w:pPr>
            <w:r>
              <w:rPr>
                <w:b/>
                <w:color w:val="1F2937"/>
                <w:sz w:val="47"/>
              </w:rPr>
              <w:t>내용증명</w:t>
            </w:r>
          </w:p>
        </w:tc>
      </w:tr>
    </w:tbl>
    <w:p w14:paraId="4B7888E0" w14:textId="77777777" w:rsidR="00513182" w:rsidRDefault="00513182">
      <w:pPr>
        <w:spacing w:after="40" w:line="240" w:lineRule="auto"/>
      </w:pPr>
    </w:p>
    <w:p w14:paraId="6A27E066" w14:textId="77777777" w:rsidR="00513182" w:rsidRDefault="00000000">
      <w:pPr>
        <w:spacing w:after="40" w:line="240" w:lineRule="auto"/>
        <w:rPr>
          <w:lang w:eastAsia="ko-KR"/>
        </w:rPr>
      </w:pPr>
      <w:r>
        <w:rPr>
          <w:color w:val="748091"/>
          <w:lang w:eastAsia="ko-KR"/>
        </w:rPr>
        <w:t>발신 사실과 전달 내용을 체계적으로 정리하는 일반 참고용 모던형 내용증명</w:t>
      </w:r>
    </w:p>
    <w:p w14:paraId="16D89FE5" w14:textId="77777777" w:rsidR="00513182" w:rsidRDefault="00000000">
      <w:pPr>
        <w:spacing w:after="40" w:line="240" w:lineRule="auto"/>
      </w:pPr>
      <w:r>
        <w:rPr>
          <w:b/>
          <w:color w:val="2A68BE"/>
          <w:sz w:val="24"/>
        </w:rPr>
        <w:t>01  발신인 · 수신인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3175"/>
        <w:gridCol w:w="1927"/>
        <w:gridCol w:w="3175"/>
      </w:tblGrid>
      <w:tr w:rsidR="00513182" w14:paraId="132D53AD" w14:textId="77777777">
        <w:trPr>
          <w:trHeight w:val="476"/>
          <w:jc w:val="center"/>
        </w:trPr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7ACAD1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발신인 성명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C3775C" w14:textId="77777777" w:rsidR="00513182" w:rsidRDefault="00513182">
            <w:pPr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C6F08C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수신인 성명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06E288" w14:textId="77777777" w:rsidR="00513182" w:rsidRDefault="00513182">
            <w:pPr>
              <w:spacing w:after="0" w:line="240" w:lineRule="auto"/>
              <w:jc w:val="center"/>
            </w:pPr>
          </w:p>
        </w:tc>
      </w:tr>
      <w:tr w:rsidR="00513182" w14:paraId="685CA74B" w14:textId="77777777">
        <w:trPr>
          <w:trHeight w:val="476"/>
          <w:jc w:val="center"/>
        </w:trPr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EFC646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발신인 주소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964EA3" w14:textId="77777777" w:rsidR="00513182" w:rsidRDefault="00513182">
            <w:pPr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538993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수신인 주소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D19562" w14:textId="77777777" w:rsidR="00513182" w:rsidRDefault="00513182">
            <w:pPr>
              <w:spacing w:after="0" w:line="240" w:lineRule="auto"/>
              <w:jc w:val="center"/>
            </w:pPr>
          </w:p>
        </w:tc>
      </w:tr>
      <w:tr w:rsidR="00513182" w14:paraId="315D814B" w14:textId="77777777">
        <w:trPr>
          <w:trHeight w:val="476"/>
          <w:jc w:val="center"/>
        </w:trPr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8AC827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연락처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2D6D2F" w14:textId="77777777" w:rsidR="00513182" w:rsidRDefault="00513182">
            <w:pPr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C2AF4C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연락처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CB969B" w14:textId="77777777" w:rsidR="00513182" w:rsidRDefault="00513182">
            <w:pPr>
              <w:spacing w:after="0" w:line="240" w:lineRule="auto"/>
              <w:jc w:val="center"/>
            </w:pPr>
          </w:p>
        </w:tc>
      </w:tr>
      <w:tr w:rsidR="00513182" w14:paraId="036C0C90" w14:textId="77777777">
        <w:trPr>
          <w:trHeight w:val="476"/>
          <w:jc w:val="center"/>
        </w:trPr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35E193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작성일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1BC19C" w14:textId="77777777" w:rsidR="00513182" w:rsidRDefault="00513182">
            <w:pPr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DF453A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F4A59"/>
              </w:rPr>
              <w:t>발송 예정일</w:t>
            </w:r>
          </w:p>
        </w:tc>
        <w:tc>
          <w:tcPr>
            <w:tcW w:w="3175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6FADD2" w14:textId="77777777" w:rsidR="00513182" w:rsidRDefault="00513182">
            <w:pPr>
              <w:spacing w:after="0" w:line="240" w:lineRule="auto"/>
              <w:jc w:val="center"/>
            </w:pPr>
          </w:p>
        </w:tc>
      </w:tr>
    </w:tbl>
    <w:p w14:paraId="632A976C" w14:textId="77777777" w:rsidR="00513182" w:rsidRDefault="00000000">
      <w:pPr>
        <w:spacing w:after="40" w:line="240" w:lineRule="auto"/>
      </w:pPr>
      <w:r>
        <w:rPr>
          <w:b/>
          <w:color w:val="2A68BE"/>
          <w:sz w:val="24"/>
        </w:rPr>
        <w:t>02  통지 제목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8278"/>
      </w:tblGrid>
      <w:tr w:rsidR="00513182" w14:paraId="6D468D16" w14:textId="77777777">
        <w:trPr>
          <w:trHeight w:val="623"/>
          <w:jc w:val="center"/>
        </w:trPr>
        <w:tc>
          <w:tcPr>
            <w:tcW w:w="192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000364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제목</w:t>
            </w:r>
          </w:p>
        </w:tc>
        <w:tc>
          <w:tcPr>
            <w:tcW w:w="827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8F0884" w14:textId="77777777" w:rsidR="0051318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8A94A2"/>
                <w:sz w:val="18"/>
                <w:lang w:eastAsia="ko-KR"/>
              </w:rPr>
              <w:t>예: 계약 이행 요청, 미지급 대금 지급 요청, 사실 통지 등</w:t>
            </w:r>
          </w:p>
        </w:tc>
      </w:tr>
    </w:tbl>
    <w:p w14:paraId="469F7CBA" w14:textId="77777777" w:rsidR="00513182" w:rsidRDefault="00000000">
      <w:pPr>
        <w:spacing w:after="40" w:line="240" w:lineRule="auto"/>
      </w:pPr>
      <w:r>
        <w:rPr>
          <w:b/>
          <w:color w:val="2A68BE"/>
          <w:sz w:val="24"/>
        </w:rPr>
        <w:t>03  사실관계 및 경위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513182" w14:paraId="3BA90D3B" w14:textId="77777777" w:rsidTr="00314C19">
        <w:trPr>
          <w:trHeight w:val="1543"/>
          <w:jc w:val="center"/>
        </w:trPr>
        <w:tc>
          <w:tcPr>
            <w:tcW w:w="10206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F80CF99" w14:textId="77777777" w:rsidR="0051318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939CAA"/>
                <w:sz w:val="18"/>
                <w:lang w:eastAsia="ko-KR"/>
              </w:rPr>
              <w:t>발생 일시, 계약 또는 거래 내용, 현재까지의 진행 경위 등 사실관계를 순서대로 작성하세요.</w:t>
            </w:r>
          </w:p>
        </w:tc>
      </w:tr>
    </w:tbl>
    <w:p w14:paraId="5F6D5298" w14:textId="77777777" w:rsidR="00513182" w:rsidRDefault="00000000">
      <w:pPr>
        <w:spacing w:after="40" w:line="240" w:lineRule="auto"/>
      </w:pPr>
      <w:r>
        <w:rPr>
          <w:b/>
          <w:color w:val="2A68BE"/>
          <w:sz w:val="24"/>
        </w:rPr>
        <w:t>04  요청 · 통지 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7767"/>
      </w:tblGrid>
      <w:tr w:rsidR="00513182" w14:paraId="7BD5FEE4" w14:textId="77777777" w:rsidTr="00AA3C8A">
        <w:trPr>
          <w:trHeight w:val="695"/>
          <w:jc w:val="center"/>
        </w:trPr>
        <w:tc>
          <w:tcPr>
            <w:tcW w:w="243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0679F9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요청·통지 내용</w:t>
            </w:r>
          </w:p>
        </w:tc>
        <w:tc>
          <w:tcPr>
            <w:tcW w:w="776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81F663" w14:textId="77777777" w:rsidR="0051318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939CAA"/>
                <w:sz w:val="18"/>
                <w:lang w:eastAsia="ko-KR"/>
              </w:rPr>
              <w:t>상대방에게 요구하거나 알리고자 하는 핵심 사항을 구체적으로 작성하세요.</w:t>
            </w:r>
          </w:p>
        </w:tc>
      </w:tr>
      <w:tr w:rsidR="00513182" w14:paraId="7642029E" w14:textId="77777777" w:rsidTr="00AA3C8A">
        <w:trPr>
          <w:trHeight w:val="592"/>
          <w:jc w:val="center"/>
        </w:trPr>
        <w:tc>
          <w:tcPr>
            <w:tcW w:w="243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A070E6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이행 기한 / 회신 요청</w:t>
            </w:r>
          </w:p>
        </w:tc>
        <w:tc>
          <w:tcPr>
            <w:tcW w:w="776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1809F0" w14:textId="77777777" w:rsidR="0051318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939CAA"/>
                <w:sz w:val="18"/>
                <w:lang w:eastAsia="ko-KR"/>
              </w:rPr>
              <w:t>기한이 필요한 경우 날짜와 회신 방법 등을 분명하게 작성하세요.</w:t>
            </w:r>
          </w:p>
        </w:tc>
      </w:tr>
      <w:tr w:rsidR="00513182" w14:paraId="6C3FDD17" w14:textId="77777777" w:rsidTr="00AA3C8A">
        <w:trPr>
          <w:trHeight w:val="575"/>
          <w:jc w:val="center"/>
        </w:trPr>
        <w:tc>
          <w:tcPr>
            <w:tcW w:w="243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9EFFB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6B5DB5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기타 전달사항</w:t>
            </w:r>
          </w:p>
        </w:tc>
        <w:tc>
          <w:tcPr>
            <w:tcW w:w="7767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F6E1C3" w14:textId="77777777" w:rsidR="0051318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939CAA"/>
                <w:sz w:val="18"/>
                <w:lang w:eastAsia="ko-KR"/>
              </w:rPr>
              <w:t>추가 조건, 연락 방법, 참고사항 등이 있다면 작성하세요.</w:t>
            </w:r>
          </w:p>
        </w:tc>
      </w:tr>
    </w:tbl>
    <w:p w14:paraId="6911A0E2" w14:textId="77777777" w:rsidR="00513182" w:rsidRDefault="00000000">
      <w:pPr>
        <w:spacing w:after="40" w:line="240" w:lineRule="auto"/>
        <w:jc w:val="center"/>
        <w:rPr>
          <w:lang w:eastAsia="ko-KR"/>
        </w:rPr>
      </w:pPr>
      <w:r>
        <w:rPr>
          <w:color w:val="3A414C"/>
          <w:sz w:val="20"/>
          <w:lang w:eastAsia="ko-KR"/>
        </w:rPr>
        <w:t>위와 같은 내용을 통지합니다.</w:t>
      </w:r>
    </w:p>
    <w:p w14:paraId="6455DCBC" w14:textId="77777777" w:rsidR="00513182" w:rsidRDefault="00000000">
      <w:pPr>
        <w:spacing w:after="40" w:line="240" w:lineRule="auto"/>
      </w:pPr>
      <w:r>
        <w:rPr>
          <w:b/>
          <w:color w:val="2A68BE"/>
          <w:sz w:val="24"/>
        </w:rPr>
        <w:t>05  발송 정보 및 확인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5386"/>
        <w:gridCol w:w="2551"/>
      </w:tblGrid>
      <w:tr w:rsidR="00513182" w14:paraId="4B216911" w14:textId="77777777" w:rsidTr="00314C19">
        <w:trPr>
          <w:trHeight w:val="439"/>
          <w:jc w:val="center"/>
        </w:trPr>
        <w:tc>
          <w:tcPr>
            <w:tcW w:w="226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8F3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0201F2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발신인 성명</w:t>
            </w:r>
          </w:p>
        </w:tc>
        <w:tc>
          <w:tcPr>
            <w:tcW w:w="5386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117F19" w14:textId="77777777" w:rsidR="00513182" w:rsidRDefault="0051318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45C848" w14:textId="77777777" w:rsidR="00513182" w:rsidRDefault="00000000">
            <w:pPr>
              <w:spacing w:after="0" w:line="240" w:lineRule="auto"/>
              <w:jc w:val="center"/>
            </w:pPr>
            <w:r>
              <w:rPr>
                <w:color w:val="8B949F"/>
                <w:sz w:val="17"/>
              </w:rPr>
              <w:t>(서명 또는 인)</w:t>
            </w:r>
          </w:p>
        </w:tc>
      </w:tr>
      <w:tr w:rsidR="00513182" w14:paraId="5289AE41" w14:textId="77777777" w:rsidTr="00314C19">
        <w:trPr>
          <w:trHeight w:val="461"/>
          <w:jc w:val="center"/>
        </w:trPr>
        <w:tc>
          <w:tcPr>
            <w:tcW w:w="226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8F3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C89534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대리 작성자</w:t>
            </w:r>
          </w:p>
        </w:tc>
        <w:tc>
          <w:tcPr>
            <w:tcW w:w="5386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10D88A" w14:textId="77777777" w:rsidR="00513182" w:rsidRDefault="0051318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4FE825" w14:textId="77777777" w:rsidR="00513182" w:rsidRDefault="00000000">
            <w:pPr>
              <w:spacing w:after="0" w:line="240" w:lineRule="auto"/>
              <w:jc w:val="center"/>
            </w:pPr>
            <w:r>
              <w:rPr>
                <w:color w:val="8B949F"/>
                <w:sz w:val="17"/>
              </w:rPr>
              <w:t>해당하는 경우</w:t>
            </w:r>
          </w:p>
        </w:tc>
      </w:tr>
      <w:tr w:rsidR="00513182" w14:paraId="4A9DAE47" w14:textId="77777777" w:rsidTr="00314C19">
        <w:trPr>
          <w:trHeight w:val="441"/>
          <w:jc w:val="center"/>
        </w:trPr>
        <w:tc>
          <w:tcPr>
            <w:tcW w:w="226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8F3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EED327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첨부자료</w:t>
            </w:r>
          </w:p>
        </w:tc>
        <w:tc>
          <w:tcPr>
            <w:tcW w:w="5386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2722FD" w14:textId="77777777" w:rsidR="00513182" w:rsidRDefault="0051318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75F0A4" w14:textId="77777777" w:rsidR="00513182" w:rsidRDefault="00513182">
            <w:pPr>
              <w:spacing w:after="0" w:line="240" w:lineRule="auto"/>
              <w:jc w:val="center"/>
            </w:pPr>
          </w:p>
        </w:tc>
      </w:tr>
      <w:tr w:rsidR="00513182" w14:paraId="33952A14" w14:textId="77777777">
        <w:trPr>
          <w:trHeight w:val="521"/>
          <w:jc w:val="center"/>
        </w:trPr>
        <w:tc>
          <w:tcPr>
            <w:tcW w:w="2268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shd w:val="clear" w:color="auto" w:fill="E8F3F0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33A672" w14:textId="77777777" w:rsidR="00513182" w:rsidRDefault="00000000">
            <w:pPr>
              <w:spacing w:after="0" w:line="240" w:lineRule="auto"/>
              <w:jc w:val="center"/>
            </w:pPr>
            <w:r>
              <w:rPr>
                <w:b/>
                <w:color w:val="3E4A59"/>
              </w:rPr>
              <w:t>발송 방법</w:t>
            </w:r>
          </w:p>
        </w:tc>
        <w:tc>
          <w:tcPr>
            <w:tcW w:w="5386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853649" w14:textId="77777777" w:rsidR="00513182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3F4A59"/>
                <w:sz w:val="18"/>
                <w:lang w:eastAsia="ko-KR"/>
              </w:rPr>
              <w:t>□ 등기우편    □ 배달증명</w:t>
            </w:r>
          </w:p>
        </w:tc>
        <w:tc>
          <w:tcPr>
            <w:tcW w:w="2551" w:type="dxa"/>
            <w:tcBorders>
              <w:top w:val="single" w:sz="5" w:space="0" w:color="C9D1DC"/>
              <w:left w:val="single" w:sz="5" w:space="0" w:color="C9D1DC"/>
              <w:bottom w:val="single" w:sz="5" w:space="0" w:color="C9D1DC"/>
              <w:right w:val="single" w:sz="5" w:space="0" w:color="C9D1DC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806451" w14:textId="77777777" w:rsidR="00513182" w:rsidRDefault="00513182">
            <w:pPr>
              <w:spacing w:after="0" w:line="240" w:lineRule="auto"/>
              <w:jc w:val="center"/>
              <w:rPr>
                <w:lang w:eastAsia="ko-KR"/>
              </w:rPr>
            </w:pPr>
          </w:p>
        </w:tc>
      </w:tr>
    </w:tbl>
    <w:p w14:paraId="78984511" w14:textId="77777777" w:rsidR="00314C19" w:rsidRDefault="00314C19">
      <w:pPr>
        <w:spacing w:after="40" w:line="240" w:lineRule="auto"/>
        <w:rPr>
          <w:color w:val="9199A5"/>
          <w:sz w:val="15"/>
          <w:lang w:eastAsia="ko-KR"/>
        </w:rPr>
      </w:pPr>
    </w:p>
    <w:p w14:paraId="7C7C1302" w14:textId="5C944158" w:rsidR="00513182" w:rsidRPr="00AA3C8A" w:rsidRDefault="00000000" w:rsidP="00AA3C8A">
      <w:pPr>
        <w:pBdr>
          <w:top w:val="single" w:sz="6" w:space="5" w:color="B8C2CF"/>
          <w:left w:val="single" w:sz="6" w:space="0" w:color="B8C2CF"/>
          <w:bottom w:val="single" w:sz="6" w:space="5" w:color="B8C2CF"/>
          <w:right w:val="single" w:sz="6" w:space="5" w:color="B8C2CF"/>
        </w:pBdr>
        <w:shd w:val="clear" w:color="auto" w:fill="F7F9FC"/>
        <w:spacing w:before="80" w:after="80" w:line="240" w:lineRule="auto"/>
        <w:rPr>
          <w:sz w:val="14"/>
          <w:szCs w:val="14"/>
          <w:lang w:eastAsia="ko-KR"/>
        </w:rPr>
      </w:pPr>
      <w:r w:rsidRPr="00AA3C8A">
        <w:rPr>
          <w:sz w:val="14"/>
          <w:szCs w:val="14"/>
          <w:lang w:eastAsia="ko-KR"/>
        </w:rPr>
        <w:t>※ 사용 전 확인: 본 서식은 내용증명 작성 편의를 위해 일반적인 항목을 기준으</w:t>
      </w:r>
      <w:r w:rsidR="00AA3C8A">
        <w:rPr>
          <w:rFonts w:hint="eastAsia"/>
          <w:sz w:val="14"/>
          <w:szCs w:val="14"/>
          <w:lang w:eastAsia="ko-KR"/>
        </w:rPr>
        <w:t>`</w:t>
      </w:r>
      <w:r w:rsidRPr="00AA3C8A">
        <w:rPr>
          <w:sz w:val="14"/>
          <w:szCs w:val="14"/>
          <w:lang w:eastAsia="ko-KR"/>
        </w:rPr>
        <w:t>로 구성한 참고용 서식입니다. 내용증명은 특정 내용을 상대방에게 전달하고 그 내용을 확인하는 용도로 활용될 수 있으나, 문서의 구체적인 권리·의무 및 법적 효과는 작성 내용과 개별 상황에 따라 달라질 수 있습니다. 발송 방법, 작성 부수 및 접수 요건 등은 실제 이용 시 우편 서비스의 최신 안내사항을 확인하세요. 중요한 계약·금전거래·분쟁 등과 관련하여 사용하는 경우에는 필요한 내용을 별도로 확인하거나 관련 기관 또는 전문가의 도움을 받을 수 있습니다.</w:t>
      </w:r>
    </w:p>
    <w:sectPr w:rsidR="00513182" w:rsidRPr="00AA3C8A" w:rsidSect="00034616">
      <w:pgSz w:w="11906" w:h="16838"/>
      <w:pgMar w:top="624" w:right="794" w:bottom="567" w:left="79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3610009">
    <w:abstractNumId w:val="8"/>
  </w:num>
  <w:num w:numId="2" w16cid:durableId="235869418">
    <w:abstractNumId w:val="6"/>
  </w:num>
  <w:num w:numId="3" w16cid:durableId="976103881">
    <w:abstractNumId w:val="5"/>
  </w:num>
  <w:num w:numId="4" w16cid:durableId="679235228">
    <w:abstractNumId w:val="4"/>
  </w:num>
  <w:num w:numId="5" w16cid:durableId="1718355635">
    <w:abstractNumId w:val="7"/>
  </w:num>
  <w:num w:numId="6" w16cid:durableId="1621835749">
    <w:abstractNumId w:val="3"/>
  </w:num>
  <w:num w:numId="7" w16cid:durableId="76251117">
    <w:abstractNumId w:val="2"/>
  </w:num>
  <w:num w:numId="8" w16cid:durableId="1998529941">
    <w:abstractNumId w:val="1"/>
  </w:num>
  <w:num w:numId="9" w16cid:durableId="69392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70BB"/>
    <w:rsid w:val="0029639D"/>
    <w:rsid w:val="00314C19"/>
    <w:rsid w:val="00326F90"/>
    <w:rsid w:val="00513182"/>
    <w:rsid w:val="0075699F"/>
    <w:rsid w:val="00AA1D8D"/>
    <w:rsid w:val="00AA3C8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2044D2"/>
  <w14:defaultImageDpi w14:val="300"/>
  <w15:docId w15:val="{47A4FD0B-7A2B-4473-A9D9-1676CD8A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내용증명 모던형</dc:title>
  <dc:subject>일반적인 통지·요구·사실 전달 내용을 정리하는 내용증명 서식</dc:subject>
  <dc:creator/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2026-08-18T08:44:00Z</dcterms:modified>
  <cp:category/>
</cp:coreProperties>
</file>