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B1447B" w14:paraId="61009E85" w14:textId="77777777">
        <w:trPr>
          <w:jc w:val="center"/>
        </w:trPr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3A0F75D" w14:textId="77777777" w:rsidR="00B1447B" w:rsidRDefault="00000000">
            <w:r>
              <w:rPr>
                <w:b/>
                <w:color w:val="315FC7"/>
                <w:sz w:val="18"/>
              </w:rPr>
              <w:t>DRAFT PROPOSAL</w:t>
            </w:r>
          </w:p>
        </w:tc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13E6049" w14:textId="77777777" w:rsidR="00B1447B" w:rsidRDefault="00000000">
            <w:pPr>
              <w:jc w:val="right"/>
            </w:pPr>
            <w:r>
              <w:rPr>
                <w:b/>
                <w:color w:val="1F2937"/>
                <w:sz w:val="42"/>
              </w:rPr>
              <w:t>기안서</w:t>
            </w:r>
          </w:p>
        </w:tc>
      </w:tr>
    </w:tbl>
    <w:p w14:paraId="6FCE3186" w14:textId="77777777" w:rsidR="00B1447B" w:rsidRDefault="00000000">
      <w:pPr>
        <w:spacing w:after="60"/>
        <w:rPr>
          <w:lang w:eastAsia="ko-KR"/>
        </w:rPr>
      </w:pPr>
      <w:r>
        <w:rPr>
          <w:color w:val="657080"/>
          <w:lang w:eastAsia="ko-KR"/>
        </w:rPr>
        <w:t>업무 추진안의 목적과 세부 내용, 일정 및 예상 비용을 정리하는 기안 서식</w:t>
      </w:r>
    </w:p>
    <w:p w14:paraId="544EE062" w14:textId="77777777" w:rsidR="00B1447B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 xml:space="preserve">01  </w:t>
      </w:r>
      <w:proofErr w:type="spellStart"/>
      <w:r>
        <w:rPr>
          <w:b/>
          <w:color w:val="315FC7"/>
          <w:sz w:val="20"/>
        </w:rPr>
        <w:t>기안</w:t>
      </w:r>
      <w:proofErr w:type="spellEnd"/>
      <w:proofErr w:type="gram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기본</w:t>
      </w:r>
      <w:proofErr w:type="spell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B1447B" w14:paraId="7D117C40" w14:textId="77777777" w:rsidTr="004E43CA">
        <w:trPr>
          <w:trHeight w:val="516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02EF6F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</w:rPr>
              <w:t>기안일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A85B61" w14:textId="2709D39C" w:rsidR="00B1447B" w:rsidRDefault="00000000">
            <w:pPr>
              <w:spacing w:after="0"/>
            </w:pPr>
            <w:r>
              <w:rPr>
                <w:color w:val="222222"/>
              </w:rPr>
              <w:t xml:space="preserve">20  </w:t>
            </w:r>
            <w:r w:rsidR="004E43CA">
              <w:rPr>
                <w:rFonts w:hint="eastAsia"/>
                <w:color w:val="222222"/>
                <w:lang w:eastAsia="ko-KR"/>
              </w:rPr>
              <w:t xml:space="preserve"> </w:t>
            </w:r>
            <w:r>
              <w:rPr>
                <w:color w:val="222222"/>
              </w:rPr>
              <w:t xml:space="preserve">  년  </w:t>
            </w:r>
            <w:r w:rsidR="004E43CA">
              <w:rPr>
                <w:rFonts w:hint="eastAsia"/>
                <w:color w:val="222222"/>
                <w:lang w:eastAsia="ko-KR"/>
              </w:rPr>
              <w:t xml:space="preserve">  </w:t>
            </w:r>
            <w:r>
              <w:rPr>
                <w:color w:val="222222"/>
              </w:rPr>
              <w:t xml:space="preserve">  월   </w:t>
            </w:r>
            <w:r w:rsidR="004E43CA">
              <w:rPr>
                <w:rFonts w:hint="eastAsia"/>
                <w:color w:val="222222"/>
                <w:lang w:eastAsia="ko-KR"/>
              </w:rPr>
              <w:t xml:space="preserve">  </w:t>
            </w:r>
            <w:r>
              <w:rPr>
                <w:color w:val="222222"/>
              </w:rPr>
              <w:t xml:space="preserve"> 일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C65B01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부서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9DE2C6" w14:textId="77777777" w:rsidR="00B1447B" w:rsidRDefault="00B1447B">
            <w:pPr>
              <w:spacing w:after="0"/>
            </w:pPr>
          </w:p>
        </w:tc>
      </w:tr>
      <w:tr w:rsidR="00B1447B" w14:paraId="278FA8BC" w14:textId="77777777" w:rsidTr="004E43CA">
        <w:trPr>
          <w:trHeight w:val="438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D8978A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</w:rPr>
              <w:t>기안자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3A5F5F" w14:textId="77777777" w:rsidR="00B1447B" w:rsidRDefault="00B1447B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69C256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직위 / 직책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513CA0" w14:textId="77777777" w:rsidR="00B1447B" w:rsidRDefault="00B1447B">
            <w:pPr>
              <w:spacing w:after="0"/>
            </w:pPr>
          </w:p>
        </w:tc>
      </w:tr>
    </w:tbl>
    <w:p w14:paraId="4D48E945" w14:textId="77777777" w:rsidR="00B1447B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 xml:space="preserve">02  </w:t>
      </w:r>
      <w:proofErr w:type="spellStart"/>
      <w:r>
        <w:rPr>
          <w:b/>
          <w:color w:val="315FC7"/>
          <w:sz w:val="20"/>
        </w:rPr>
        <w:t>기안</w:t>
      </w:r>
      <w:proofErr w:type="spellEnd"/>
      <w:proofErr w:type="gram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개요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B1447B" w14:paraId="5FD4B686" w14:textId="77777777" w:rsidTr="004E43CA">
        <w:trPr>
          <w:trHeight w:val="442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29E605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</w:rPr>
              <w:t>기안</w:t>
            </w:r>
            <w:proofErr w:type="spellEnd"/>
            <w:r>
              <w:rPr>
                <w:b/>
                <w:color w:val="315FC7"/>
              </w:rPr>
              <w:t xml:space="preserve"> </w:t>
            </w:r>
            <w:proofErr w:type="spellStart"/>
            <w:r>
              <w:rPr>
                <w:b/>
                <w:color w:val="315FC7"/>
              </w:rPr>
              <w:t>제목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69FB26" w14:textId="77777777" w:rsidR="00B1447B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사내 업무환경 개선 </w:t>
            </w:r>
            <w:proofErr w:type="spellStart"/>
            <w:r>
              <w:rPr>
                <w:color w:val="222222"/>
                <w:lang w:eastAsia="ko-KR"/>
              </w:rPr>
              <w:t>추진안</w:t>
            </w:r>
            <w:proofErr w:type="spellEnd"/>
          </w:p>
        </w:tc>
      </w:tr>
      <w:tr w:rsidR="00B1447B" w14:paraId="2BD4D705" w14:textId="77777777" w:rsidTr="004E43CA">
        <w:trPr>
          <w:trHeight w:val="436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6B1030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</w:rPr>
              <w:t>기안</w:t>
            </w:r>
            <w:proofErr w:type="spellEnd"/>
            <w:r>
              <w:rPr>
                <w:b/>
                <w:color w:val="315FC7"/>
              </w:rPr>
              <w:t xml:space="preserve"> </w:t>
            </w:r>
            <w:proofErr w:type="spellStart"/>
            <w:r>
              <w:rPr>
                <w:b/>
                <w:color w:val="315FC7"/>
              </w:rPr>
              <w:t>목적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58F5A6" w14:textId="77777777" w:rsidR="00B1447B" w:rsidRDefault="00B1447B">
            <w:pPr>
              <w:spacing w:after="0"/>
            </w:pPr>
          </w:p>
        </w:tc>
      </w:tr>
      <w:tr w:rsidR="00B1447B" w14:paraId="1833C0A5" w14:textId="77777777" w:rsidTr="004E43CA">
        <w:trPr>
          <w:trHeight w:val="444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499C15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</w:rPr>
              <w:t>시행</w:t>
            </w:r>
            <w:proofErr w:type="spellEnd"/>
            <w:r>
              <w:rPr>
                <w:b/>
                <w:color w:val="315FC7"/>
              </w:rPr>
              <w:t xml:space="preserve"> </w:t>
            </w:r>
            <w:proofErr w:type="spellStart"/>
            <w:r>
              <w:rPr>
                <w:b/>
                <w:color w:val="315FC7"/>
              </w:rPr>
              <w:t>예정일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F58D1F" w14:textId="77777777" w:rsidR="00B1447B" w:rsidRDefault="00B1447B">
            <w:pPr>
              <w:spacing w:after="0"/>
            </w:pPr>
          </w:p>
        </w:tc>
      </w:tr>
    </w:tbl>
    <w:p w14:paraId="14724061" w14:textId="77777777" w:rsidR="00B1447B" w:rsidRDefault="00000000">
      <w:pPr>
        <w:spacing w:before="60" w:after="20"/>
      </w:pPr>
      <w:proofErr w:type="gramStart"/>
      <w:r>
        <w:rPr>
          <w:b/>
          <w:color w:val="377C73"/>
          <w:sz w:val="20"/>
        </w:rPr>
        <w:t xml:space="preserve">03  </w:t>
      </w:r>
      <w:proofErr w:type="spellStart"/>
      <w:r>
        <w:rPr>
          <w:b/>
          <w:color w:val="377C73"/>
          <w:sz w:val="20"/>
        </w:rPr>
        <w:t>기안</w:t>
      </w:r>
      <w:proofErr w:type="spellEnd"/>
      <w:proofErr w:type="gramEnd"/>
      <w:r>
        <w:rPr>
          <w:b/>
          <w:color w:val="377C73"/>
          <w:sz w:val="20"/>
        </w:rPr>
        <w:t xml:space="preserve"> </w:t>
      </w:r>
      <w:proofErr w:type="spellStart"/>
      <w:r>
        <w:rPr>
          <w:b/>
          <w:color w:val="377C73"/>
          <w:sz w:val="20"/>
        </w:rPr>
        <w:t>내용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B1447B" w14:paraId="257FFA24" w14:textId="77777777">
        <w:trPr>
          <w:trHeight w:val="737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1C72D2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추진 배경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6DDB3A" w14:textId="77777777" w:rsidR="00B1447B" w:rsidRDefault="00B1447B">
            <w:pPr>
              <w:spacing w:after="0"/>
            </w:pPr>
          </w:p>
        </w:tc>
      </w:tr>
      <w:tr w:rsidR="00B1447B" w14:paraId="7691EF2D" w14:textId="77777777">
        <w:trPr>
          <w:trHeight w:val="737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AC0827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세부 내용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C1882D" w14:textId="77777777" w:rsidR="00B1447B" w:rsidRDefault="00B1447B">
            <w:pPr>
              <w:spacing w:after="0"/>
            </w:pPr>
          </w:p>
        </w:tc>
      </w:tr>
      <w:tr w:rsidR="00B1447B" w14:paraId="32147E62" w14:textId="77777777">
        <w:trPr>
          <w:trHeight w:val="737"/>
          <w:jc w:val="center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918077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기대 효과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FA3D76" w14:textId="77777777" w:rsidR="00B1447B" w:rsidRDefault="00B1447B">
            <w:pPr>
              <w:spacing w:after="0"/>
            </w:pPr>
          </w:p>
        </w:tc>
      </w:tr>
    </w:tbl>
    <w:p w14:paraId="57413703" w14:textId="77777777" w:rsidR="00B1447B" w:rsidRDefault="00000000">
      <w:pPr>
        <w:spacing w:before="60" w:after="20"/>
      </w:pPr>
      <w:r>
        <w:rPr>
          <w:b/>
          <w:color w:val="315FC7"/>
          <w:sz w:val="20"/>
        </w:rPr>
        <w:t>04  추진 계획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B1447B" w14:paraId="0704B303" w14:textId="77777777">
        <w:trPr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E85DE1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구분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66813E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추진 내용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78EEC8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일정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6D3E87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15FC7"/>
              </w:rPr>
              <w:t>담당 / 협조</w:t>
            </w:r>
          </w:p>
        </w:tc>
      </w:tr>
      <w:tr w:rsidR="00B1447B" w14:paraId="7D3D2F57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543834" w14:textId="77777777" w:rsidR="00B1447B" w:rsidRDefault="00000000">
            <w:pPr>
              <w:spacing w:after="0"/>
              <w:jc w:val="center"/>
            </w:pPr>
            <w:r>
              <w:rPr>
                <w:color w:val="222222"/>
                <w:sz w:val="15"/>
              </w:rPr>
              <w:t>1단계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FD12FB" w14:textId="77777777" w:rsidR="00B1447B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현황 확인 및 세부 계획 수립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CE1D32" w14:textId="77777777" w:rsidR="00B1447B" w:rsidRDefault="00000000">
            <w:pPr>
              <w:spacing w:after="0"/>
              <w:jc w:val="center"/>
            </w:pPr>
            <w:proofErr w:type="gramStart"/>
            <w:r>
              <w:rPr>
                <w:color w:val="222222"/>
                <w:sz w:val="15"/>
              </w:rPr>
              <w:t>20  .  .</w:t>
            </w:r>
            <w:proofErr w:type="gramEnd"/>
            <w:r>
              <w:rPr>
                <w:color w:val="222222"/>
                <w:sz w:val="15"/>
              </w:rPr>
              <w:t xml:space="preserve"> ~ 20  .  .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42E44E" w14:textId="77777777" w:rsidR="00B1447B" w:rsidRDefault="00000000">
            <w:pPr>
              <w:spacing w:after="0"/>
            </w:pPr>
            <w:r>
              <w:rPr>
                <w:color w:val="222222"/>
                <w:sz w:val="15"/>
              </w:rPr>
              <w:t>담당부서</w:t>
            </w:r>
          </w:p>
        </w:tc>
      </w:tr>
      <w:tr w:rsidR="00B1447B" w14:paraId="118E2858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4E26D9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35319D" w14:textId="77777777" w:rsidR="00B1447B" w:rsidRDefault="00B1447B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BD4B9E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0AE8B4" w14:textId="77777777" w:rsidR="00B1447B" w:rsidRDefault="00B1447B">
            <w:pPr>
              <w:spacing w:after="0"/>
            </w:pPr>
          </w:p>
        </w:tc>
      </w:tr>
      <w:tr w:rsidR="00B1447B" w14:paraId="74EC3B40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AE817A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A9E010" w14:textId="77777777" w:rsidR="00B1447B" w:rsidRDefault="00B1447B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05AF3D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208071" w14:textId="77777777" w:rsidR="00B1447B" w:rsidRDefault="00B1447B">
            <w:pPr>
              <w:spacing w:after="0"/>
            </w:pPr>
          </w:p>
        </w:tc>
      </w:tr>
    </w:tbl>
    <w:p w14:paraId="25A9FC0A" w14:textId="77777777" w:rsidR="00B1447B" w:rsidRDefault="00000000">
      <w:pPr>
        <w:spacing w:before="60" w:after="20"/>
      </w:pPr>
      <w:r>
        <w:rPr>
          <w:b/>
          <w:color w:val="377C73"/>
          <w:sz w:val="20"/>
        </w:rPr>
        <w:t>05  예상 비용 / 참고사항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B1447B" w14:paraId="1FD2CA67" w14:textId="77777777">
        <w:trPr>
          <w:trHeight w:val="567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36D3CB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5"/>
              </w:rPr>
              <w:t>예상 비용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67C327" w14:textId="77777777" w:rsidR="00B1447B" w:rsidRDefault="00000000">
            <w:pPr>
              <w:spacing w:after="0"/>
            </w:pPr>
            <w:r>
              <w:rPr>
                <w:color w:val="222222"/>
                <w:sz w:val="15"/>
              </w:rPr>
              <w:t>500,000 원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B66FAE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5"/>
              </w:rPr>
              <w:t>비용 근거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E74F1D" w14:textId="77777777" w:rsidR="00B1447B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견적서 및 내부 기준 참조</w:t>
            </w:r>
          </w:p>
        </w:tc>
      </w:tr>
      <w:tr w:rsidR="00B1447B" w14:paraId="19C80253" w14:textId="77777777">
        <w:trPr>
          <w:trHeight w:val="567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AB941A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77C73"/>
                <w:sz w:val="15"/>
              </w:rPr>
              <w:t>관련</w:t>
            </w:r>
            <w:proofErr w:type="spellEnd"/>
            <w:r>
              <w:rPr>
                <w:b/>
                <w:color w:val="377C73"/>
                <w:sz w:val="15"/>
              </w:rPr>
              <w:t xml:space="preserve"> </w:t>
            </w:r>
            <w:proofErr w:type="spellStart"/>
            <w:r>
              <w:rPr>
                <w:b/>
                <w:color w:val="377C73"/>
                <w:sz w:val="15"/>
              </w:rPr>
              <w:t>자료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5D9C9B" w14:textId="77777777" w:rsidR="00B1447B" w:rsidRDefault="00B1447B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4DED8E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5"/>
              </w:rPr>
              <w:t>첨부 여부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9F352D" w14:textId="77777777" w:rsidR="00B1447B" w:rsidRDefault="00000000">
            <w:pPr>
              <w:spacing w:after="0"/>
            </w:pPr>
            <w:r>
              <w:rPr>
                <w:color w:val="222222"/>
                <w:sz w:val="15"/>
              </w:rPr>
              <w:t>□ 있음   □ 없음</w:t>
            </w:r>
          </w:p>
        </w:tc>
      </w:tr>
      <w:tr w:rsidR="00B1447B" w14:paraId="4DF9F8DB" w14:textId="77777777">
        <w:trPr>
          <w:trHeight w:val="68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0DF11C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5"/>
              </w:rPr>
              <w:t>기타 참고사항</w:t>
            </w:r>
          </w:p>
        </w:tc>
        <w:tc>
          <w:tcPr>
            <w:tcW w:w="7737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E7998A" w14:textId="77777777" w:rsidR="00B1447B" w:rsidRDefault="00B1447B">
            <w:pPr>
              <w:spacing w:after="0"/>
            </w:pPr>
          </w:p>
        </w:tc>
      </w:tr>
    </w:tbl>
    <w:p w14:paraId="09CCCC78" w14:textId="77777777" w:rsidR="00B1447B" w:rsidRDefault="00000000">
      <w:pPr>
        <w:spacing w:before="60" w:after="20"/>
      </w:pPr>
      <w:r>
        <w:rPr>
          <w:b/>
          <w:color w:val="315FC7"/>
          <w:sz w:val="20"/>
        </w:rPr>
        <w:t>06  결재 /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B1447B" w14:paraId="3D15621D" w14:textId="77777777" w:rsidTr="004E43CA">
        <w:trPr>
          <w:trHeight w:val="500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CCC215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</w:rPr>
              <w:t>기안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3E52BC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DE7F5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F8A520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검토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E3AA9E" w14:textId="77777777" w:rsidR="00B1447B" w:rsidRDefault="00B1447B">
            <w:pPr>
              <w:spacing w:after="0"/>
              <w:jc w:val="center"/>
            </w:pPr>
          </w:p>
        </w:tc>
      </w:tr>
      <w:tr w:rsidR="00B1447B" w14:paraId="2334BD4F" w14:textId="77777777">
        <w:trPr>
          <w:trHeight w:val="482"/>
          <w:jc w:val="center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61CFE5" w14:textId="77777777" w:rsidR="00B1447B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</w:rPr>
              <w:t>승인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716A78" w14:textId="77777777" w:rsidR="00B1447B" w:rsidRDefault="00B1447B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5F1EE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0E5530" w14:textId="77777777" w:rsidR="00B1447B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최종 확인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E6D2E1" w14:textId="77777777" w:rsidR="00B1447B" w:rsidRDefault="00B1447B">
            <w:pPr>
              <w:spacing w:after="0"/>
              <w:jc w:val="center"/>
            </w:pPr>
          </w:p>
        </w:tc>
      </w:tr>
    </w:tbl>
    <w:p w14:paraId="394F42B0" w14:textId="77777777" w:rsidR="001D1D11" w:rsidRDefault="001D1D11"/>
    <w:sectPr w:rsidR="001D1D11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1185933">
    <w:abstractNumId w:val="8"/>
  </w:num>
  <w:num w:numId="2" w16cid:durableId="382098706">
    <w:abstractNumId w:val="6"/>
  </w:num>
  <w:num w:numId="3" w16cid:durableId="1182620915">
    <w:abstractNumId w:val="5"/>
  </w:num>
  <w:num w:numId="4" w16cid:durableId="419061633">
    <w:abstractNumId w:val="4"/>
  </w:num>
  <w:num w:numId="5" w16cid:durableId="28722890">
    <w:abstractNumId w:val="7"/>
  </w:num>
  <w:num w:numId="6" w16cid:durableId="1131903963">
    <w:abstractNumId w:val="3"/>
  </w:num>
  <w:num w:numId="7" w16cid:durableId="482619393">
    <w:abstractNumId w:val="2"/>
  </w:num>
  <w:num w:numId="8" w16cid:durableId="1587806986">
    <w:abstractNumId w:val="1"/>
  </w:num>
  <w:num w:numId="9" w16cid:durableId="105535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1D11"/>
    <w:rsid w:val="0029639D"/>
    <w:rsid w:val="00326F90"/>
    <w:rsid w:val="004E43CA"/>
    <w:rsid w:val="00AA1D8D"/>
    <w:rsid w:val="00B1447B"/>
    <w:rsid w:val="00B47730"/>
    <w:rsid w:val="00B534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C256D1"/>
  <w14:defaultImageDpi w14:val="300"/>
  <w15:docId w15:val="{DEDD4AB7-A44B-4B4E-B543-111E5DA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2026-08-21T14:14:00Z</dcterms:modified>
  <cp:category/>
</cp:coreProperties>
</file>