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E1E6EA"/>
          <w:left w:val="single" w:sz="4" w:space="0" w:color="E1E6EA"/>
          <w:bottom w:val="single" w:sz="4" w:space="0" w:color="E1E6EA"/>
          <w:right w:val="single" w:sz="4" w:space="0" w:color="E1E6EA"/>
          <w:insideH w:val="single" w:sz="4" w:space="0" w:color="E1E6EA"/>
          <w:insideV w:val="single" w:sz="4" w:space="0" w:color="E1E6EA"/>
        </w:tblBorders>
        <w:tblLook w:val="04A0" w:firstRow="1" w:lastRow="0" w:firstColumn="1" w:lastColumn="0" w:noHBand="0" w:noVBand="1"/>
      </w:tblPr>
      <w:tblGrid>
        <w:gridCol w:w="5156"/>
        <w:gridCol w:w="5156"/>
      </w:tblGrid>
      <w:tr w:rsidR="002D0D4A" w14:paraId="2F0E96DF" w14:textId="77777777">
        <w:trPr>
          <w:jc w:val="center"/>
        </w:trPr>
        <w:tc>
          <w:tcPr>
            <w:tcW w:w="5156" w:type="dxa"/>
            <w:shd w:val="clear" w:color="auto" w:fill="F4F7F7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FF3D53" w14:textId="77777777" w:rsidR="002D0D4A" w:rsidRDefault="00000000">
            <w:pPr>
              <w:spacing w:after="0"/>
            </w:pPr>
            <w:r>
              <w:rPr>
                <w:b/>
                <w:color w:val="5B706C"/>
              </w:rPr>
              <w:t>EMPLOYMENT AGREEMENT</w:t>
            </w:r>
          </w:p>
        </w:tc>
        <w:tc>
          <w:tcPr>
            <w:tcW w:w="5156" w:type="dxa"/>
            <w:shd w:val="clear" w:color="auto" w:fill="FAFBFB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72E0A45E" w14:textId="77777777" w:rsidR="002D0D4A" w:rsidRDefault="00000000">
            <w:pPr>
              <w:spacing w:after="0"/>
            </w:pPr>
            <w:r>
              <w:rPr>
                <w:b/>
                <w:color w:val="6F7E7B"/>
                <w:sz w:val="17"/>
              </w:rPr>
              <w:t>MODERN FORM</w:t>
            </w:r>
          </w:p>
        </w:tc>
      </w:tr>
    </w:tbl>
    <w:p w14:paraId="5DBEB211" w14:textId="77777777" w:rsidR="002D0D4A" w:rsidRDefault="00000000">
      <w:pPr>
        <w:spacing w:before="160" w:after="40"/>
      </w:pPr>
      <w:r>
        <w:rPr>
          <w:b/>
          <w:color w:val="32373C"/>
          <w:sz w:val="46"/>
        </w:rPr>
        <w:t>근 로 계 약 서</w:t>
      </w:r>
    </w:p>
    <w:p w14:paraId="77C213D5" w14:textId="77777777" w:rsidR="002D0D4A" w:rsidRDefault="00000000">
      <w:pPr>
        <w:spacing w:after="140"/>
        <w:rPr>
          <w:lang w:eastAsia="ko-KR"/>
        </w:rPr>
      </w:pPr>
      <w:r>
        <w:rPr>
          <w:color w:val="697076"/>
          <w:sz w:val="17"/>
          <w:lang w:eastAsia="ko-KR"/>
        </w:rPr>
        <w:t>사용자와 근로자가 합의한 근로조건을 항목별로 정리하는 일반용 근로계약서입니다.</w:t>
      </w:r>
    </w:p>
    <w:p w14:paraId="6B7FD487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 xml:space="preserve">01  계약 당사자</w:t>
      </w:r>
      <w:r>
        <w:rPr>
          <w:color w:val="91979A"/>
          <w:sz w:val="15"/>
        </w:rPr>
        <w:t xml:space="preserve">  PARTIES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2D0D4A" w14:paraId="1BED4816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092C84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사용자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FD85F7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성명/법인명: __________________________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092F8C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대표자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71C709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  <w:tr w:rsidR="002D0D4A" w14:paraId="0BDBD563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F34716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사업장명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FB01B1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7CAFF3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사업자등록번호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76F683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  <w:tr w:rsidR="002D0D4A" w14:paraId="3CC2EAF8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95E99F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사업장 주소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302426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E77FCC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연락처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1EA594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  <w:tr w:rsidR="002D0D4A" w14:paraId="28145F88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BCFB85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근로자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09E57A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성명: 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B529BA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생년월일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0E8515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  <w:tr w:rsidR="002D0D4A" w14:paraId="651D1C4B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A1A346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주소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01771E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4386B4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연락처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9361D6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</w:tbl>
    <w:p w14:paraId="28D34303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>02  계약 및 업무</w:t>
      </w:r>
      <w:r>
        <w:rPr>
          <w:color w:val="91979A"/>
          <w:sz w:val="15"/>
        </w:rPr>
        <w:t xml:space="preserve">  EMPLOYMENT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2D0D4A" w14:paraId="34C2F59E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BE94CB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계약기간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5F0D41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20____.____.____ ~ 20____.____.____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8C6AD3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기간의 정함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EB164A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□ 있음   □ 없음</w:t>
            </w:r>
          </w:p>
        </w:tc>
      </w:tr>
      <w:tr w:rsidR="002D0D4A" w14:paraId="2341B50A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55750F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근무장소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787EF1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AAA9C2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담당업무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3F58E3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______________________</w:t>
            </w:r>
          </w:p>
        </w:tc>
      </w:tr>
      <w:tr w:rsidR="002D0D4A" w14:paraId="405898C2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CAF96E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근무일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CFBEA9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주 ____일 / 요일: __________________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24119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주휴일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181E8C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매주 ______요일</w:t>
            </w:r>
          </w:p>
        </w:tc>
      </w:tr>
    </w:tbl>
    <w:p w14:paraId="21E91149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>03  근로시간</w:t>
      </w:r>
      <w:r>
        <w:rPr>
          <w:color w:val="91979A"/>
          <w:sz w:val="15"/>
        </w:rPr>
        <w:t xml:space="preserve">  WORKING HOURS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2D0D4A" w14:paraId="6375ADC1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48E9F3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소정근로시간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43CD3E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______시 ______분 ~ ______시 ______분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25A5AF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1일 근로시간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51DC1A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______시간</w:t>
            </w:r>
          </w:p>
        </w:tc>
      </w:tr>
      <w:tr w:rsidR="002D0D4A" w14:paraId="24E1C380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97BCED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휴게시간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379495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______시 ______분 ~ ______시 ______분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4BF2B8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1주 근로시간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B4778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______시간</w:t>
            </w:r>
          </w:p>
        </w:tc>
      </w:tr>
    </w:tbl>
    <w:p w14:paraId="0415D78D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>04  임금</w:t>
      </w:r>
      <w:r>
        <w:rPr>
          <w:color w:val="91979A"/>
          <w:sz w:val="15"/>
        </w:rPr>
        <w:t xml:space="preserve">  COMPENSATION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2D0D4A" w14:paraId="30366E47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FAEBBA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임금형태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321E8E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 xml:space="preserve">□ 월급  □ 일급  □ 시급  □ 기타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CAFB36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기본급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142759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 원</w:t>
            </w:r>
          </w:p>
        </w:tc>
      </w:tr>
      <w:tr w:rsidR="002D0D4A" w14:paraId="2C6751E2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3177AE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상여금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C9188B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□ 있음  □ 없음 / _____________ 원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BF472A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기타 수당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19F8B7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________________ 원</w:t>
            </w:r>
          </w:p>
        </w:tc>
      </w:tr>
      <w:tr w:rsidR="002D0D4A" w14:paraId="5DC4DC30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BD16EF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임금지급일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257B67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매월(매주/매일) ______일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FC218A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지급방법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9FA68A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□ 계좌이체 □ 현금 □ 기타</w:t>
            </w:r>
          </w:p>
        </w:tc>
      </w:tr>
    </w:tbl>
    <w:p w14:paraId="5C6341EF" w14:textId="77777777" w:rsidR="00FA2378" w:rsidRDefault="00FA2378">
      <w:pPr>
        <w:spacing w:before="100" w:after="60"/>
        <w:rPr>
          <w:b/>
          <w:color w:val="4B5B59"/>
          <w:sz w:val="21"/>
          <w:lang w:eastAsia="ko-KR"/>
        </w:rPr>
      </w:pPr>
    </w:p>
    <w:p w14:paraId="64401865" w14:textId="60955824" w:rsidR="002D0D4A" w:rsidRDefault="00000000">
      <w:pPr>
        <w:spacing w:before="100" w:after="60"/>
        <w:rPr>
          <w:lang w:eastAsia="ko-KR"/>
        </w:rPr>
      </w:pPr>
      <w:r>
        <w:rPr>
          <w:b/>
          <w:color w:val="4B5B59"/>
          <w:sz w:val="21"/>
          <w:lang w:eastAsia="ko-KR"/>
        </w:rPr>
        <w:lastRenderedPageBreak/>
        <w:t xml:space="preserve">05  휴일·휴가 및 사회보험</w:t>
      </w:r>
      <w:r>
        <w:rPr>
          <w:color w:val="91979A"/>
          <w:sz w:val="15"/>
          <w:lang w:eastAsia="ko-KR"/>
        </w:rPr>
        <w:t xml:space="preserve">  BENEFITS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2D0D4A" w14:paraId="3FFD8A62" w14:textId="77777777">
        <w:trPr>
          <w:jc w:val="center"/>
        </w:trPr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F4B74E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휴일·휴가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28F24C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주휴일 및 연차유급휴가는 근로기준법에 따라 부여함</w:t>
            </w:r>
          </w:p>
        </w:tc>
        <w:tc>
          <w:tcPr>
            <w:tcW w:w="2578" w:type="dxa"/>
            <w:shd w:val="clear" w:color="auto" w:fill="F6F8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E4019D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사회보험</w:t>
            </w:r>
          </w:p>
        </w:tc>
        <w:tc>
          <w:tcPr>
            <w:tcW w:w="25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1E99C2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□ 고용 □ 산재 □ 국민연금 □ 건강보험</w:t>
            </w:r>
          </w:p>
        </w:tc>
      </w:tr>
    </w:tbl>
    <w:p w14:paraId="7CB2A272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 xml:space="preserve">06  계약사항</w:t>
      </w:r>
      <w:r>
        <w:rPr>
          <w:color w:val="91979A"/>
          <w:sz w:val="15"/>
        </w:rPr>
        <w:t xml:space="preserve">  TERMS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5156"/>
        <w:gridCol w:w="5156"/>
      </w:tblGrid>
      <w:tr w:rsidR="002D0D4A" w14:paraId="69FE044A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6C0EEF3D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근로조건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13FCF2DF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근무장소, 담당업무, 근로시간, 휴게시간 및 임금 등은 위 기재 내용에 따릅니다.</w:t>
            </w:r>
          </w:p>
        </w:tc>
      </w:tr>
      <w:tr w:rsidR="002D0D4A" w14:paraId="011A82C1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50F77C63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 xml:space="preserve">수습기간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41695634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 xml:space="preserve">□ 있음 (____개월, 수습기간 중 임금 ____% 지급) □ 없음</w:t>
            </w:r>
          </w:p>
        </w:tc>
      </w:tr>
      <w:tr w:rsidR="002D0D4A" w14:paraId="011A82B1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50F77C53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 xml:space="preserve">임금 지급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41695624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임금의 구성항목과 지급일·지급방법을 확인하고, 별도 수당이 있는 경우 항목과 산정기준을 구체적으로 작성합니다.</w:t>
            </w:r>
          </w:p>
        </w:tc>
      </w:tr>
      <w:tr w:rsidR="002D0D4A" w14:paraId="04EE6F59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71146B15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>휴일·휴가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375CF9F8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주휴일과 연차유급휴가 등은 사업장에 적용되는 관계 법령 및 규정을 확인하여 적용합니다.</w:t>
            </w:r>
          </w:p>
        </w:tc>
      </w:tr>
      <w:tr w:rsidR="002D0D4A" w14:paraId="78253650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4A324B0D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 xml:space="preserve">계약서 교부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06760186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작성한 계약서는 사용자와 근로자가 내용을 확인하고 서명한 후 각각 1부씩 보관합니다.</w:t>
            </w:r>
          </w:p>
        </w:tc>
      </w:tr>
      <w:tr w:rsidR="002D0D4A" w14:paraId="272CD3B0" w14:textId="77777777">
        <w:trPr>
          <w:jc w:val="center"/>
        </w:trPr>
        <w:tc>
          <w:tcPr>
            <w:tcW w:w="5156" w:type="dxa"/>
            <w:shd w:val="clear" w:color="auto" w:fill="F6F8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46A18396" w14:textId="77777777" w:rsidR="002D0D4A" w:rsidRDefault="00000000">
            <w:pPr>
              <w:spacing w:after="0"/>
            </w:pPr>
            <w:r>
              <w:rPr>
                <w:b/>
                <w:color w:val="4D5B59"/>
                <w:sz w:val="16"/>
              </w:rPr>
              <w:t xml:space="preserve">기타 사항</w:t>
            </w:r>
          </w:p>
        </w:tc>
        <w:tc>
          <w:tcPr>
            <w:tcW w:w="5156" w:type="dxa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3D41FA51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이 계약서에 정하지 않은 사항은 관계 법령, 취업규칙 및 당사자 간 합의사항을 확인하여 적용합니다.</w:t>
            </w:r>
          </w:p>
        </w:tc>
      </w:tr>
    </w:tbl>
    <w:p w14:paraId="7DC1CDBE" w14:textId="77777777" w:rsidR="002D0D4A" w:rsidRDefault="00000000">
      <w:pPr>
        <w:spacing w:before="100" w:after="60"/>
      </w:pPr>
      <w:r>
        <w:rPr>
          <w:b/>
          <w:color w:val="4B5B59"/>
          <w:sz w:val="21"/>
        </w:rPr>
        <w:t xml:space="preserve">07  특약사항</w:t>
      </w:r>
      <w:r>
        <w:rPr>
          <w:color w:val="91979A"/>
          <w:sz w:val="15"/>
        </w:rPr>
        <w:t xml:space="preserve">  SPECIAL TERMS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10312"/>
      </w:tblGrid>
      <w:tr w:rsidR="002D0D4A" w14:paraId="639CE3E4" w14:textId="77777777">
        <w:trPr>
          <w:jc w:val="center"/>
        </w:trPr>
        <w:tc>
          <w:tcPr>
            <w:tcW w:w="10312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14:paraId="0EFEE4D1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 xml:space="preserve"> </w:t>
            </w:r>
          </w:p>
        </w:tc>
      </w:tr>
      <w:tr w:rsidR="002D0D4A" w14:paraId="5DD73270" w14:textId="77777777">
        <w:trPr>
          <w:jc w:val="center"/>
        </w:trPr>
        <w:tc>
          <w:tcPr>
            <w:tcW w:w="10312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14:paraId="14DF83FD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 xml:space="preserve"> </w:t>
            </w:r>
          </w:p>
        </w:tc>
      </w:tr>
      <w:tr w:rsidR="002D0D4A" w14:paraId="37300473" w14:textId="77777777">
        <w:trPr>
          <w:jc w:val="center"/>
        </w:trPr>
        <w:tc>
          <w:tcPr>
            <w:tcW w:w="10312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14:paraId="23B6CF00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 xml:space="preserve"> </w:t>
            </w:r>
          </w:p>
        </w:tc>
      </w:tr>
    </w:tbl>
    <w:p w14:paraId="48277443" w14:textId="77777777" w:rsidR="002D0D4A" w:rsidRDefault="00000000">
      <w:pPr>
        <w:spacing w:before="140" w:after="100"/>
        <w:jc w:val="center"/>
      </w:pPr>
      <w:r>
        <w:rPr>
          <w:b/>
          <w:sz w:val="20"/>
        </w:rPr>
        <w:t>20____년  ____월  ____일</w:t>
      </w:r>
    </w:p>
    <w:tbl>
      <w:tblPr>
        <w:tblW w:w="0" w:type="auto"/>
        <w:jc w:val="center"/>
        <w:tblBorders>
          <w:top w:val="single" w:sz="5" w:space="0" w:color="D9DEE3"/>
          <w:left w:val="single" w:sz="5" w:space="0" w:color="D9DEE3"/>
          <w:bottom w:val="single" w:sz="5" w:space="0" w:color="D9DEE3"/>
          <w:right w:val="single" w:sz="5" w:space="0" w:color="D9DEE3"/>
          <w:insideH w:val="single" w:sz="5" w:space="0" w:color="D9DEE3"/>
          <w:insideV w:val="single" w:sz="5" w:space="0" w:color="D9DEE3"/>
        </w:tblBorders>
        <w:tblLook w:val="04A0" w:firstRow="1" w:lastRow="0" w:firstColumn="1" w:lastColumn="0" w:noHBand="0" w:noVBand="1"/>
      </w:tblPr>
      <w:tblGrid>
        <w:gridCol w:w="5156"/>
        <w:gridCol w:w="5156"/>
      </w:tblGrid>
      <w:tr w:rsidR="002D0D4A" w14:paraId="4BBB11E6" w14:textId="77777777">
        <w:trPr>
          <w:jc w:val="center"/>
        </w:trPr>
        <w:tc>
          <w:tcPr>
            <w:tcW w:w="5156" w:type="dxa"/>
            <w:shd w:val="clear" w:color="auto" w:fill="F3F6F6"/>
            <w:tcMar>
              <w:top w:w="125" w:type="dxa"/>
              <w:left w:w="105" w:type="dxa"/>
              <w:bottom w:w="125" w:type="dxa"/>
              <w:right w:w="105" w:type="dxa"/>
            </w:tcMar>
          </w:tcPr>
          <w:p w14:paraId="2CA408EE" w14:textId="77777777" w:rsidR="002D0D4A" w:rsidRDefault="00000000">
            <w:pPr>
              <w:spacing w:after="0"/>
            </w:pPr>
            <w:r>
              <w:rPr>
                <w:b/>
                <w:color w:val="485855"/>
                <w:sz w:val="16"/>
              </w:rPr>
              <w:t>사용자</w:t>
            </w:r>
          </w:p>
        </w:tc>
        <w:tc>
          <w:tcPr>
            <w:tcW w:w="5156" w:type="dxa"/>
            <w:tcMar>
              <w:top w:w="125" w:type="dxa"/>
              <w:left w:w="105" w:type="dxa"/>
              <w:bottom w:w="125" w:type="dxa"/>
              <w:right w:w="105" w:type="dxa"/>
            </w:tcMar>
          </w:tcPr>
          <w:p w14:paraId="2BF75D17" w14:textId="77777777" w:rsidR="002D0D4A" w:rsidRDefault="00000000">
            <w:pPr>
              <w:spacing w:after="0"/>
              <w:rPr>
                <w:lang w:eastAsia="ko-KR"/>
              </w:rPr>
            </w:pPr>
            <w:r>
              <w:rPr>
                <w:color w:val="373E44"/>
                <w:sz w:val="16"/>
                <w:lang w:eastAsia="ko-KR"/>
              </w:rPr>
              <w:t>성명/법인명: ______________________________   (서명 또는 인)</w:t>
            </w:r>
          </w:p>
        </w:tc>
      </w:tr>
      <w:tr w:rsidR="002D0D4A" w14:paraId="387BECA8" w14:textId="77777777">
        <w:trPr>
          <w:jc w:val="center"/>
        </w:trPr>
        <w:tc>
          <w:tcPr>
            <w:tcW w:w="5156" w:type="dxa"/>
            <w:shd w:val="clear" w:color="auto" w:fill="F3F6F6"/>
            <w:tcMar>
              <w:top w:w="125" w:type="dxa"/>
              <w:left w:w="105" w:type="dxa"/>
              <w:bottom w:w="125" w:type="dxa"/>
              <w:right w:w="105" w:type="dxa"/>
            </w:tcMar>
          </w:tcPr>
          <w:p w14:paraId="62AA7686" w14:textId="77777777" w:rsidR="002D0D4A" w:rsidRDefault="00000000">
            <w:pPr>
              <w:spacing w:after="0"/>
            </w:pPr>
            <w:r>
              <w:rPr>
                <w:b/>
                <w:color w:val="485855"/>
                <w:sz w:val="16"/>
              </w:rPr>
              <w:t>근로자</w:t>
            </w:r>
          </w:p>
        </w:tc>
        <w:tc>
          <w:tcPr>
            <w:tcW w:w="5156" w:type="dxa"/>
            <w:tcMar>
              <w:top w:w="125" w:type="dxa"/>
              <w:left w:w="105" w:type="dxa"/>
              <w:bottom w:w="125" w:type="dxa"/>
              <w:right w:w="105" w:type="dxa"/>
            </w:tcMar>
          </w:tcPr>
          <w:p w14:paraId="4091E7F1" w14:textId="77777777" w:rsidR="002D0D4A" w:rsidRDefault="00000000">
            <w:pPr>
              <w:spacing w:after="0"/>
            </w:pPr>
            <w:r>
              <w:rPr>
                <w:color w:val="373E44"/>
                <w:sz w:val="16"/>
              </w:rPr>
              <w:t>성명: _____________________________________   (서명 또는 인)</w:t>
            </w:r>
          </w:p>
        </w:tc>
      </w:tr>
    </w:tbl>
    <w:p w14:paraId="0532B649" w14:textId="77777777" w:rsidR="002D0D4A" w:rsidRDefault="00000000">
      <w:pPr>
        <w:spacing w:before="120" w:after="0"/>
        <w:rPr>
          <w:lang w:eastAsia="ko-KR"/>
        </w:rPr>
      </w:pPr>
      <w:r>
        <w:rPr>
          <w:color w:val="697076"/>
          <w:sz w:val="14"/>
          <w:lang w:eastAsia="ko-KR"/>
        </w:rPr>
        <w:t xml:space="preserve">※ 이용 안내: 본 서식은 일반적인 작성 참고용이며, 고용노동부 배포 표준근로계약서 원본이 아닙니다. 실제 근로조건과 개별 상황에 따라 필요한 내용이 달라질 수 있으므로 관계 법령, 사업장 규정 및 필요한 경우 관련 기관 또는 전문가의 확인을 권장합니다.</w:t>
      </w:r>
    </w:p>
    <w:sectPr w:rsidR="002D0D4A" w:rsidSect="00034616"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2876784">
    <w:abstractNumId w:val="8"/>
  </w:num>
  <w:num w:numId="2" w16cid:durableId="1696032745">
    <w:abstractNumId w:val="6"/>
  </w:num>
  <w:num w:numId="3" w16cid:durableId="2083017765">
    <w:abstractNumId w:val="5"/>
  </w:num>
  <w:num w:numId="4" w16cid:durableId="2055889244">
    <w:abstractNumId w:val="4"/>
  </w:num>
  <w:num w:numId="5" w16cid:durableId="1877230609">
    <w:abstractNumId w:val="7"/>
  </w:num>
  <w:num w:numId="6" w16cid:durableId="1715959045">
    <w:abstractNumId w:val="3"/>
  </w:num>
  <w:num w:numId="7" w16cid:durableId="2125420560">
    <w:abstractNumId w:val="2"/>
  </w:num>
  <w:num w:numId="8" w16cid:durableId="1034311539">
    <w:abstractNumId w:val="1"/>
  </w:num>
  <w:num w:numId="9" w16cid:durableId="96870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FA3"/>
    <w:rsid w:val="00034616"/>
    <w:rsid w:val="0006063C"/>
    <w:rsid w:val="0015074B"/>
    <w:rsid w:val="0029639D"/>
    <w:rsid w:val="002D0D4A"/>
    <w:rsid w:val="00326F90"/>
    <w:rsid w:val="00AA1D8D"/>
    <w:rsid w:val="00B47730"/>
    <w:rsid w:val="00CB0664"/>
    <w:rsid w:val="00FA23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FC9C4"/>
  <w14:defaultImageDpi w14:val="300"/>
  <w15:docId w15:val="{0EFDCCB0-E8D7-41A8-BC77-9BBDF9C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2026-08-16T23:27:00Z</dcterms:modified>
  <cp:category/>
</cp:coreProperties>
</file>