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7EAC1" w14:textId="77777777" w:rsidR="00FF332D" w:rsidRDefault="00000000">
      <w:pPr>
        <w:spacing w:after="40"/>
        <w:jc w:val="center"/>
        <w:rPr>
          <w:lang w:eastAsia="ko-KR"/>
        </w:rPr>
      </w:pPr>
      <w:proofErr w:type="gramStart"/>
      <w:r>
        <w:rPr>
          <w:b/>
          <w:sz w:val="40"/>
          <w:lang w:eastAsia="ko-KR"/>
        </w:rPr>
        <w:t>공  문</w:t>
      </w:r>
      <w:proofErr w:type="gramEnd"/>
      <w:r>
        <w:rPr>
          <w:b/>
          <w:sz w:val="40"/>
          <w:lang w:eastAsia="ko-KR"/>
        </w:rPr>
        <w:t xml:space="preserve">  서</w:t>
      </w:r>
    </w:p>
    <w:p w14:paraId="3195F390" w14:textId="77777777" w:rsidR="00FF332D" w:rsidRDefault="00000000">
      <w:pPr>
        <w:spacing w:after="140"/>
        <w:jc w:val="center"/>
        <w:rPr>
          <w:lang w:eastAsia="ko-KR"/>
        </w:rPr>
      </w:pPr>
      <w:r>
        <w:rPr>
          <w:color w:val="696969"/>
          <w:sz w:val="17"/>
          <w:lang w:eastAsia="ko-KR"/>
        </w:rPr>
        <w:t>업무협조 및 안내사항 전달에 활용할 수 있는 기본형 공문 서식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288"/>
        <w:gridCol w:w="1701"/>
        <w:gridCol w:w="3288"/>
      </w:tblGrid>
      <w:tr w:rsidR="00FF332D" w14:paraId="3ED24333" w14:textId="77777777">
        <w:trPr>
          <w:trHeight w:val="510"/>
          <w:jc w:val="center"/>
        </w:trPr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60ADA21E" w14:textId="77777777" w:rsidR="00FF332D" w:rsidRDefault="00000000">
            <w:pPr>
              <w:jc w:val="center"/>
            </w:pPr>
            <w:proofErr w:type="spellStart"/>
            <w:r>
              <w:rPr>
                <w:b/>
                <w:color w:val="263442"/>
                <w:sz w:val="17"/>
              </w:rPr>
              <w:t>문서번호</w:t>
            </w:r>
            <w:proofErr w:type="spellEnd"/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0314BB1" w14:textId="77777777" w:rsidR="00FF332D" w:rsidRDefault="00FF332D"/>
        </w:tc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7E318343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시행일자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85A9DC" w14:textId="77777777" w:rsidR="00FF332D" w:rsidRDefault="00FF332D"/>
        </w:tc>
      </w:tr>
      <w:tr w:rsidR="00FF332D" w14:paraId="14093E01" w14:textId="77777777">
        <w:trPr>
          <w:trHeight w:val="510"/>
          <w:jc w:val="center"/>
        </w:trPr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2368D30C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수신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7752CD5" w14:textId="77777777" w:rsidR="00FF332D" w:rsidRDefault="00FF332D"/>
        </w:tc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3545A712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참조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272026" w14:textId="77777777" w:rsidR="00FF332D" w:rsidRDefault="00FF332D"/>
        </w:tc>
      </w:tr>
      <w:tr w:rsidR="00FF332D" w14:paraId="7EEA90D5" w14:textId="77777777">
        <w:trPr>
          <w:trHeight w:val="510"/>
          <w:jc w:val="center"/>
        </w:trPr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419C6AEE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담당부서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8BEF9A4" w14:textId="77777777" w:rsidR="00FF332D" w:rsidRDefault="00FF332D"/>
        </w:tc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417BBF80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담당자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36E70CF" w14:textId="77777777" w:rsidR="00FF332D" w:rsidRDefault="00FF332D"/>
        </w:tc>
      </w:tr>
      <w:tr w:rsidR="00FF332D" w14:paraId="30889F6C" w14:textId="77777777">
        <w:trPr>
          <w:trHeight w:val="510"/>
          <w:jc w:val="center"/>
        </w:trPr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07C34134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연락처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8A92B40" w14:textId="77777777" w:rsidR="00FF332D" w:rsidRDefault="00FF332D"/>
        </w:tc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3CED1B67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이메일</w:t>
            </w:r>
          </w:p>
        </w:tc>
        <w:tc>
          <w:tcPr>
            <w:tcW w:w="3326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F41207F" w14:textId="77777777" w:rsidR="00FF332D" w:rsidRDefault="00FF332D"/>
        </w:tc>
      </w:tr>
    </w:tbl>
    <w:p w14:paraId="0458D2AC" w14:textId="77777777" w:rsidR="00FF332D" w:rsidRDefault="00000000">
      <w:pPr>
        <w:spacing w:before="140" w:after="60"/>
      </w:pPr>
      <w:r>
        <w:rPr>
          <w:b/>
          <w:sz w:val="20"/>
        </w:rPr>
        <w:t>제목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8277"/>
      </w:tblGrid>
      <w:tr w:rsidR="00FF332D" w14:paraId="053CA1D2" w14:textId="77777777">
        <w:trPr>
          <w:trHeight w:val="680"/>
        </w:trPr>
        <w:tc>
          <w:tcPr>
            <w:tcW w:w="1720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5E96BB31" w14:textId="77777777" w:rsidR="00FF332D" w:rsidRDefault="00000000">
            <w:pPr>
              <w:jc w:val="center"/>
            </w:pPr>
            <w:r>
              <w:rPr>
                <w:b/>
                <w:color w:val="263442"/>
                <w:sz w:val="17"/>
              </w:rPr>
              <w:t>제목</w:t>
            </w:r>
          </w:p>
        </w:tc>
        <w:tc>
          <w:tcPr>
            <w:tcW w:w="83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798352B" w14:textId="77777777" w:rsidR="00FF332D" w:rsidRDefault="00000000">
            <w:pPr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2026년 하반기 업무협조 요청</w:t>
            </w:r>
          </w:p>
        </w:tc>
      </w:tr>
    </w:tbl>
    <w:p w14:paraId="021897AF" w14:textId="77777777" w:rsidR="00FF332D" w:rsidRDefault="00000000">
      <w:pPr>
        <w:spacing w:before="140" w:after="60"/>
      </w:pPr>
      <w:proofErr w:type="spellStart"/>
      <w:r>
        <w:rPr>
          <w:b/>
          <w:sz w:val="20"/>
        </w:rPr>
        <w:t>본문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78"/>
      </w:tblGrid>
      <w:tr w:rsidR="00FF332D" w14:paraId="374F73B2" w14:textId="77777777">
        <w:trPr>
          <w:trHeight w:val="5102"/>
        </w:trPr>
        <w:tc>
          <w:tcPr>
            <w:tcW w:w="1009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47FD65D" w14:textId="77777777" w:rsidR="00FF332D" w:rsidRDefault="00000000">
            <w:pPr>
              <w:rPr>
                <w:lang w:eastAsia="ko-KR"/>
              </w:rPr>
            </w:pPr>
            <w:r>
              <w:rPr>
                <w:color w:val="263442"/>
                <w:lang w:eastAsia="ko-KR"/>
              </w:rPr>
              <w:t>1. 귀 기관의 무궁한 발전을 기원합니다.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 xml:space="preserve">2. 원활한 업무 추진을 위해 아래와 같이 협조를 </w:t>
            </w:r>
            <w:proofErr w:type="spellStart"/>
            <w:r>
              <w:rPr>
                <w:color w:val="263442"/>
                <w:lang w:eastAsia="ko-KR"/>
              </w:rPr>
              <w:t>요청드리오니</w:t>
            </w:r>
            <w:proofErr w:type="spellEnd"/>
            <w:r>
              <w:rPr>
                <w:color w:val="263442"/>
                <w:lang w:eastAsia="ko-KR"/>
              </w:rPr>
              <w:t xml:space="preserve"> 검토하여 주시기 바랍니다.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 xml:space="preserve">  가. </w:t>
            </w:r>
            <w:proofErr w:type="gramStart"/>
            <w:r>
              <w:rPr>
                <w:color w:val="263442"/>
                <w:lang w:eastAsia="ko-KR"/>
              </w:rPr>
              <w:t>협조사항 :</w:t>
            </w:r>
            <w:proofErr w:type="gramEnd"/>
            <w:r>
              <w:rPr>
                <w:color w:val="263442"/>
                <w:lang w:eastAsia="ko-KR"/>
              </w:rPr>
              <w:t xml:space="preserve"> 관련 자료 제출</w:t>
            </w:r>
            <w:r>
              <w:rPr>
                <w:color w:val="263442"/>
                <w:lang w:eastAsia="ko-KR"/>
              </w:rPr>
              <w:br/>
              <w:t xml:space="preserve">  나. </w:t>
            </w:r>
            <w:proofErr w:type="gramStart"/>
            <w:r>
              <w:rPr>
                <w:color w:val="263442"/>
                <w:lang w:eastAsia="ko-KR"/>
              </w:rPr>
              <w:t>제출기한 :</w:t>
            </w:r>
            <w:proofErr w:type="gramEnd"/>
            <w:r>
              <w:rPr>
                <w:color w:val="263442"/>
                <w:lang w:eastAsia="ko-KR"/>
              </w:rPr>
              <w:t xml:space="preserve"> 2026년 9월 5일</w:t>
            </w:r>
            <w:r>
              <w:rPr>
                <w:color w:val="263442"/>
                <w:lang w:eastAsia="ko-KR"/>
              </w:rPr>
              <w:br/>
              <w:t xml:space="preserve">  다. </w:t>
            </w:r>
            <w:proofErr w:type="gramStart"/>
            <w:r>
              <w:rPr>
                <w:color w:val="263442"/>
                <w:lang w:eastAsia="ko-KR"/>
              </w:rPr>
              <w:t>제출방법 :</w:t>
            </w:r>
            <w:proofErr w:type="gramEnd"/>
            <w:r>
              <w:rPr>
                <w:color w:val="263442"/>
                <w:lang w:eastAsia="ko-KR"/>
              </w:rPr>
              <w:t xml:space="preserve"> 담당자 이메일 회신</w:t>
            </w:r>
            <w:r>
              <w:rPr>
                <w:color w:val="263442"/>
                <w:lang w:eastAsia="ko-KR"/>
              </w:rPr>
              <w:br/>
            </w:r>
            <w:r>
              <w:rPr>
                <w:color w:val="263442"/>
                <w:lang w:eastAsia="ko-KR"/>
              </w:rPr>
              <w:br/>
              <w:t>3. 기타 문의사항은 아래 담당자에게 연락하여 주시기 바랍니다.</w:t>
            </w:r>
          </w:p>
        </w:tc>
      </w:tr>
    </w:tbl>
    <w:p w14:paraId="7E165030" w14:textId="77777777" w:rsidR="00FF332D" w:rsidRDefault="00000000" w:rsidP="00D6600F">
      <w:pPr>
        <w:spacing w:before="140" w:line="480" w:lineRule="auto"/>
        <w:jc w:val="right"/>
        <w:rPr>
          <w:lang w:eastAsia="ko-KR"/>
        </w:rPr>
      </w:pPr>
      <w:proofErr w:type="gramStart"/>
      <w:r>
        <w:rPr>
          <w:b/>
          <w:sz w:val="20"/>
          <w:lang w:eastAsia="ko-KR"/>
        </w:rPr>
        <w:t>발신기관명 :</w:t>
      </w:r>
      <w:proofErr w:type="gramEnd"/>
      <w:r>
        <w:rPr>
          <w:b/>
          <w:sz w:val="20"/>
          <w:lang w:eastAsia="ko-KR"/>
        </w:rPr>
        <w:t xml:space="preserve"> ______________________________</w:t>
      </w:r>
    </w:p>
    <w:p w14:paraId="390F3EDE" w14:textId="77777777" w:rsidR="00FF332D" w:rsidRPr="00D6600F" w:rsidRDefault="00000000" w:rsidP="00D6600F">
      <w:pPr>
        <w:spacing w:line="480" w:lineRule="auto"/>
        <w:jc w:val="right"/>
        <w:rPr>
          <w:szCs w:val="18"/>
          <w:lang w:eastAsia="ko-KR"/>
        </w:rPr>
      </w:pPr>
      <w:proofErr w:type="gramStart"/>
      <w:r w:rsidRPr="00D6600F">
        <w:rPr>
          <w:color w:val="5A5A5A"/>
          <w:szCs w:val="18"/>
          <w:lang w:eastAsia="ko-KR"/>
        </w:rPr>
        <w:t>담당자 :</w:t>
      </w:r>
      <w:proofErr w:type="gramEnd"/>
      <w:r w:rsidRPr="00D6600F">
        <w:rPr>
          <w:color w:val="5A5A5A"/>
          <w:szCs w:val="18"/>
          <w:lang w:eastAsia="ko-KR"/>
        </w:rPr>
        <w:t xml:space="preserve"> ____________   </w:t>
      </w:r>
      <w:proofErr w:type="gramStart"/>
      <w:r w:rsidRPr="00D6600F">
        <w:rPr>
          <w:color w:val="5A5A5A"/>
          <w:szCs w:val="18"/>
          <w:lang w:eastAsia="ko-KR"/>
        </w:rPr>
        <w:t>연락처 :</w:t>
      </w:r>
      <w:proofErr w:type="gramEnd"/>
      <w:r w:rsidRPr="00D6600F">
        <w:rPr>
          <w:color w:val="5A5A5A"/>
          <w:szCs w:val="18"/>
          <w:lang w:eastAsia="ko-KR"/>
        </w:rPr>
        <w:t xml:space="preserve"> ____________</w:t>
      </w:r>
    </w:p>
    <w:sectPr w:rsidR="00FF332D" w:rsidRPr="00D6600F" w:rsidSect="00034616">
      <w:pgSz w:w="11906" w:h="16838"/>
      <w:pgMar w:top="794" w:right="907" w:bottom="73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8279058">
    <w:abstractNumId w:val="8"/>
  </w:num>
  <w:num w:numId="2" w16cid:durableId="510726947">
    <w:abstractNumId w:val="6"/>
  </w:num>
  <w:num w:numId="3" w16cid:durableId="1327975406">
    <w:abstractNumId w:val="5"/>
  </w:num>
  <w:num w:numId="4" w16cid:durableId="673729782">
    <w:abstractNumId w:val="4"/>
  </w:num>
  <w:num w:numId="5" w16cid:durableId="2100176168">
    <w:abstractNumId w:val="7"/>
  </w:num>
  <w:num w:numId="6" w16cid:durableId="1434933275">
    <w:abstractNumId w:val="3"/>
  </w:num>
  <w:num w:numId="7" w16cid:durableId="1158108592">
    <w:abstractNumId w:val="2"/>
  </w:num>
  <w:num w:numId="8" w16cid:durableId="358550856">
    <w:abstractNumId w:val="1"/>
  </w:num>
  <w:num w:numId="9" w16cid:durableId="600144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62318"/>
    <w:rsid w:val="00AA1D8D"/>
    <w:rsid w:val="00B47730"/>
    <w:rsid w:val="00CB0664"/>
    <w:rsid w:val="00D6600F"/>
    <w:rsid w:val="00FC693F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0B6157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2026-08-25T08:33:00Z</dcterms:modified>
  <cp:category/>
</cp:coreProperties>
</file>