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609C" w14:textId="77777777" w:rsidR="007E5185" w:rsidRDefault="007E5185">
      <w:pPr>
        <w:rPr>
          <w:lang w:eastAsia="ko-KR"/>
        </w:rPr>
      </w:pPr>
    </w:p>
    <w:p w14:paraId="05C3E959" w14:textId="77777777" w:rsidR="007E5185" w:rsidRDefault="007E5185">
      <w:pPr>
        <w:rPr>
          <w:rFonts w:hint="eastAsia"/>
          <w:lang w:eastAsia="ko-K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4592"/>
      </w:tblGrid>
      <w:tr w:rsidR="00884337" w14:paraId="1A07D734" w14:textId="77777777">
        <w:trPr>
          <w:trHeight w:hRule="exact" w:val="567"/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14:paraId="2C04A6AF" w14:textId="77777777" w:rsidR="00884337" w:rsidRDefault="00000000">
            <w:pPr>
              <w:spacing w:line="240" w:lineRule="auto"/>
            </w:pPr>
            <w:r>
              <w:rPr>
                <w:b/>
                <w:color w:val="2E62A8"/>
                <w:sz w:val="19"/>
              </w:rPr>
              <w:t>CAREER RESUME</w:t>
            </w: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14:paraId="497B4B62" w14:textId="77777777" w:rsidR="00884337" w:rsidRDefault="00000000">
            <w:pPr>
              <w:spacing w:line="240" w:lineRule="auto"/>
              <w:jc w:val="right"/>
            </w:pPr>
            <w:r>
              <w:rPr>
                <w:b/>
                <w:color w:val="202833"/>
                <w:sz w:val="35"/>
              </w:rPr>
              <w:t>경력직 이력서</w:t>
            </w:r>
          </w:p>
        </w:tc>
      </w:tr>
    </w:tbl>
    <w:p w14:paraId="39D7AF3F" w14:textId="77777777" w:rsidR="00884337" w:rsidRDefault="00000000">
      <w:pPr>
        <w:spacing w:before="20" w:after="40"/>
        <w:rPr>
          <w:lang w:eastAsia="ko-KR"/>
        </w:rPr>
      </w:pPr>
      <w:r>
        <w:rPr>
          <w:color w:val="727B86"/>
          <w:sz w:val="14"/>
          <w:lang w:eastAsia="ko-KR"/>
        </w:rPr>
        <w:t>경력과 주요 업무, 성과 및 직무 역량을 한 장에 정리하는 경력직 입사지원 서식</w:t>
      </w:r>
    </w:p>
    <w:p w14:paraId="226AD70F" w14:textId="77777777" w:rsidR="00884337" w:rsidRDefault="00000000">
      <w:pPr>
        <w:spacing w:before="72" w:after="36"/>
      </w:pPr>
      <w:proofErr w:type="gramStart"/>
      <w:r>
        <w:rPr>
          <w:b/>
          <w:color w:val="2E62A8"/>
          <w:sz w:val="18"/>
        </w:rPr>
        <w:t xml:space="preserve">01  </w:t>
      </w:r>
      <w:proofErr w:type="spellStart"/>
      <w:r>
        <w:rPr>
          <w:b/>
          <w:color w:val="2E62A8"/>
          <w:sz w:val="18"/>
        </w:rPr>
        <w:t>지원자</w:t>
      </w:r>
      <w:proofErr w:type="spellEnd"/>
      <w:proofErr w:type="gramEnd"/>
      <w:r>
        <w:rPr>
          <w:b/>
          <w:color w:val="2E62A8"/>
          <w:sz w:val="18"/>
        </w:rPr>
        <w:t xml:space="preserve"> </w:t>
      </w:r>
      <w:proofErr w:type="spellStart"/>
      <w:r>
        <w:rPr>
          <w:b/>
          <w:color w:val="2E62A8"/>
          <w:sz w:val="18"/>
        </w:rPr>
        <w:t>정보</w:t>
      </w:r>
      <w:proofErr w:type="spellEnd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78016F65" w14:textId="77777777">
        <w:trPr>
          <w:trHeight w:hRule="exact" w:val="454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C925C0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성명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ABA25A4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42FE30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연락처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1E49C8" w14:textId="77777777" w:rsidR="00884337" w:rsidRDefault="00884337">
            <w:pPr>
              <w:spacing w:line="240" w:lineRule="auto"/>
            </w:pPr>
          </w:p>
        </w:tc>
      </w:tr>
      <w:tr w:rsidR="00884337" w14:paraId="722897AC" w14:textId="77777777">
        <w:trPr>
          <w:trHeight w:hRule="exact" w:val="454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1B6BB4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이메일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FFB587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E3CD6A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거주지역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4C3F62" w14:textId="77777777" w:rsidR="00884337" w:rsidRDefault="00884337">
            <w:pPr>
              <w:spacing w:line="240" w:lineRule="auto"/>
            </w:pPr>
          </w:p>
        </w:tc>
      </w:tr>
    </w:tbl>
    <w:p w14:paraId="1A4F921B" w14:textId="77777777" w:rsidR="00884337" w:rsidRDefault="00000000">
      <w:pPr>
        <w:spacing w:before="72" w:after="36"/>
      </w:pPr>
      <w:r>
        <w:rPr>
          <w:b/>
          <w:color w:val="2E62A8"/>
          <w:sz w:val="18"/>
        </w:rPr>
        <w:t>02  지원 정보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5989338D" w14:textId="77777777">
        <w:trPr>
          <w:trHeight w:hRule="exact" w:val="454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A4C995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지원 직무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D646AD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6223E7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총 경력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4083294" w14:textId="77777777" w:rsidR="00884337" w:rsidRDefault="00000000">
            <w:pPr>
              <w:spacing w:line="240" w:lineRule="auto"/>
            </w:pPr>
            <w:r>
              <w:rPr>
                <w:color w:val="202833"/>
                <w:sz w:val="15"/>
              </w:rPr>
              <w:t xml:space="preserve">      년      개월</w:t>
            </w:r>
          </w:p>
        </w:tc>
      </w:tr>
      <w:tr w:rsidR="00884337" w14:paraId="5CCFEAF5" w14:textId="77777777">
        <w:trPr>
          <w:trHeight w:hRule="exact" w:val="454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8B959D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입사가능일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F7AFBB" w14:textId="77777777" w:rsidR="00884337" w:rsidRDefault="00000000">
            <w:pPr>
              <w:spacing w:line="240" w:lineRule="auto"/>
            </w:pPr>
            <w:r>
              <w:rPr>
                <w:color w:val="202833"/>
                <w:sz w:val="15"/>
              </w:rPr>
              <w:t>20    년    월    일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11D70F9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희망근무지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83EAB5" w14:textId="77777777" w:rsidR="00884337" w:rsidRDefault="00884337">
            <w:pPr>
              <w:spacing w:line="240" w:lineRule="auto"/>
            </w:pPr>
          </w:p>
        </w:tc>
      </w:tr>
    </w:tbl>
    <w:p w14:paraId="2F75A49A" w14:textId="77777777" w:rsidR="00884337" w:rsidRDefault="00000000">
      <w:pPr>
        <w:spacing w:before="72" w:after="36"/>
      </w:pPr>
      <w:r>
        <w:rPr>
          <w:b/>
          <w:color w:val="3C8377"/>
          <w:sz w:val="18"/>
        </w:rPr>
        <w:t>03  경력 사항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528777CD" w14:textId="77777777">
        <w:trPr>
          <w:trHeight w:hRule="exact" w:val="369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F387B7D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근무기간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E6588E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회사명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3E019E0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부서 / 직위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4D7B7E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담당업무 · 주요성과</w:t>
            </w:r>
          </w:p>
        </w:tc>
      </w:tr>
      <w:tr w:rsidR="00884337" w14:paraId="5108F3E3" w14:textId="77777777">
        <w:trPr>
          <w:trHeight w:hRule="exact" w:val="567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0BC3F2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68F7E7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FB1C5B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7B94D1" w14:textId="77777777" w:rsidR="00884337" w:rsidRDefault="00884337">
            <w:pPr>
              <w:spacing w:line="240" w:lineRule="auto"/>
            </w:pPr>
          </w:p>
        </w:tc>
      </w:tr>
      <w:tr w:rsidR="00884337" w14:paraId="3BE91D2F" w14:textId="77777777">
        <w:trPr>
          <w:trHeight w:hRule="exact" w:val="567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811CC3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73941BF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9C4594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262F16" w14:textId="77777777" w:rsidR="00884337" w:rsidRDefault="00884337">
            <w:pPr>
              <w:spacing w:line="240" w:lineRule="auto"/>
            </w:pPr>
          </w:p>
        </w:tc>
      </w:tr>
      <w:tr w:rsidR="00884337" w14:paraId="74618DB7" w14:textId="77777777">
        <w:trPr>
          <w:trHeight w:hRule="exact" w:val="567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1164C5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53CB76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B124F0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E2F86F" w14:textId="77777777" w:rsidR="00884337" w:rsidRDefault="00884337">
            <w:pPr>
              <w:spacing w:line="240" w:lineRule="auto"/>
            </w:pPr>
          </w:p>
        </w:tc>
      </w:tr>
      <w:tr w:rsidR="00884337" w14:paraId="50B27DEF" w14:textId="77777777">
        <w:trPr>
          <w:trHeight w:hRule="exact" w:val="567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86AC0D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835142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D0FEFB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D2D141" w14:textId="77777777" w:rsidR="00884337" w:rsidRDefault="00884337">
            <w:pPr>
              <w:spacing w:line="240" w:lineRule="auto"/>
            </w:pPr>
          </w:p>
        </w:tc>
      </w:tr>
    </w:tbl>
    <w:p w14:paraId="6A961310" w14:textId="77777777" w:rsidR="00884337" w:rsidRDefault="00000000">
      <w:pPr>
        <w:spacing w:before="72" w:after="36"/>
      </w:pPr>
      <w:r>
        <w:rPr>
          <w:b/>
          <w:color w:val="2E62A8"/>
          <w:sz w:val="18"/>
        </w:rPr>
        <w:t>04  학력 사항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0516EA24" w14:textId="77777777">
        <w:trPr>
          <w:trHeight w:hRule="exact" w:val="369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663378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기간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DD13039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학교명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D33EC4C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전공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BFD078A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졸업구분</w:t>
            </w:r>
          </w:p>
        </w:tc>
      </w:tr>
      <w:tr w:rsidR="00884337" w14:paraId="0230F185" w14:textId="77777777">
        <w:trPr>
          <w:trHeight w:hRule="exact" w:val="482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B21129C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D3D8F8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3763F5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027AE2" w14:textId="77777777" w:rsidR="00884337" w:rsidRDefault="00884337">
            <w:pPr>
              <w:spacing w:line="240" w:lineRule="auto"/>
            </w:pPr>
          </w:p>
        </w:tc>
      </w:tr>
      <w:tr w:rsidR="00884337" w14:paraId="6717CDFF" w14:textId="77777777">
        <w:trPr>
          <w:trHeight w:hRule="exact" w:val="482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AAE1E62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4D06FBD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B5BAA34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9D9989" w14:textId="77777777" w:rsidR="00884337" w:rsidRDefault="00884337">
            <w:pPr>
              <w:spacing w:line="240" w:lineRule="auto"/>
            </w:pPr>
          </w:p>
        </w:tc>
      </w:tr>
    </w:tbl>
    <w:p w14:paraId="17469671" w14:textId="77777777" w:rsidR="00884337" w:rsidRDefault="00000000">
      <w:pPr>
        <w:spacing w:before="72" w:after="36"/>
      </w:pPr>
      <w:r>
        <w:rPr>
          <w:b/>
          <w:color w:val="3C8377"/>
          <w:sz w:val="18"/>
        </w:rPr>
        <w:t>05  자격 · 교육 / 핵심 역량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0EA609C4" w14:textId="77777777">
        <w:trPr>
          <w:trHeight w:hRule="exact" w:val="369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06289F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구분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511EC0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취득일 / 기간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156E10" w14:textId="77777777" w:rsidR="00884337" w:rsidRDefault="00000000">
            <w:pPr>
              <w:spacing w:line="240" w:lineRule="auto"/>
              <w:jc w:val="center"/>
              <w:rPr>
                <w:lang w:eastAsia="ko-KR"/>
              </w:rPr>
            </w:pPr>
            <w:r>
              <w:rPr>
                <w:b/>
                <w:color w:val="3C8377"/>
                <w:sz w:val="14"/>
                <w:lang w:eastAsia="ko-KR"/>
              </w:rPr>
              <w:t>자격·</w:t>
            </w:r>
            <w:proofErr w:type="spellStart"/>
            <w:proofErr w:type="gramStart"/>
            <w:r>
              <w:rPr>
                <w:b/>
                <w:color w:val="3C8377"/>
                <w:sz w:val="14"/>
                <w:lang w:eastAsia="ko-KR"/>
              </w:rPr>
              <w:t>교육명</w:t>
            </w:r>
            <w:proofErr w:type="spellEnd"/>
            <w:r>
              <w:rPr>
                <w:b/>
                <w:color w:val="3C8377"/>
                <w:sz w:val="14"/>
                <w:lang w:eastAsia="ko-KR"/>
              </w:rPr>
              <w:t xml:space="preserve"> /</w:t>
            </w:r>
            <w:proofErr w:type="gramEnd"/>
            <w:r>
              <w:rPr>
                <w:b/>
                <w:color w:val="3C8377"/>
                <w:sz w:val="14"/>
                <w:lang w:eastAsia="ko-KR"/>
              </w:rPr>
              <w:t xml:space="preserve"> 보유역량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92C2C22" w14:textId="77777777" w:rsidR="00884337" w:rsidRDefault="00000000">
            <w:pPr>
              <w:spacing w:line="240" w:lineRule="auto"/>
              <w:jc w:val="center"/>
            </w:pPr>
            <w:proofErr w:type="spellStart"/>
            <w:r>
              <w:rPr>
                <w:b/>
                <w:color w:val="3C8377"/>
                <w:sz w:val="14"/>
              </w:rPr>
              <w:t>기관</w:t>
            </w:r>
            <w:proofErr w:type="spellEnd"/>
          </w:p>
        </w:tc>
      </w:tr>
      <w:tr w:rsidR="00884337" w14:paraId="3133A1F0" w14:textId="77777777">
        <w:trPr>
          <w:trHeight w:hRule="exact" w:val="482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D16FE2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BDF61D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D97752D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77137E" w14:textId="77777777" w:rsidR="00884337" w:rsidRDefault="00884337">
            <w:pPr>
              <w:spacing w:line="240" w:lineRule="auto"/>
            </w:pPr>
          </w:p>
        </w:tc>
      </w:tr>
      <w:tr w:rsidR="00884337" w14:paraId="2DB27232" w14:textId="77777777">
        <w:trPr>
          <w:trHeight w:hRule="exact" w:val="482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4D853DF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166A21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F23ED7" w14:textId="77777777" w:rsidR="00884337" w:rsidRDefault="00884337">
            <w:pPr>
              <w:spacing w:line="240" w:lineRule="auto"/>
            </w:pP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61A98E" w14:textId="77777777" w:rsidR="00884337" w:rsidRDefault="00884337">
            <w:pPr>
              <w:spacing w:line="240" w:lineRule="auto"/>
            </w:pPr>
          </w:p>
        </w:tc>
      </w:tr>
    </w:tbl>
    <w:p w14:paraId="31D3B830" w14:textId="77777777" w:rsidR="00884337" w:rsidRDefault="00000000">
      <w:pPr>
        <w:spacing w:before="72" w:after="36"/>
      </w:pPr>
      <w:r>
        <w:rPr>
          <w:b/>
          <w:color w:val="2E62A8"/>
          <w:sz w:val="18"/>
        </w:rPr>
        <w:t>06  경력 요약 / 지원동기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234"/>
        <w:gridCol w:w="5234"/>
      </w:tblGrid>
      <w:tr w:rsidR="00884337" w14:paraId="01A6C310" w14:textId="77777777">
        <w:trPr>
          <w:trHeight w:hRule="exact" w:val="680"/>
          <w:jc w:val="center"/>
        </w:trPr>
        <w:tc>
          <w:tcPr>
            <w:tcW w:w="515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4DE2FB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4"/>
              </w:rPr>
              <w:t>핵심 경력 / 주요성과</w:t>
            </w:r>
          </w:p>
        </w:tc>
        <w:tc>
          <w:tcPr>
            <w:tcW w:w="515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1096CFC" w14:textId="77777777" w:rsidR="00884337" w:rsidRDefault="00884337">
            <w:pPr>
              <w:spacing w:line="240" w:lineRule="auto"/>
            </w:pPr>
          </w:p>
        </w:tc>
      </w:tr>
      <w:tr w:rsidR="00884337" w14:paraId="320881B9" w14:textId="77777777">
        <w:trPr>
          <w:trHeight w:hRule="exact" w:val="680"/>
          <w:jc w:val="center"/>
        </w:trPr>
        <w:tc>
          <w:tcPr>
            <w:tcW w:w="515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E3F0ED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95E32C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3C8377"/>
                <w:sz w:val="14"/>
              </w:rPr>
              <w:t>지원동기 / 이직사유</w:t>
            </w:r>
          </w:p>
        </w:tc>
        <w:tc>
          <w:tcPr>
            <w:tcW w:w="515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2390F31" w14:textId="77777777" w:rsidR="00884337" w:rsidRDefault="00884337">
            <w:pPr>
              <w:spacing w:line="240" w:lineRule="auto"/>
            </w:pPr>
          </w:p>
        </w:tc>
      </w:tr>
    </w:tbl>
    <w:p w14:paraId="0B657585" w14:textId="77777777" w:rsidR="00884337" w:rsidRDefault="00000000">
      <w:pPr>
        <w:spacing w:before="72" w:after="36"/>
      </w:pPr>
      <w:r>
        <w:rPr>
          <w:b/>
          <w:color w:val="2E62A8"/>
          <w:sz w:val="18"/>
        </w:rPr>
        <w:t>07  확인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17"/>
        <w:gridCol w:w="2617"/>
        <w:gridCol w:w="2617"/>
        <w:gridCol w:w="2617"/>
      </w:tblGrid>
      <w:tr w:rsidR="00884337" w14:paraId="41E17428" w14:textId="77777777">
        <w:trPr>
          <w:trHeight w:hRule="exact" w:val="454"/>
          <w:jc w:val="center"/>
        </w:trPr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5A2497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작성일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33A9450" w14:textId="77777777" w:rsidR="00884337" w:rsidRDefault="00000000">
            <w:pPr>
              <w:spacing w:line="240" w:lineRule="auto"/>
            </w:pPr>
            <w:r>
              <w:rPr>
                <w:color w:val="202833"/>
                <w:sz w:val="15"/>
              </w:rPr>
              <w:t>20    년    월    일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shd w:val="clear" w:color="auto" w:fill="DCE6F4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58AAA3" w14:textId="77777777" w:rsidR="00884337" w:rsidRDefault="00000000">
            <w:pPr>
              <w:spacing w:line="240" w:lineRule="auto"/>
              <w:jc w:val="center"/>
            </w:pPr>
            <w:r>
              <w:rPr>
                <w:b/>
                <w:color w:val="2E62A8"/>
                <w:sz w:val="15"/>
              </w:rPr>
              <w:t>지원자</w:t>
            </w:r>
          </w:p>
        </w:tc>
        <w:tc>
          <w:tcPr>
            <w:tcW w:w="2579" w:type="dxa"/>
            <w:tcBorders>
              <w:top w:val="single" w:sz="5" w:space="0" w:color="AAB7C5"/>
              <w:left w:val="single" w:sz="5" w:space="0" w:color="AAB7C5"/>
              <w:bottom w:val="single" w:sz="5" w:space="0" w:color="AAB7C5"/>
              <w:right w:val="single" w:sz="5" w:space="0" w:color="AAB7C5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9970682" w14:textId="77777777" w:rsidR="00884337" w:rsidRDefault="00000000">
            <w:pPr>
              <w:spacing w:line="240" w:lineRule="auto"/>
            </w:pPr>
            <w:r>
              <w:rPr>
                <w:color w:val="202833"/>
                <w:sz w:val="15"/>
              </w:rPr>
              <w:t xml:space="preserve">                         (서명)</w:t>
            </w:r>
          </w:p>
        </w:tc>
      </w:tr>
    </w:tbl>
    <w:p w14:paraId="0131EE96" w14:textId="77777777" w:rsidR="002D3BEF" w:rsidRDefault="002D3BEF"/>
    <w:sectPr w:rsidR="002D3BEF" w:rsidSect="00034616">
      <w:pgSz w:w="11906" w:h="16838"/>
      <w:pgMar w:top="510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9859348">
    <w:abstractNumId w:val="8"/>
  </w:num>
  <w:num w:numId="2" w16cid:durableId="865560149">
    <w:abstractNumId w:val="6"/>
  </w:num>
  <w:num w:numId="3" w16cid:durableId="1096249562">
    <w:abstractNumId w:val="5"/>
  </w:num>
  <w:num w:numId="4" w16cid:durableId="830801435">
    <w:abstractNumId w:val="4"/>
  </w:num>
  <w:num w:numId="5" w16cid:durableId="76176179">
    <w:abstractNumId w:val="7"/>
  </w:num>
  <w:num w:numId="6" w16cid:durableId="274211207">
    <w:abstractNumId w:val="3"/>
  </w:num>
  <w:num w:numId="7" w16cid:durableId="350886168">
    <w:abstractNumId w:val="2"/>
  </w:num>
  <w:num w:numId="8" w16cid:durableId="1017198513">
    <w:abstractNumId w:val="1"/>
  </w:num>
  <w:num w:numId="9" w16cid:durableId="212619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D3BEF"/>
    <w:rsid w:val="00326F90"/>
    <w:rsid w:val="00762318"/>
    <w:rsid w:val="007E5185"/>
    <w:rsid w:val="0088433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05152"/>
  <w14:defaultImageDpi w14:val="300"/>
  <w15:docId w15:val="{44D2FA51-76A4-4A66-8E06-B5A44FE3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2026-08-25T01:54:00Z</dcterms:modified>
  <cp:category/>
</cp:coreProperties>
</file>