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36BD9" w14:textId="77777777" w:rsidR="00FE0C37" w:rsidRDefault="00000000" w:rsidP="0010714B">
      <w:pPr>
        <w:spacing w:after="20" w:line="240" w:lineRule="auto"/>
        <w:jc w:val="center"/>
        <w:rPr>
          <w:lang w:eastAsia="ko-KR"/>
        </w:rPr>
      </w:pPr>
      <w:r>
        <w:rPr>
          <w:b/>
          <w:color w:val="111111"/>
          <w:sz w:val="34"/>
          <w:lang w:eastAsia="ko-KR"/>
        </w:rPr>
        <w:t xml:space="preserve">경 력 </w:t>
      </w:r>
      <w:proofErr w:type="gramStart"/>
      <w:r>
        <w:rPr>
          <w:b/>
          <w:color w:val="111111"/>
          <w:sz w:val="34"/>
          <w:lang w:eastAsia="ko-KR"/>
        </w:rPr>
        <w:t>직  이</w:t>
      </w:r>
      <w:proofErr w:type="gramEnd"/>
      <w:r>
        <w:rPr>
          <w:b/>
          <w:color w:val="111111"/>
          <w:sz w:val="34"/>
          <w:lang w:eastAsia="ko-KR"/>
        </w:rPr>
        <w:t xml:space="preserve"> 력 서</w:t>
      </w:r>
    </w:p>
    <w:p w14:paraId="662D27CA" w14:textId="77777777" w:rsidR="00FE0C37" w:rsidRDefault="00000000" w:rsidP="0010714B">
      <w:pPr>
        <w:spacing w:after="80" w:line="240" w:lineRule="auto"/>
        <w:jc w:val="center"/>
        <w:rPr>
          <w:lang w:eastAsia="ko-KR"/>
        </w:rPr>
      </w:pPr>
      <w:r>
        <w:rPr>
          <w:color w:val="666666"/>
          <w:sz w:val="16"/>
          <w:lang w:eastAsia="ko-KR"/>
        </w:rPr>
        <w:t>경력과 직무 역량을 한 장에 정리하는 입사지원용 서식</w:t>
      </w:r>
    </w:p>
    <w:p w14:paraId="6D5C66EB" w14:textId="77777777" w:rsidR="00FE0C37" w:rsidRDefault="00000000">
      <w:pPr>
        <w:spacing w:before="120" w:after="80"/>
      </w:pPr>
      <w:r>
        <w:rPr>
          <w:b/>
          <w:color w:val="222222"/>
          <w:sz w:val="21"/>
        </w:rPr>
        <w:t xml:space="preserve">1. </w:t>
      </w:r>
      <w:proofErr w:type="spellStart"/>
      <w:r>
        <w:rPr>
          <w:b/>
          <w:color w:val="222222"/>
          <w:sz w:val="21"/>
        </w:rPr>
        <w:t>기본</w:t>
      </w:r>
      <w:proofErr w:type="spellEnd"/>
      <w:r>
        <w:rPr>
          <w:b/>
          <w:color w:val="222222"/>
          <w:sz w:val="21"/>
        </w:rPr>
        <w:t xml:space="preserve"> </w:t>
      </w:r>
      <w:proofErr w:type="spellStart"/>
      <w:r>
        <w:rPr>
          <w:b/>
          <w:color w:val="222222"/>
          <w:sz w:val="21"/>
        </w:rPr>
        <w:t>정보</w:t>
      </w:r>
      <w:proofErr w:type="spellEnd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76"/>
        <w:gridCol w:w="3750"/>
        <w:gridCol w:w="1537"/>
        <w:gridCol w:w="3689"/>
      </w:tblGrid>
      <w:tr w:rsidR="00FE0C37" w14:paraId="2256F125" w14:textId="77777777" w:rsidTr="0010714B">
        <w:trPr>
          <w:trHeight w:val="431"/>
        </w:trPr>
        <w:tc>
          <w:tcPr>
            <w:tcW w:w="148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E52CDA" w14:textId="77777777" w:rsidR="00FE0C37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24364B"/>
                <w:sz w:val="16"/>
              </w:rPr>
              <w:t>성명</w:t>
            </w:r>
            <w:proofErr w:type="spellEnd"/>
          </w:p>
        </w:tc>
        <w:tc>
          <w:tcPr>
            <w:tcW w:w="3783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F654D3" w14:textId="77777777" w:rsidR="00FE0C37" w:rsidRDefault="00FE0C37">
            <w:pPr>
              <w:spacing w:line="240" w:lineRule="auto"/>
            </w:pPr>
          </w:p>
        </w:tc>
        <w:tc>
          <w:tcPr>
            <w:tcW w:w="1550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21143E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6"/>
              </w:rPr>
              <w:t>연락처</w:t>
            </w:r>
          </w:p>
        </w:tc>
        <w:tc>
          <w:tcPr>
            <w:tcW w:w="372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127674" w14:textId="77777777" w:rsidR="00FE0C37" w:rsidRDefault="00FE0C37">
            <w:pPr>
              <w:spacing w:line="240" w:lineRule="auto"/>
            </w:pPr>
          </w:p>
        </w:tc>
      </w:tr>
      <w:tr w:rsidR="00FE0C37" w14:paraId="60F8E65D" w14:textId="77777777">
        <w:trPr>
          <w:trHeight w:val="397"/>
        </w:trPr>
        <w:tc>
          <w:tcPr>
            <w:tcW w:w="148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6DEA56" w14:textId="77777777" w:rsidR="00FE0C37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24364B"/>
                <w:sz w:val="16"/>
              </w:rPr>
              <w:t>이메일</w:t>
            </w:r>
            <w:proofErr w:type="spellEnd"/>
          </w:p>
        </w:tc>
        <w:tc>
          <w:tcPr>
            <w:tcW w:w="3783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FC3D38A" w14:textId="77777777" w:rsidR="00FE0C37" w:rsidRDefault="00FE0C37">
            <w:pPr>
              <w:spacing w:line="240" w:lineRule="auto"/>
            </w:pPr>
          </w:p>
        </w:tc>
        <w:tc>
          <w:tcPr>
            <w:tcW w:w="1550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9716FF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6"/>
              </w:rPr>
              <w:t>거주지역</w:t>
            </w:r>
          </w:p>
        </w:tc>
        <w:tc>
          <w:tcPr>
            <w:tcW w:w="372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5A0183" w14:textId="77777777" w:rsidR="00FE0C37" w:rsidRDefault="00FE0C37">
            <w:pPr>
              <w:spacing w:line="240" w:lineRule="auto"/>
            </w:pPr>
          </w:p>
        </w:tc>
      </w:tr>
      <w:tr w:rsidR="00FE0C37" w14:paraId="05C3772F" w14:textId="77777777">
        <w:trPr>
          <w:trHeight w:val="397"/>
        </w:trPr>
        <w:tc>
          <w:tcPr>
            <w:tcW w:w="148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7AA6D94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6"/>
              </w:rPr>
              <w:t>지원직무</w:t>
            </w:r>
          </w:p>
        </w:tc>
        <w:tc>
          <w:tcPr>
            <w:tcW w:w="3783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3AA0E7" w14:textId="77777777" w:rsidR="00FE0C37" w:rsidRDefault="00FE0C37">
            <w:pPr>
              <w:spacing w:line="240" w:lineRule="auto"/>
            </w:pPr>
          </w:p>
        </w:tc>
        <w:tc>
          <w:tcPr>
            <w:tcW w:w="1550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3BAB77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6"/>
              </w:rPr>
              <w:t>희망근무지</w:t>
            </w:r>
          </w:p>
        </w:tc>
        <w:tc>
          <w:tcPr>
            <w:tcW w:w="372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2DBD49" w14:textId="77777777" w:rsidR="00FE0C37" w:rsidRDefault="00FE0C37">
            <w:pPr>
              <w:spacing w:line="240" w:lineRule="auto"/>
            </w:pPr>
          </w:p>
        </w:tc>
      </w:tr>
    </w:tbl>
    <w:p w14:paraId="36BFFB80" w14:textId="77777777" w:rsidR="00FE0C37" w:rsidRDefault="00000000">
      <w:pPr>
        <w:spacing w:before="120" w:after="80"/>
      </w:pPr>
      <w:r>
        <w:rPr>
          <w:b/>
          <w:color w:val="222222"/>
          <w:sz w:val="21"/>
        </w:rPr>
        <w:t>2. 경력 사항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0"/>
        <w:gridCol w:w="2275"/>
        <w:gridCol w:w="2460"/>
        <w:gridCol w:w="3627"/>
      </w:tblGrid>
      <w:tr w:rsidR="00FE0C37" w14:paraId="3BD8BE00" w14:textId="77777777">
        <w:trPr>
          <w:trHeight w:val="369"/>
        </w:trPr>
        <w:tc>
          <w:tcPr>
            <w:tcW w:w="210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E202487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근무기간</w:t>
            </w:r>
          </w:p>
        </w:tc>
        <w:tc>
          <w:tcPr>
            <w:tcW w:w="2295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2656BD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회사명</w:t>
            </w:r>
          </w:p>
        </w:tc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DA68B4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부서 / 직위</w:t>
            </w:r>
          </w:p>
        </w:tc>
        <w:tc>
          <w:tcPr>
            <w:tcW w:w="3659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EF8546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담당업무 및 주요성과</w:t>
            </w:r>
          </w:p>
        </w:tc>
      </w:tr>
      <w:tr w:rsidR="00FE0C37" w14:paraId="4EE10B1F" w14:textId="77777777" w:rsidTr="0010714B">
        <w:trPr>
          <w:trHeight w:val="327"/>
        </w:trPr>
        <w:tc>
          <w:tcPr>
            <w:tcW w:w="210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FDCB50" w14:textId="77777777" w:rsidR="00FE0C37" w:rsidRDefault="00FE0C37">
            <w:pPr>
              <w:spacing w:line="240" w:lineRule="auto"/>
            </w:pPr>
          </w:p>
        </w:tc>
        <w:tc>
          <w:tcPr>
            <w:tcW w:w="2295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76D7037" w14:textId="77777777" w:rsidR="00FE0C37" w:rsidRDefault="00FE0C37">
            <w:pPr>
              <w:spacing w:line="240" w:lineRule="auto"/>
            </w:pPr>
          </w:p>
        </w:tc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C76B1A4" w14:textId="77777777" w:rsidR="00FE0C37" w:rsidRDefault="00FE0C37">
            <w:pPr>
              <w:spacing w:line="240" w:lineRule="auto"/>
            </w:pPr>
          </w:p>
        </w:tc>
        <w:tc>
          <w:tcPr>
            <w:tcW w:w="3659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89BB3E" w14:textId="77777777" w:rsidR="00FE0C37" w:rsidRDefault="00FE0C37">
            <w:pPr>
              <w:spacing w:line="240" w:lineRule="auto"/>
            </w:pPr>
          </w:p>
        </w:tc>
      </w:tr>
      <w:tr w:rsidR="00FE0C37" w14:paraId="58386E65" w14:textId="77777777" w:rsidTr="0010714B">
        <w:trPr>
          <w:trHeight w:val="319"/>
        </w:trPr>
        <w:tc>
          <w:tcPr>
            <w:tcW w:w="210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476AF" w14:textId="77777777" w:rsidR="00FE0C37" w:rsidRDefault="00FE0C37">
            <w:pPr>
              <w:spacing w:line="240" w:lineRule="auto"/>
            </w:pPr>
          </w:p>
        </w:tc>
        <w:tc>
          <w:tcPr>
            <w:tcW w:w="2295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F9E9EB" w14:textId="77777777" w:rsidR="00FE0C37" w:rsidRDefault="00FE0C37">
            <w:pPr>
              <w:spacing w:line="240" w:lineRule="auto"/>
            </w:pPr>
          </w:p>
        </w:tc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8FCE1D" w14:textId="77777777" w:rsidR="00FE0C37" w:rsidRDefault="00FE0C37">
            <w:pPr>
              <w:spacing w:line="240" w:lineRule="auto"/>
            </w:pPr>
          </w:p>
        </w:tc>
        <w:tc>
          <w:tcPr>
            <w:tcW w:w="3659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DE2FE0A" w14:textId="77777777" w:rsidR="00FE0C37" w:rsidRDefault="00FE0C37">
            <w:pPr>
              <w:spacing w:line="240" w:lineRule="auto"/>
            </w:pPr>
          </w:p>
        </w:tc>
      </w:tr>
      <w:tr w:rsidR="00FE0C37" w14:paraId="7E7D444D" w14:textId="77777777" w:rsidTr="0010714B">
        <w:trPr>
          <w:trHeight w:val="298"/>
        </w:trPr>
        <w:tc>
          <w:tcPr>
            <w:tcW w:w="210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EFEB57" w14:textId="77777777" w:rsidR="00FE0C37" w:rsidRDefault="00FE0C37">
            <w:pPr>
              <w:spacing w:line="240" w:lineRule="auto"/>
            </w:pPr>
          </w:p>
        </w:tc>
        <w:tc>
          <w:tcPr>
            <w:tcW w:w="2295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A24297F" w14:textId="77777777" w:rsidR="00FE0C37" w:rsidRDefault="00FE0C37">
            <w:pPr>
              <w:spacing w:line="240" w:lineRule="auto"/>
            </w:pPr>
          </w:p>
        </w:tc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58AC26" w14:textId="77777777" w:rsidR="00FE0C37" w:rsidRDefault="00FE0C37">
            <w:pPr>
              <w:spacing w:line="240" w:lineRule="auto"/>
            </w:pPr>
          </w:p>
        </w:tc>
        <w:tc>
          <w:tcPr>
            <w:tcW w:w="3659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CD124CA" w14:textId="77777777" w:rsidR="00FE0C37" w:rsidRDefault="00FE0C37">
            <w:pPr>
              <w:spacing w:line="240" w:lineRule="auto"/>
            </w:pPr>
          </w:p>
        </w:tc>
      </w:tr>
      <w:tr w:rsidR="00FE0C37" w14:paraId="37A0FB04" w14:textId="77777777" w:rsidTr="0010714B">
        <w:trPr>
          <w:trHeight w:val="317"/>
        </w:trPr>
        <w:tc>
          <w:tcPr>
            <w:tcW w:w="210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6B245F8" w14:textId="77777777" w:rsidR="00FE0C37" w:rsidRDefault="00FE0C37">
            <w:pPr>
              <w:spacing w:line="240" w:lineRule="auto"/>
            </w:pPr>
          </w:p>
        </w:tc>
        <w:tc>
          <w:tcPr>
            <w:tcW w:w="2295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03308A6" w14:textId="77777777" w:rsidR="00FE0C37" w:rsidRDefault="00FE0C37">
            <w:pPr>
              <w:spacing w:line="240" w:lineRule="auto"/>
            </w:pPr>
          </w:p>
        </w:tc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DF7BB4" w14:textId="77777777" w:rsidR="00FE0C37" w:rsidRDefault="00FE0C37">
            <w:pPr>
              <w:spacing w:line="240" w:lineRule="auto"/>
            </w:pPr>
          </w:p>
        </w:tc>
        <w:tc>
          <w:tcPr>
            <w:tcW w:w="3659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999974" w14:textId="77777777" w:rsidR="00FE0C37" w:rsidRDefault="00FE0C37">
            <w:pPr>
              <w:spacing w:line="240" w:lineRule="auto"/>
            </w:pPr>
          </w:p>
        </w:tc>
      </w:tr>
    </w:tbl>
    <w:p w14:paraId="35CA964E" w14:textId="77777777" w:rsidR="00FE0C37" w:rsidRDefault="00000000">
      <w:pPr>
        <w:spacing w:before="120" w:after="80"/>
      </w:pPr>
      <w:r>
        <w:rPr>
          <w:b/>
          <w:color w:val="222222"/>
          <w:sz w:val="21"/>
        </w:rPr>
        <w:t>3. 핵심 경력 요약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968"/>
        <w:gridCol w:w="8484"/>
      </w:tblGrid>
      <w:tr w:rsidR="00FE0C37" w14:paraId="6A0BDE9F" w14:textId="77777777">
        <w:trPr>
          <w:trHeight w:val="397"/>
        </w:trPr>
        <w:tc>
          <w:tcPr>
            <w:tcW w:w="1984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F4FD9C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6"/>
              </w:rPr>
              <w:t>총 경력</w:t>
            </w:r>
          </w:p>
        </w:tc>
        <w:tc>
          <w:tcPr>
            <w:tcW w:w="8559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B22A41" w14:textId="77777777" w:rsidR="00FE0C37" w:rsidRDefault="00FE0C37">
            <w:pPr>
              <w:spacing w:line="240" w:lineRule="auto"/>
            </w:pPr>
          </w:p>
        </w:tc>
      </w:tr>
      <w:tr w:rsidR="00FE0C37" w14:paraId="3878B8DC" w14:textId="77777777" w:rsidTr="0010714B">
        <w:trPr>
          <w:trHeight w:val="447"/>
        </w:trPr>
        <w:tc>
          <w:tcPr>
            <w:tcW w:w="1984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4685FE3" w14:textId="77777777" w:rsidR="00FE0C37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24364B"/>
                <w:sz w:val="16"/>
              </w:rPr>
              <w:t>핵심</w:t>
            </w:r>
            <w:proofErr w:type="spellEnd"/>
            <w:r>
              <w:rPr>
                <w:b/>
                <w:color w:val="24364B"/>
                <w:sz w:val="16"/>
              </w:rPr>
              <w:t xml:space="preserve"> </w:t>
            </w:r>
            <w:proofErr w:type="spellStart"/>
            <w:r>
              <w:rPr>
                <w:b/>
                <w:color w:val="24364B"/>
                <w:sz w:val="16"/>
              </w:rPr>
              <w:t>역량</w:t>
            </w:r>
            <w:proofErr w:type="spellEnd"/>
          </w:p>
        </w:tc>
        <w:tc>
          <w:tcPr>
            <w:tcW w:w="8559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3337769" w14:textId="77777777" w:rsidR="00FE0C37" w:rsidRDefault="00FE0C37">
            <w:pPr>
              <w:spacing w:line="240" w:lineRule="auto"/>
            </w:pPr>
          </w:p>
        </w:tc>
      </w:tr>
    </w:tbl>
    <w:p w14:paraId="0A588EDE" w14:textId="77777777" w:rsidR="00FE0C37" w:rsidRDefault="00000000">
      <w:pPr>
        <w:spacing w:before="120" w:after="80"/>
      </w:pPr>
      <w:r>
        <w:rPr>
          <w:b/>
          <w:color w:val="222222"/>
          <w:sz w:val="21"/>
        </w:rPr>
        <w:t xml:space="preserve">4. </w:t>
      </w:r>
      <w:proofErr w:type="spellStart"/>
      <w:r>
        <w:rPr>
          <w:b/>
          <w:color w:val="222222"/>
          <w:sz w:val="21"/>
        </w:rPr>
        <w:t>학력</w:t>
      </w:r>
      <w:proofErr w:type="spellEnd"/>
      <w:r>
        <w:rPr>
          <w:b/>
          <w:color w:val="222222"/>
          <w:sz w:val="21"/>
        </w:rPr>
        <w:t xml:space="preserve"> </w:t>
      </w:r>
      <w:proofErr w:type="spellStart"/>
      <w:r>
        <w:rPr>
          <w:b/>
          <w:color w:val="222222"/>
          <w:sz w:val="21"/>
        </w:rPr>
        <w:t>사항</w:t>
      </w:r>
      <w:proofErr w:type="spellEnd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460"/>
        <w:gridCol w:w="3381"/>
        <w:gridCol w:w="2767"/>
        <w:gridCol w:w="1844"/>
      </w:tblGrid>
      <w:tr w:rsidR="00FE0C37" w14:paraId="6FB0F76A" w14:textId="77777777">
        <w:trPr>
          <w:trHeight w:val="369"/>
        </w:trPr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6D7DF2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기간</w:t>
            </w:r>
          </w:p>
        </w:tc>
        <w:tc>
          <w:tcPr>
            <w:tcW w:w="341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D854F3B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학교명</w:t>
            </w:r>
          </w:p>
        </w:tc>
        <w:tc>
          <w:tcPr>
            <w:tcW w:w="279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E3D6B9E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전공</w:t>
            </w:r>
          </w:p>
        </w:tc>
        <w:tc>
          <w:tcPr>
            <w:tcW w:w="1860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5566D6E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졸업구분</w:t>
            </w:r>
          </w:p>
        </w:tc>
      </w:tr>
      <w:tr w:rsidR="00FE0C37" w14:paraId="07605D21" w14:textId="77777777" w:rsidTr="0010714B">
        <w:trPr>
          <w:trHeight w:val="421"/>
        </w:trPr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3109145" w14:textId="77777777" w:rsidR="00FE0C37" w:rsidRDefault="00FE0C37">
            <w:pPr>
              <w:spacing w:line="240" w:lineRule="auto"/>
            </w:pPr>
          </w:p>
        </w:tc>
        <w:tc>
          <w:tcPr>
            <w:tcW w:w="341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DA1F655" w14:textId="77777777" w:rsidR="00FE0C37" w:rsidRDefault="00FE0C37">
            <w:pPr>
              <w:spacing w:line="240" w:lineRule="auto"/>
            </w:pPr>
          </w:p>
        </w:tc>
        <w:tc>
          <w:tcPr>
            <w:tcW w:w="279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73F4DF" w14:textId="77777777" w:rsidR="00FE0C37" w:rsidRDefault="00FE0C37">
            <w:pPr>
              <w:spacing w:line="240" w:lineRule="auto"/>
            </w:pPr>
          </w:p>
        </w:tc>
        <w:tc>
          <w:tcPr>
            <w:tcW w:w="1860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085C841" w14:textId="77777777" w:rsidR="00FE0C37" w:rsidRDefault="00FE0C37">
            <w:pPr>
              <w:spacing w:line="240" w:lineRule="auto"/>
            </w:pPr>
          </w:p>
        </w:tc>
      </w:tr>
      <w:tr w:rsidR="00FE0C37" w14:paraId="73176258" w14:textId="77777777" w:rsidTr="0010714B">
        <w:trPr>
          <w:trHeight w:val="471"/>
        </w:trPr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E1639A" w14:textId="77777777" w:rsidR="00FE0C37" w:rsidRDefault="00FE0C37">
            <w:pPr>
              <w:spacing w:line="240" w:lineRule="auto"/>
            </w:pPr>
          </w:p>
        </w:tc>
        <w:tc>
          <w:tcPr>
            <w:tcW w:w="341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FB6CFA7" w14:textId="77777777" w:rsidR="00FE0C37" w:rsidRDefault="00FE0C37">
            <w:pPr>
              <w:spacing w:line="240" w:lineRule="auto"/>
            </w:pPr>
          </w:p>
        </w:tc>
        <w:tc>
          <w:tcPr>
            <w:tcW w:w="279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349292A" w14:textId="77777777" w:rsidR="00FE0C37" w:rsidRDefault="00FE0C37">
            <w:pPr>
              <w:spacing w:line="240" w:lineRule="auto"/>
            </w:pPr>
          </w:p>
        </w:tc>
        <w:tc>
          <w:tcPr>
            <w:tcW w:w="1860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8BCEE86" w14:textId="77777777" w:rsidR="00FE0C37" w:rsidRDefault="00FE0C37">
            <w:pPr>
              <w:spacing w:line="240" w:lineRule="auto"/>
            </w:pPr>
          </w:p>
        </w:tc>
      </w:tr>
    </w:tbl>
    <w:p w14:paraId="6324CEBD" w14:textId="77777777" w:rsidR="00FE0C37" w:rsidRDefault="00000000">
      <w:pPr>
        <w:spacing w:before="120" w:after="80"/>
        <w:rPr>
          <w:lang w:eastAsia="ko-KR"/>
        </w:rPr>
      </w:pPr>
      <w:r>
        <w:rPr>
          <w:b/>
          <w:color w:val="222222"/>
          <w:sz w:val="21"/>
          <w:lang w:eastAsia="ko-KR"/>
        </w:rPr>
        <w:t>5. 자격 · 교육 · 직무역량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476"/>
        <w:gridCol w:w="2090"/>
        <w:gridCol w:w="4426"/>
        <w:gridCol w:w="2460"/>
      </w:tblGrid>
      <w:tr w:rsidR="00FE0C37" w14:paraId="01296109" w14:textId="77777777">
        <w:trPr>
          <w:trHeight w:val="369"/>
        </w:trPr>
        <w:tc>
          <w:tcPr>
            <w:tcW w:w="148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1C23C5" w14:textId="77777777" w:rsidR="00FE0C37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24364B"/>
                <w:sz w:val="14"/>
              </w:rPr>
              <w:t>구분</w:t>
            </w:r>
            <w:proofErr w:type="spellEnd"/>
          </w:p>
        </w:tc>
        <w:tc>
          <w:tcPr>
            <w:tcW w:w="210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09500C0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4"/>
              </w:rPr>
              <w:t>취득 / 수료일</w:t>
            </w:r>
          </w:p>
        </w:tc>
        <w:tc>
          <w:tcPr>
            <w:tcW w:w="4466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F4AAAD3" w14:textId="77777777" w:rsidR="00FE0C37" w:rsidRDefault="00000000">
            <w:pPr>
              <w:spacing w:line="240" w:lineRule="auto"/>
              <w:jc w:val="center"/>
              <w:rPr>
                <w:lang w:eastAsia="ko-KR"/>
              </w:rPr>
            </w:pPr>
            <w:r>
              <w:rPr>
                <w:b/>
                <w:color w:val="24364B"/>
                <w:sz w:val="14"/>
                <w:lang w:eastAsia="ko-KR"/>
              </w:rPr>
              <w:t>자격·</w:t>
            </w:r>
            <w:proofErr w:type="spellStart"/>
            <w:proofErr w:type="gramStart"/>
            <w:r>
              <w:rPr>
                <w:b/>
                <w:color w:val="24364B"/>
                <w:sz w:val="14"/>
                <w:lang w:eastAsia="ko-KR"/>
              </w:rPr>
              <w:t>교육명</w:t>
            </w:r>
            <w:proofErr w:type="spellEnd"/>
            <w:r>
              <w:rPr>
                <w:b/>
                <w:color w:val="24364B"/>
                <w:sz w:val="14"/>
                <w:lang w:eastAsia="ko-KR"/>
              </w:rPr>
              <w:t xml:space="preserve"> /</w:t>
            </w:r>
            <w:proofErr w:type="gramEnd"/>
            <w:r>
              <w:rPr>
                <w:b/>
                <w:color w:val="24364B"/>
                <w:sz w:val="14"/>
                <w:lang w:eastAsia="ko-KR"/>
              </w:rPr>
              <w:t xml:space="preserve"> 보유역량</w:t>
            </w:r>
          </w:p>
        </w:tc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886220" w14:textId="77777777" w:rsidR="00FE0C37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24364B"/>
                <w:sz w:val="14"/>
              </w:rPr>
              <w:t>발급·교육기관</w:t>
            </w:r>
            <w:proofErr w:type="spellEnd"/>
          </w:p>
        </w:tc>
      </w:tr>
      <w:tr w:rsidR="00FE0C37" w14:paraId="6DD8F5C7" w14:textId="77777777" w:rsidTr="0010714B">
        <w:trPr>
          <w:trHeight w:val="451"/>
        </w:trPr>
        <w:tc>
          <w:tcPr>
            <w:tcW w:w="148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B7C500A" w14:textId="77777777" w:rsidR="00FE0C37" w:rsidRDefault="00FE0C37">
            <w:pPr>
              <w:spacing w:line="240" w:lineRule="auto"/>
            </w:pPr>
          </w:p>
        </w:tc>
        <w:tc>
          <w:tcPr>
            <w:tcW w:w="210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B176B32" w14:textId="77777777" w:rsidR="00FE0C37" w:rsidRDefault="00FE0C37">
            <w:pPr>
              <w:spacing w:line="240" w:lineRule="auto"/>
            </w:pPr>
          </w:p>
        </w:tc>
        <w:tc>
          <w:tcPr>
            <w:tcW w:w="4466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784128" w14:textId="77777777" w:rsidR="00FE0C37" w:rsidRDefault="00FE0C37">
            <w:pPr>
              <w:spacing w:line="240" w:lineRule="auto"/>
            </w:pPr>
          </w:p>
        </w:tc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68718D" w14:textId="77777777" w:rsidR="00FE0C37" w:rsidRDefault="00FE0C37">
            <w:pPr>
              <w:spacing w:line="240" w:lineRule="auto"/>
            </w:pPr>
          </w:p>
        </w:tc>
      </w:tr>
      <w:tr w:rsidR="00FE0C37" w14:paraId="0135070E" w14:textId="77777777" w:rsidTr="0010714B">
        <w:trPr>
          <w:trHeight w:val="445"/>
        </w:trPr>
        <w:tc>
          <w:tcPr>
            <w:tcW w:w="148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759BF0A" w14:textId="77777777" w:rsidR="00FE0C37" w:rsidRDefault="00FE0C37">
            <w:pPr>
              <w:spacing w:line="240" w:lineRule="auto"/>
            </w:pPr>
          </w:p>
        </w:tc>
        <w:tc>
          <w:tcPr>
            <w:tcW w:w="2108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902C445" w14:textId="77777777" w:rsidR="00FE0C37" w:rsidRDefault="00FE0C37">
            <w:pPr>
              <w:spacing w:line="240" w:lineRule="auto"/>
            </w:pPr>
          </w:p>
        </w:tc>
        <w:tc>
          <w:tcPr>
            <w:tcW w:w="4466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30322E" w14:textId="77777777" w:rsidR="00FE0C37" w:rsidRDefault="00FE0C37">
            <w:pPr>
              <w:spacing w:line="240" w:lineRule="auto"/>
            </w:pPr>
          </w:p>
        </w:tc>
        <w:tc>
          <w:tcPr>
            <w:tcW w:w="248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01E182" w14:textId="77777777" w:rsidR="00FE0C37" w:rsidRDefault="00FE0C37">
            <w:pPr>
              <w:spacing w:line="240" w:lineRule="auto"/>
            </w:pPr>
          </w:p>
        </w:tc>
      </w:tr>
    </w:tbl>
    <w:p w14:paraId="6A5C5ADB" w14:textId="77777777" w:rsidR="00FE0C37" w:rsidRDefault="00000000">
      <w:pPr>
        <w:spacing w:before="120" w:after="80"/>
      </w:pPr>
      <w:r>
        <w:rPr>
          <w:b/>
          <w:color w:val="222222"/>
          <w:sz w:val="21"/>
        </w:rPr>
        <w:t>6. 지원 정보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537"/>
        <w:gridCol w:w="3689"/>
        <w:gridCol w:w="1537"/>
        <w:gridCol w:w="3689"/>
      </w:tblGrid>
      <w:tr w:rsidR="00FE0C37" w14:paraId="7FC30800" w14:textId="77777777">
        <w:trPr>
          <w:trHeight w:val="425"/>
        </w:trPr>
        <w:tc>
          <w:tcPr>
            <w:tcW w:w="1550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167B4B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입사가능일</w:t>
            </w:r>
          </w:p>
        </w:tc>
        <w:tc>
          <w:tcPr>
            <w:tcW w:w="372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84DB98" w14:textId="77777777" w:rsidR="00FE0C37" w:rsidRDefault="00000000">
            <w:pPr>
              <w:spacing w:line="240" w:lineRule="auto"/>
            </w:pPr>
            <w:r>
              <w:rPr>
                <w:color w:val="222222"/>
                <w:sz w:val="15"/>
              </w:rPr>
              <w:t>20    년    월    일</w:t>
            </w:r>
          </w:p>
        </w:tc>
        <w:tc>
          <w:tcPr>
            <w:tcW w:w="1550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E906B3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희망연봉</w:t>
            </w:r>
          </w:p>
        </w:tc>
        <w:tc>
          <w:tcPr>
            <w:tcW w:w="372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B2C882" w14:textId="77777777" w:rsidR="00FE0C37" w:rsidRDefault="00FE0C37">
            <w:pPr>
              <w:spacing w:line="240" w:lineRule="auto"/>
            </w:pPr>
          </w:p>
        </w:tc>
      </w:tr>
      <w:tr w:rsidR="00FE0C37" w14:paraId="61DF4C1F" w14:textId="77777777" w:rsidTr="0010714B">
        <w:trPr>
          <w:trHeight w:val="413"/>
        </w:trPr>
        <w:tc>
          <w:tcPr>
            <w:tcW w:w="1550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16F3F7" w14:textId="77777777" w:rsidR="00FE0C37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24364B"/>
                <w:sz w:val="15"/>
              </w:rPr>
              <w:t>지원동기</w:t>
            </w:r>
            <w:proofErr w:type="spellEnd"/>
            <w:r>
              <w:rPr>
                <w:b/>
                <w:color w:val="24364B"/>
                <w:sz w:val="15"/>
              </w:rPr>
              <w:t xml:space="preserve"> / </w:t>
            </w:r>
            <w:proofErr w:type="spellStart"/>
            <w:r>
              <w:rPr>
                <w:b/>
                <w:color w:val="24364B"/>
                <w:sz w:val="15"/>
              </w:rPr>
              <w:t>이직사유</w:t>
            </w:r>
            <w:proofErr w:type="spellEnd"/>
          </w:p>
        </w:tc>
        <w:tc>
          <w:tcPr>
            <w:tcW w:w="372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39A3043" w14:textId="77777777" w:rsidR="00FE0C37" w:rsidRDefault="00FE0C37">
            <w:pPr>
              <w:spacing w:line="240" w:lineRule="auto"/>
            </w:pPr>
          </w:p>
        </w:tc>
        <w:tc>
          <w:tcPr>
            <w:tcW w:w="1550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shd w:val="clear" w:color="auto" w:fill="EEF1F4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3A329C" w14:textId="77777777" w:rsidR="00FE0C37" w:rsidRDefault="00000000">
            <w:pPr>
              <w:spacing w:line="240" w:lineRule="auto"/>
              <w:jc w:val="center"/>
            </w:pPr>
            <w:r>
              <w:rPr>
                <w:b/>
                <w:color w:val="24364B"/>
                <w:sz w:val="15"/>
              </w:rPr>
              <w:t>기타</w:t>
            </w:r>
          </w:p>
        </w:tc>
        <w:tc>
          <w:tcPr>
            <w:tcW w:w="3721" w:type="dxa"/>
            <w:tcBorders>
              <w:top w:val="single" w:sz="6" w:space="0" w:color="B7C1CC"/>
              <w:left w:val="single" w:sz="6" w:space="0" w:color="B7C1CC"/>
              <w:bottom w:val="single" w:sz="6" w:space="0" w:color="B7C1CC"/>
              <w:right w:val="single" w:sz="6" w:space="0" w:color="B7C1CC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B47452" w14:textId="77777777" w:rsidR="00FE0C37" w:rsidRDefault="00FE0C37">
            <w:pPr>
              <w:spacing w:line="240" w:lineRule="auto"/>
            </w:pPr>
          </w:p>
        </w:tc>
      </w:tr>
    </w:tbl>
    <w:p w14:paraId="01BBDA1A" w14:textId="77777777" w:rsidR="0010714B" w:rsidRDefault="0010714B" w:rsidP="0010714B">
      <w:pPr>
        <w:spacing w:before="100" w:line="240" w:lineRule="auto"/>
        <w:jc w:val="center"/>
        <w:rPr>
          <w:color w:val="444444"/>
          <w:sz w:val="15"/>
          <w:lang w:eastAsia="ko-KR"/>
        </w:rPr>
      </w:pPr>
    </w:p>
    <w:p w14:paraId="4E78357A" w14:textId="1D23CEA9" w:rsidR="00FE0C37" w:rsidRDefault="00000000" w:rsidP="0010714B">
      <w:pPr>
        <w:spacing w:before="100" w:line="240" w:lineRule="auto"/>
        <w:jc w:val="center"/>
        <w:rPr>
          <w:lang w:eastAsia="ko-KR"/>
        </w:rPr>
      </w:pPr>
      <w:r>
        <w:rPr>
          <w:color w:val="444444"/>
          <w:sz w:val="15"/>
          <w:lang w:eastAsia="ko-KR"/>
        </w:rPr>
        <w:t>위 기재사항은 사실과 다름없습니다.     20    년    월    일     지원자:                    (서명)</w:t>
      </w:r>
    </w:p>
    <w:sectPr w:rsidR="00FE0C37" w:rsidSect="00034616">
      <w:pgSz w:w="12240" w:h="15840"/>
      <w:pgMar w:top="624" w:right="964" w:bottom="567" w:left="964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956665">
    <w:abstractNumId w:val="8"/>
  </w:num>
  <w:num w:numId="2" w16cid:durableId="493642210">
    <w:abstractNumId w:val="6"/>
  </w:num>
  <w:num w:numId="3" w16cid:durableId="1315647949">
    <w:abstractNumId w:val="5"/>
  </w:num>
  <w:num w:numId="4" w16cid:durableId="938947700">
    <w:abstractNumId w:val="4"/>
  </w:num>
  <w:num w:numId="5" w16cid:durableId="867524497">
    <w:abstractNumId w:val="7"/>
  </w:num>
  <w:num w:numId="6" w16cid:durableId="101343704">
    <w:abstractNumId w:val="3"/>
  </w:num>
  <w:num w:numId="7" w16cid:durableId="604994491">
    <w:abstractNumId w:val="2"/>
  </w:num>
  <w:num w:numId="8" w16cid:durableId="391276244">
    <w:abstractNumId w:val="1"/>
  </w:num>
  <w:num w:numId="9" w16cid:durableId="71041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714B"/>
    <w:rsid w:val="0015074B"/>
    <w:rsid w:val="0029639D"/>
    <w:rsid w:val="00326F90"/>
    <w:rsid w:val="00762318"/>
    <w:rsid w:val="00AA1D8D"/>
    <w:rsid w:val="00B47730"/>
    <w:rsid w:val="00CB0664"/>
    <w:rsid w:val="00FC693F"/>
    <w:rsid w:val="00FE0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B4E6C3"/>
  <w14:defaultImageDpi w14:val="300"/>
  <w15:docId w15:val="{44D2FA51-76A4-4A66-8E06-B5A44FE3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2026-08-25T01:48:00Z</dcterms:modified>
  <cp:category/>
</cp:coreProperties>
</file>