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34D1C" w14:textId="77777777" w:rsidR="00994D9D" w:rsidRDefault="00000000">
      <w:pPr>
        <w:jc w:val="center"/>
      </w:pPr>
      <w:r>
        <w:rPr>
          <w:b/>
          <w:color w:val="111111"/>
          <w:sz w:val="44"/>
        </w:rPr>
        <w:t>경 력 증 명 서</w:t>
      </w:r>
    </w:p>
    <w:tbl>
      <w:tblPr>
        <w:tblW w:w="0" w:type="auto"/>
        <w:jc w:val="center"/>
        <w:tblBorders>
          <w:top w:val="single" w:sz="8" w:space="0" w:color="9EA5AD"/>
          <w:left w:val="single" w:sz="8" w:space="0" w:color="9EA5AD"/>
          <w:bottom w:val="single" w:sz="8" w:space="0" w:color="9EA5AD"/>
          <w:right w:val="single" w:sz="8" w:space="0" w:color="9EA5AD"/>
          <w:insideH w:val="single" w:sz="8" w:space="0" w:color="9EA5AD"/>
          <w:insideV w:val="single" w:sz="8" w:space="0" w:color="9EA5AD"/>
        </w:tblBorders>
        <w:tblLook w:val="04A0" w:firstRow="1" w:lastRow="0" w:firstColumn="1" w:lastColumn="0" w:noHBand="0" w:noVBand="1"/>
      </w:tblPr>
      <w:tblGrid>
        <w:gridCol w:w="1574"/>
        <w:gridCol w:w="3217"/>
        <w:gridCol w:w="1572"/>
        <w:gridCol w:w="3217"/>
      </w:tblGrid>
      <w:tr w:rsidR="00994D9D" w14:paraId="530DD3BC" w14:textId="77777777">
        <w:trPr>
          <w:jc w:val="center"/>
        </w:trPr>
        <w:tc>
          <w:tcPr>
            <w:tcW w:w="1587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091FF3F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성명</w:t>
            </w:r>
          </w:p>
        </w:tc>
        <w:tc>
          <w:tcPr>
            <w:tcW w:w="328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BF9BFB8" w14:textId="77777777" w:rsidR="00994D9D" w:rsidRDefault="00994D9D">
            <w:pPr>
              <w:spacing w:after="0"/>
            </w:pPr>
          </w:p>
        </w:tc>
        <w:tc>
          <w:tcPr>
            <w:tcW w:w="1587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73CD9A6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생년월일</w:t>
            </w:r>
          </w:p>
        </w:tc>
        <w:tc>
          <w:tcPr>
            <w:tcW w:w="328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4768D0D" w14:textId="77777777" w:rsidR="00994D9D" w:rsidRDefault="00994D9D">
            <w:pPr>
              <w:spacing w:after="0"/>
            </w:pPr>
          </w:p>
        </w:tc>
      </w:tr>
      <w:tr w:rsidR="00994D9D" w14:paraId="53A90E88" w14:textId="77777777">
        <w:trPr>
          <w:jc w:val="center"/>
        </w:trPr>
        <w:tc>
          <w:tcPr>
            <w:tcW w:w="1587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480ACFC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주소</w:t>
            </w:r>
          </w:p>
        </w:tc>
        <w:tc>
          <w:tcPr>
            <w:tcW w:w="328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77929A5" w14:textId="77777777" w:rsidR="00994D9D" w:rsidRDefault="00994D9D">
            <w:pPr>
              <w:spacing w:after="0"/>
            </w:pPr>
          </w:p>
        </w:tc>
        <w:tc>
          <w:tcPr>
            <w:tcW w:w="1587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E3F8093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연락처</w:t>
            </w:r>
          </w:p>
        </w:tc>
        <w:tc>
          <w:tcPr>
            <w:tcW w:w="328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53454E1" w14:textId="77777777" w:rsidR="00994D9D" w:rsidRDefault="00994D9D">
            <w:pPr>
              <w:spacing w:after="0"/>
            </w:pPr>
          </w:p>
        </w:tc>
      </w:tr>
      <w:tr w:rsidR="00994D9D" w14:paraId="25C90DD1" w14:textId="77777777">
        <w:trPr>
          <w:jc w:val="center"/>
        </w:trPr>
        <w:tc>
          <w:tcPr>
            <w:tcW w:w="1587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79F6C99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근무회사</w:t>
            </w:r>
          </w:p>
        </w:tc>
        <w:tc>
          <w:tcPr>
            <w:tcW w:w="328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A15E05A" w14:textId="77777777" w:rsidR="00994D9D" w:rsidRDefault="00994D9D">
            <w:pPr>
              <w:spacing w:after="0"/>
            </w:pPr>
          </w:p>
        </w:tc>
        <w:tc>
          <w:tcPr>
            <w:tcW w:w="1587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44CD46F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부서</w:t>
            </w:r>
          </w:p>
        </w:tc>
        <w:tc>
          <w:tcPr>
            <w:tcW w:w="328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27E63D7" w14:textId="77777777" w:rsidR="00994D9D" w:rsidRDefault="00994D9D">
            <w:pPr>
              <w:spacing w:after="0"/>
            </w:pPr>
          </w:p>
        </w:tc>
      </w:tr>
      <w:tr w:rsidR="00994D9D" w14:paraId="637DF1F6" w14:textId="77777777">
        <w:trPr>
          <w:jc w:val="center"/>
        </w:trPr>
        <w:tc>
          <w:tcPr>
            <w:tcW w:w="1587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D23D52E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직위/직책</w:t>
            </w:r>
          </w:p>
        </w:tc>
        <w:tc>
          <w:tcPr>
            <w:tcW w:w="328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2B61FC6" w14:textId="77777777" w:rsidR="00994D9D" w:rsidRDefault="00994D9D">
            <w:pPr>
              <w:spacing w:after="0"/>
            </w:pPr>
          </w:p>
        </w:tc>
        <w:tc>
          <w:tcPr>
            <w:tcW w:w="1587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FEDD582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근무기간</w:t>
            </w:r>
          </w:p>
        </w:tc>
        <w:tc>
          <w:tcPr>
            <w:tcW w:w="3288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224A941" w14:textId="77777777" w:rsidR="00994D9D" w:rsidRDefault="00994D9D">
            <w:pPr>
              <w:spacing w:after="0"/>
            </w:pPr>
          </w:p>
        </w:tc>
      </w:tr>
      <w:tr w:rsidR="00994D9D" w14:paraId="6ABDED8D" w14:textId="77777777">
        <w:trPr>
          <w:trHeight w:val="1361"/>
          <w:jc w:val="center"/>
        </w:trPr>
        <w:tc>
          <w:tcPr>
            <w:tcW w:w="1587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1B851EA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담당업무</w:t>
            </w:r>
          </w:p>
        </w:tc>
        <w:tc>
          <w:tcPr>
            <w:tcW w:w="3288" w:type="dxa"/>
            <w:gridSpan w:val="3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72B7F42" w14:textId="77777777" w:rsidR="00994D9D" w:rsidRDefault="00994D9D">
            <w:pPr>
              <w:spacing w:after="0"/>
            </w:pPr>
          </w:p>
        </w:tc>
      </w:tr>
      <w:tr w:rsidR="00994D9D" w14:paraId="0C762A28" w14:textId="77777777">
        <w:trPr>
          <w:trHeight w:val="794"/>
          <w:jc w:val="center"/>
        </w:trPr>
        <w:tc>
          <w:tcPr>
            <w:tcW w:w="1587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34F2D9E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사용목적</w:t>
            </w:r>
          </w:p>
        </w:tc>
        <w:tc>
          <w:tcPr>
            <w:tcW w:w="3288" w:type="dxa"/>
            <w:gridSpan w:val="3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F95AF62" w14:textId="77777777" w:rsidR="00994D9D" w:rsidRDefault="00994D9D">
            <w:pPr>
              <w:spacing w:after="0"/>
            </w:pPr>
          </w:p>
        </w:tc>
      </w:tr>
    </w:tbl>
    <w:p w14:paraId="2C3BF50F" w14:textId="77777777" w:rsidR="00994D9D" w:rsidRDefault="00000000">
      <w:pPr>
        <w:spacing w:before="260" w:after="240"/>
        <w:jc w:val="center"/>
        <w:rPr>
          <w:lang w:eastAsia="ko-KR"/>
        </w:rPr>
      </w:pPr>
      <w:r>
        <w:rPr>
          <w:color w:val="222222"/>
          <w:sz w:val="22"/>
          <w:lang w:eastAsia="ko-KR"/>
        </w:rPr>
        <w:t>위 사람의 근무 경력을 위와 같이 증명합니다.</w:t>
      </w:r>
    </w:p>
    <w:p w14:paraId="13350097" w14:textId="77777777" w:rsidR="00994D9D" w:rsidRDefault="00000000">
      <w:pPr>
        <w:spacing w:after="280"/>
        <w:jc w:val="center"/>
      </w:pPr>
      <w:r>
        <w:rPr>
          <w:color w:val="222222"/>
          <w:sz w:val="22"/>
        </w:rPr>
        <w:t>20      년      월      일</w:t>
      </w:r>
    </w:p>
    <w:tbl>
      <w:tblPr>
        <w:tblW w:w="0" w:type="auto"/>
        <w:jc w:val="center"/>
        <w:tblBorders>
          <w:top w:val="single" w:sz="7" w:space="0" w:color="AEB4BB"/>
          <w:left w:val="single" w:sz="7" w:space="0" w:color="AEB4BB"/>
          <w:bottom w:val="single" w:sz="7" w:space="0" w:color="AEB4BB"/>
          <w:right w:val="single" w:sz="7" w:space="0" w:color="AEB4BB"/>
          <w:insideH w:val="single" w:sz="7" w:space="0" w:color="AEB4BB"/>
          <w:insideV w:val="single" w:sz="7" w:space="0" w:color="AEB4BB"/>
        </w:tblBorders>
        <w:tblLook w:val="04A0" w:firstRow="1" w:lastRow="0" w:firstColumn="1" w:lastColumn="0" w:noHBand="0" w:noVBand="1"/>
      </w:tblPr>
      <w:tblGrid>
        <w:gridCol w:w="2366"/>
        <w:gridCol w:w="7214"/>
      </w:tblGrid>
      <w:tr w:rsidR="00994D9D" w14:paraId="6A7F19A5" w14:textId="77777777">
        <w:trPr>
          <w:jc w:val="center"/>
        </w:trPr>
        <w:tc>
          <w:tcPr>
            <w:tcW w:w="2381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36466E9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회사명</w:t>
            </w:r>
          </w:p>
        </w:tc>
        <w:tc>
          <w:tcPr>
            <w:tcW w:w="737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DCCF27A" w14:textId="77777777" w:rsidR="00994D9D" w:rsidRDefault="00994D9D">
            <w:pPr>
              <w:spacing w:after="0"/>
            </w:pPr>
          </w:p>
        </w:tc>
      </w:tr>
      <w:tr w:rsidR="00994D9D" w14:paraId="5DE24ECA" w14:textId="77777777">
        <w:trPr>
          <w:jc w:val="center"/>
        </w:trPr>
        <w:tc>
          <w:tcPr>
            <w:tcW w:w="2381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907BB5D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사업자등록번호</w:t>
            </w:r>
          </w:p>
        </w:tc>
        <w:tc>
          <w:tcPr>
            <w:tcW w:w="737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8ABB242" w14:textId="77777777" w:rsidR="00994D9D" w:rsidRDefault="00994D9D">
            <w:pPr>
              <w:spacing w:after="0"/>
            </w:pPr>
          </w:p>
        </w:tc>
      </w:tr>
      <w:tr w:rsidR="00994D9D" w14:paraId="1C66E6F6" w14:textId="77777777">
        <w:trPr>
          <w:jc w:val="center"/>
        </w:trPr>
        <w:tc>
          <w:tcPr>
            <w:tcW w:w="2381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DF579CB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주소</w:t>
            </w:r>
          </w:p>
        </w:tc>
        <w:tc>
          <w:tcPr>
            <w:tcW w:w="737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D4E357D" w14:textId="77777777" w:rsidR="00994D9D" w:rsidRDefault="00994D9D">
            <w:pPr>
              <w:spacing w:after="0"/>
            </w:pPr>
          </w:p>
        </w:tc>
      </w:tr>
      <w:tr w:rsidR="00994D9D" w14:paraId="31CB4811" w14:textId="77777777">
        <w:trPr>
          <w:jc w:val="center"/>
        </w:trPr>
        <w:tc>
          <w:tcPr>
            <w:tcW w:w="2381" w:type="dxa"/>
            <w:shd w:val="clear" w:color="auto" w:fill="F2F4F6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2B72A15" w14:textId="77777777" w:rsidR="00994D9D" w:rsidRDefault="00000000">
            <w:pPr>
              <w:spacing w:after="0"/>
              <w:jc w:val="center"/>
            </w:pPr>
            <w:r>
              <w:rPr>
                <w:b/>
                <w:color w:val="333333"/>
                <w:sz w:val="18"/>
              </w:rPr>
              <w:t>대표자/발급담당자</w:t>
            </w:r>
          </w:p>
        </w:tc>
        <w:tc>
          <w:tcPr>
            <w:tcW w:w="737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7D642BE" w14:textId="77777777" w:rsidR="00994D9D" w:rsidRDefault="00000000">
            <w:pPr>
              <w:spacing w:after="0"/>
            </w:pPr>
            <w:r>
              <w:rPr>
                <w:color w:val="222222"/>
              </w:rPr>
              <w:t xml:space="preserve">                           (인)</w:t>
            </w:r>
          </w:p>
        </w:tc>
      </w:tr>
    </w:tbl>
    <w:p w14:paraId="5E98943B" w14:textId="77777777" w:rsidR="00994D9D" w:rsidRDefault="00000000">
      <w:pPr>
        <w:spacing w:before="140"/>
        <w:jc w:val="center"/>
        <w:rPr>
          <w:lang w:eastAsia="ko-KR"/>
        </w:rPr>
      </w:pPr>
      <w:r>
        <w:rPr>
          <w:color w:val="777777"/>
          <w:sz w:val="16"/>
          <w:lang w:eastAsia="ko-KR"/>
        </w:rPr>
        <w:t>※ 본 양식은 일반적인 경력 확인용 참고 서식입니다. 제출처의 요구사항에 따라 항목을 조정해 사용하세요.</w:t>
      </w:r>
    </w:p>
    <w:sectPr w:rsidR="00994D9D" w:rsidSect="00D921DC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numSquare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6280527">
    <w:abstractNumId w:val="8"/>
  </w:num>
  <w:num w:numId="2" w16cid:durableId="27148011">
    <w:abstractNumId w:val="6"/>
  </w:num>
  <w:num w:numId="3" w16cid:durableId="702828178">
    <w:abstractNumId w:val="5"/>
  </w:num>
  <w:num w:numId="4" w16cid:durableId="931160594">
    <w:abstractNumId w:val="4"/>
  </w:num>
  <w:num w:numId="5" w16cid:durableId="1405637862">
    <w:abstractNumId w:val="7"/>
  </w:num>
  <w:num w:numId="6" w16cid:durableId="1539782443">
    <w:abstractNumId w:val="3"/>
  </w:num>
  <w:num w:numId="7" w16cid:durableId="44646685">
    <w:abstractNumId w:val="2"/>
  </w:num>
  <w:num w:numId="8" w16cid:durableId="1939408720">
    <w:abstractNumId w:val="1"/>
  </w:num>
  <w:num w:numId="9" w16cid:durableId="122533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75949"/>
    <w:rsid w:val="00994D9D"/>
    <w:rsid w:val="00AA1D8D"/>
    <w:rsid w:val="00B47730"/>
    <w:rsid w:val="00CB0664"/>
    <w:rsid w:val="00D921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A9AF98"/>
  <w14:defaultImageDpi w14:val="300"/>
  <w15:docId w15:val="{F6C7734C-A284-4C64-8A20-3B1C8329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anumSquare" w:eastAsia="NanumSquare" w:hAnsi="NanumSquare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2026-08-16T07:48:00Z</dcterms:modified>
  <cp:category/>
</cp:coreProperties>
</file>