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10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rFonts w:ascii="Malgun Gothic" w:hAnsi="Malgun Gothic" w:eastAsia="Malgun Gothic"/>
                <w:b/>
                <w:color w:val="2E64C5"/>
                <w:sz w:val="17"/>
              </w:rPr>
              <w:t>CAREER DESCRIPTION</w:t>
            </w:r>
          </w:p>
        </w:tc>
        <w:tc>
          <w:tcPr>
            <w:tcW w:type="dxa" w:w="510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Malgun Gothic" w:hAnsi="Malgun Gothic" w:eastAsia="Malgun Gothic"/>
                <w:b/>
                <w:color w:val="202938"/>
                <w:sz w:val="44"/>
              </w:rPr>
              <w:t>경력기술서</w:t>
            </w:r>
          </w:p>
        </w:tc>
      </w:tr>
    </w:tbl>
    <w:p>
      <w:pPr>
        <w:spacing w:after="120"/>
      </w:pPr>
      <w:r>
        <w:rPr>
          <w:rFonts w:ascii="Malgun Gothic" w:hAnsi="Malgun Gothic" w:eastAsia="Malgun Gothic"/>
          <w:b w:val="0"/>
          <w:color w:val="7B8492"/>
          <w:sz w:val="17"/>
        </w:rPr>
        <w:t>담당업무, 프로젝트, 본인의 역할과 주요 성과를 정리하는 경력직 지원용 서식</w:t>
      </w:r>
    </w:p>
    <w:p>
      <w:pPr>
        <w:spacing w:before="100" w:after="80"/>
      </w:pPr>
      <w:r>
        <w:rPr>
          <w:rFonts w:ascii="Malgun Gothic" w:hAnsi="Malgun Gothic" w:eastAsia="Malgun Gothic"/>
          <w:b/>
          <w:color w:val="2E64C5"/>
          <w:sz w:val="21"/>
        </w:rPr>
        <w:t>01  기본 정보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성명</w:t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지원직무</w:t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연락처</w:t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이메일</w:t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</w:tbl>
    <w:p>
      <w:pPr>
        <w:spacing w:before="100" w:after="80"/>
      </w:pPr>
      <w:r>
        <w:rPr>
          <w:rFonts w:ascii="Malgun Gothic" w:hAnsi="Malgun Gothic" w:eastAsia="Malgun Gothic"/>
          <w:b/>
          <w:color w:val="2E64C5"/>
          <w:sz w:val="21"/>
        </w:rPr>
        <w:t>02  경력 요약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총 경력</w:t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핵심 직무</w:t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핵심 역량</w:t>
            </w:r>
          </w:p>
        </w:tc>
        <w:tc>
          <w:tcPr>
            <w:tcW w:type="dxa" w:w="7989"/>
            <w:gridSpan w:val="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7B8492"/>
                <w:sz w:val="16"/>
              </w:rPr>
              <w:t>지원 직무와 연결되는 전문성, 강점, 대표 성과를 간략히 작성하세요.</w:t>
            </w:r>
          </w:p>
        </w:tc>
      </w:tr>
    </w:tbl>
    <w:p>
      <w:pPr>
        <w:spacing w:before="100" w:after="80"/>
      </w:pPr>
      <w:r>
        <w:rPr>
          <w:rFonts w:ascii="Malgun Gothic" w:hAnsi="Malgun Gothic" w:eastAsia="Malgun Gothic"/>
          <w:b/>
          <w:color w:val="2E64C5"/>
          <w:sz w:val="21"/>
        </w:rPr>
        <w:t>03  경력 사항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근무기간</w:t>
            </w:r>
          </w:p>
        </w:tc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회사명</w:t>
            </w:r>
          </w:p>
        </w:tc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부서 / 직위</w:t>
            </w:r>
          </w:p>
        </w:tc>
        <w:tc>
          <w:tcPr>
            <w:tcW w:type="dxa" w:w="2663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담당업무</w:t>
            </w:r>
          </w:p>
        </w:tc>
      </w:tr>
      <w:tr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2663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</w:tbl>
    <w:p>
      <w:pPr>
        <w:spacing w:before="100" w:after="80"/>
      </w:pPr>
      <w:r>
        <w:rPr>
          <w:rFonts w:ascii="Malgun Gothic" w:hAnsi="Malgun Gothic" w:eastAsia="Malgun Gothic"/>
          <w:b/>
          <w:color w:val="2E64C5"/>
          <w:sz w:val="21"/>
        </w:rPr>
        <w:t>04  상세 경력 기술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326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회사 / 기간</w:t>
            </w:r>
          </w:p>
        </w:tc>
        <w:tc>
          <w:tcPr>
            <w:tcW w:type="dxa" w:w="5326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5326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주요 담당업무</w:t>
            </w:r>
          </w:p>
        </w:tc>
        <w:tc>
          <w:tcPr>
            <w:tcW w:type="dxa" w:w="5326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5326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프로젝트 및 역할</w:t>
            </w:r>
          </w:p>
        </w:tc>
        <w:tc>
          <w:tcPr>
            <w:tcW w:type="dxa" w:w="5326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5326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성과 및 기여</w:t>
            </w:r>
          </w:p>
        </w:tc>
        <w:tc>
          <w:tcPr>
            <w:tcW w:type="dxa" w:w="5326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5326"/>
            <w:shd w:fill="EAF0FD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사용 기술 / 도구</w:t>
            </w:r>
          </w:p>
        </w:tc>
        <w:tc>
          <w:tcPr>
            <w:tcW w:type="dxa" w:w="5326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</w:tbl>
    <w:p>
      <w:pPr>
        <w:spacing w:before="100" w:after="80"/>
      </w:pPr>
      <w:r>
        <w:rPr>
          <w:rFonts w:ascii="Malgun Gothic" w:hAnsi="Malgun Gothic" w:eastAsia="Malgun Gothic"/>
          <w:b/>
          <w:color w:val="2E64C5"/>
          <w:sz w:val="21"/>
        </w:rPr>
        <w:t>05  보유 역량 및 자격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1"/>
        <w:gridCol w:w="3551"/>
        <w:gridCol w:w="3551"/>
      </w:tblGrid>
      <w:tr>
        <w:tc>
          <w:tcPr>
            <w:tcW w:type="dxa" w:w="3551"/>
            <w:shd w:fill="E7F3EF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구분</w:t>
            </w:r>
          </w:p>
        </w:tc>
        <w:tc>
          <w:tcPr>
            <w:tcW w:type="dxa" w:w="3551"/>
            <w:shd w:fill="E7F3EF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내용</w:t>
            </w:r>
          </w:p>
        </w:tc>
        <w:tc>
          <w:tcPr>
            <w:tcW w:type="dxa" w:w="3551"/>
            <w:shd w:fill="E7F3EF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수준 / 등급</w:t>
            </w:r>
          </w:p>
        </w:tc>
      </w:tr>
      <w:tr>
        <w:tc>
          <w:tcPr>
            <w:tcW w:type="dxa" w:w="3551"/>
            <w:shd w:fill="E7F3EF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자격증</w:t>
            </w:r>
          </w:p>
        </w:tc>
        <w:tc>
          <w:tcPr>
            <w:tcW w:type="dxa" w:w="3551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3551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3551"/>
            <w:shd w:fill="E7F3EF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프로그램 / 기술</w:t>
            </w:r>
          </w:p>
        </w:tc>
        <w:tc>
          <w:tcPr>
            <w:tcW w:type="dxa" w:w="3551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3551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  <w:tr>
        <w:tc>
          <w:tcPr>
            <w:tcW w:type="dxa" w:w="3551"/>
            <w:shd w:fill="E7F3EF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Malgun Gothic" w:hAnsi="Malgun Gothic" w:eastAsia="Malgun Gothic"/>
                <w:b/>
                <w:color w:val="485366"/>
                <w:sz w:val="16"/>
              </w:rPr>
              <w:t>교육 / 수상</w:t>
            </w:r>
          </w:p>
        </w:tc>
        <w:tc>
          <w:tcPr>
            <w:tcW w:type="dxa" w:w="3551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  <w:tc>
          <w:tcPr>
            <w:tcW w:type="dxa" w:w="3551"/>
            <w:tcBorders>
              <w:top w:val="single" w:sz="4" w:color="BFC7D1"/>
              <w:left w:val="single" w:sz="4" w:color="BFC7D1"/>
              <w:bottom w:val="single" w:sz="4" w:color="BFC7D1"/>
              <w:right w:val="single" w:sz="4" w:color="BFC7D1"/>
            </w:tcBorders>
            <w:tcMar>
              <w:top w:w="85" w:type="dxa"/>
              <w:start w:w="85" w:type="dxa"/>
              <w:bottom w:w="85" w:type="dxa"/>
              <w:end w:w="85" w:type="dxa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Malgun Gothic" w:hAnsi="Malgun Gothic" w:eastAsia="Malgun Gothic"/>
                <w:b w:val="0"/>
                <w:color w:val="2D3440"/>
                <w:sz w:val="17"/>
              </w:rPr>
            </w:r>
          </w:p>
        </w:tc>
      </w:tr>
    </w:tbl>
    <w:p>
      <w:pPr>
        <w:spacing w:before="100"/>
        <w:jc w:val="center"/>
      </w:pPr>
      <w:r>
        <w:rPr>
          <w:rFonts w:ascii="Malgun Gothic" w:hAnsi="Malgun Gothic" w:eastAsia="Malgun Gothic"/>
          <w:b w:val="0"/>
          <w:color w:val="8A9098"/>
          <w:sz w:val="14"/>
        </w:rPr>
        <w:t>※ 실제 수행한 업무와 확인 가능한 성과를 기준으로 작성하고, 지원 직무에 맞게 항목을 조정해 사용하세요.</w:t>
      </w:r>
    </w:p>
    <w:sectPr w:rsidR="00FC693F" w:rsidRPr="0006063C" w:rsidSect="00034616">
      <w:pgSz w:w="12240" w:h="15840"/>
      <w:pgMar w:top="680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